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800"/>
        <w:jc w:val="center"/>
      </w:pPr>
      <w:r>
        <w:rPr>
          <w:rFonts w:ascii="Liberation Sans" w:hAnsi="Liberation Sans" w:eastAsia="Liberation Sans"/>
          <w:b/>
          <w:sz w:val="56"/>
        </w:rPr>
        <w:t>БИБЛИЯ: ЖИВОЙ СМЫСЛ</w:t>
      </w:r>
    </w:p>
    <w:p>
      <w:pPr>
        <w:spacing w:before="360"/>
        <w:jc w:val="center"/>
      </w:pPr>
      <w:r>
        <w:rPr>
          <w:rFonts w:ascii="Liberation Sans" w:hAnsi="Liberation Sans" w:eastAsia="Liberation Sans"/>
          <w:b/>
          <w:sz w:val="30"/>
        </w:rPr>
        <w:t>Первое послание Иоанна</w:t>
        <w:br/>
      </w:r>
      <w:r>
        <w:rPr>
          <w:rFonts w:ascii="Liberation Sans" w:hAnsi="Liberation Sans" w:eastAsia="Liberation Sans"/>
          <w:b w:val="0"/>
          <w:sz w:val="30"/>
        </w:rPr>
        <w:t>О свете, любви, страхе, самообмане и вере, которая становится жизнью</w:t>
      </w:r>
    </w:p>
    <w:p>
      <w:pPr>
        <w:spacing w:before="1100"/>
        <w:jc w:val="center"/>
      </w:pPr>
      <w:r>
        <w:rPr>
          <w:rFonts w:ascii="Liberation Sans" w:hAnsi="Liberation Sans" w:eastAsia="Liberation Sans"/>
          <w:i/>
          <w:sz w:val="22"/>
        </w:rPr>
        <w:t>Авторский черновик</w:t>
      </w:r>
    </w:p>
    <w:p>
      <w:pPr>
        <w:pStyle w:val="Quote"/>
        <w:spacing w:before="1100"/>
        <w:jc w:val="center"/>
      </w:pPr>
      <w:r>
        <w:rPr>
          <w:rFonts w:ascii="Liberation Serif" w:hAnsi="Liberation Serif" w:eastAsia="Liberation Serif"/>
          <w:i/>
          <w:sz w:val="24"/>
        </w:rPr>
        <w:t>«Будем любить не словом или языком, но делом и истиной».</w:t>
        <w:br/>
        <w:t>1 Ин. 3:18</w:t>
      </w:r>
    </w:p>
    <w:p>
      <w:pPr>
        <w:spacing w:before="1400"/>
        <w:jc w:val="center"/>
      </w:pPr>
      <w:r>
        <w:rPr>
          <w:rFonts w:ascii="Liberation Sans" w:hAnsi="Liberation Sans" w:eastAsia="Liberation Sans"/>
          <w:sz w:val="20"/>
        </w:rPr>
        <w:t>2026</w:t>
      </w:r>
    </w:p>
    <w:p>
      <w:r>
        <w:br w:type="page"/>
      </w:r>
    </w:p>
    <w:p>
      <w:pPr>
        <w:pStyle w:val="Heading1"/>
      </w:pPr>
      <w:r>
        <w:rPr>
          <w:rFonts w:ascii="Liberation Sans" w:hAnsi="Liberation Sans" w:eastAsia="Liberation Sans"/>
          <w:b/>
          <w:sz w:val="40"/>
        </w:rPr>
        <w:t>Об этой книге</w:t>
      </w:r>
    </w:p>
    <w:p>
      <w:pPr>
        <w:spacing w:after="120" w:line="269" w:lineRule="auto"/>
      </w:pPr>
      <w:r>
        <w:rPr>
          <w:rFonts w:ascii="Liberation Serif" w:hAnsi="Liberation Serif" w:eastAsia="Liberation Serif"/>
          <w:b w:val="0"/>
          <w:i w:val="0"/>
          <w:sz w:val="23"/>
        </w:rPr>
        <w:t>Это современный смысловой пересказ и авторский комментарий к Первому посланию Иоанна. Книга не является новым переводом Библии и не заменяет чтение самого библейского текста. Ссылки на отрывки даны для самостоятельной проверки по выбранному читателем переводу.</w:t>
      </w:r>
    </w:p>
    <w:p>
      <w:pPr>
        <w:spacing w:after="120" w:line="269" w:lineRule="auto"/>
      </w:pPr>
      <w:r>
        <w:rPr>
          <w:rFonts w:ascii="Liberation Serif" w:hAnsi="Liberation Serif" w:eastAsia="Liberation Serif"/>
          <w:b w:val="0"/>
          <w:i w:val="0"/>
          <w:sz w:val="23"/>
        </w:rPr>
        <w:t>Библейские формулировки в основном передаются краткими цитатами и пересказом. Богословские выводы отражают авторское прочтение и открыты для обсуждения и проверки.</w:t>
      </w:r>
    </w:p>
    <w:p>
      <w:pPr>
        <w:spacing w:after="120" w:line="269" w:lineRule="auto"/>
      </w:pPr>
      <w:r>
        <w:rPr>
          <w:rFonts w:ascii="Liberation Serif" w:hAnsi="Liberation Serif" w:eastAsia="Liberation Serif"/>
          <w:b w:val="0"/>
          <w:i w:val="0"/>
          <w:sz w:val="23"/>
        </w:rPr>
        <w:t>Рабочее издание. Перед коммерческой публикацией рекомендуется богословская, литературная и юридическая редактура.</w:t>
      </w:r>
    </w:p>
    <w:p>
      <w:r>
        <w:br w:type="page"/>
      </w:r>
    </w:p>
    <w:p>
      <w:pPr>
        <w:pStyle w:val="Heading1"/>
      </w:pPr>
      <w:r>
        <w:rPr>
          <w:rFonts w:ascii="Liberation Sans" w:hAnsi="Liberation Sans" w:eastAsia="Liberation Sans"/>
          <w:b/>
          <w:sz w:val="40"/>
        </w:rPr>
        <w:t>Содержание</w:t>
      </w:r>
    </w:p>
    <w:p>
      <w:pPr>
        <w:ind w:left="227"/>
      </w:pPr>
      <w:r>
        <w:rPr>
          <w:rFonts w:ascii="Liberation Serif" w:hAnsi="Liberation Serif" w:eastAsia="Liberation Serif"/>
          <w:sz w:val="21"/>
        </w:rPr>
        <w:t>ПРЕДИСЛОВИЕ. Не новый перевод, а возвращение текста в жизнь</w:t>
      </w:r>
    </w:p>
    <w:p>
      <w:pPr>
        <w:ind w:left="227"/>
      </w:pPr>
      <w:r>
        <w:rPr>
          <w:rFonts w:ascii="Liberation Serif" w:hAnsi="Liberation Serif" w:eastAsia="Liberation Serif"/>
          <w:sz w:val="21"/>
        </w:rPr>
        <w:t>ВВЕДЕНИЕ. Письмо без адреса — человеку, который хочет жить в истине</w:t>
      </w:r>
    </w:p>
    <w:p>
      <w:pPr>
        <w:spacing w:before="140"/>
      </w:pPr>
      <w:r>
        <w:rPr>
          <w:rFonts w:ascii="Liberation Sans" w:hAnsi="Liberation Sans" w:eastAsia="Liberation Sans"/>
          <w:b/>
          <w:sz w:val="22"/>
        </w:rPr>
        <w:t>ЧАСТЬ I. СВЕТ, КОТОРЫЙ МОЖНО УВИДЕТЬ</w:t>
      </w:r>
    </w:p>
    <w:p>
      <w:pPr>
        <w:ind w:left="227"/>
      </w:pPr>
      <w:r>
        <w:rPr>
          <w:rFonts w:ascii="Liberation Serif" w:hAnsi="Liberation Serif" w:eastAsia="Liberation Serif"/>
          <w:sz w:val="21"/>
        </w:rPr>
        <w:t>ГЛАВА 1. Жизнь была не идеей — 1 Ин. 1:1–4</w:t>
      </w:r>
    </w:p>
    <w:p>
      <w:pPr>
        <w:ind w:left="227"/>
      </w:pPr>
      <w:r>
        <w:rPr>
          <w:rFonts w:ascii="Liberation Serif" w:hAnsi="Liberation Serif" w:eastAsia="Liberation Serif"/>
          <w:sz w:val="21"/>
        </w:rPr>
        <w:t>ГЛАВА 2. Бог есть свет — 1 Ин. 1:5–7</w:t>
      </w:r>
    </w:p>
    <w:p>
      <w:pPr>
        <w:ind w:left="227"/>
      </w:pPr>
      <w:r>
        <w:rPr>
          <w:rFonts w:ascii="Liberation Serif" w:hAnsi="Liberation Serif" w:eastAsia="Liberation Serif"/>
          <w:sz w:val="21"/>
        </w:rPr>
        <w:t>ГЛАВА 3. Признание вместо самооправдания — 1 Ин. 1:8–2:2</w:t>
      </w:r>
    </w:p>
    <w:p>
      <w:pPr>
        <w:spacing w:before="140"/>
      </w:pPr>
      <w:r>
        <w:rPr>
          <w:rFonts w:ascii="Liberation Sans" w:hAnsi="Liberation Sans" w:eastAsia="Liberation Sans"/>
          <w:b/>
          <w:sz w:val="22"/>
        </w:rPr>
        <w:t>ЧАСТЬ II. ЗНАНИЕ, КОТОРОЕ ВИДНО ПО ЖИЗНИ</w:t>
      </w:r>
    </w:p>
    <w:p>
      <w:pPr>
        <w:ind w:left="227"/>
      </w:pPr>
      <w:r>
        <w:rPr>
          <w:rFonts w:ascii="Liberation Serif" w:hAnsi="Liberation Serif" w:eastAsia="Liberation Serif"/>
          <w:sz w:val="21"/>
        </w:rPr>
        <w:t>ГЛАВА 4. Знать Бога — значит идти Его путём — 1 Ин. 2:3–6</w:t>
      </w:r>
    </w:p>
    <w:p>
      <w:pPr>
        <w:ind w:left="227"/>
      </w:pPr>
      <w:r>
        <w:rPr>
          <w:rFonts w:ascii="Liberation Serif" w:hAnsi="Liberation Serif" w:eastAsia="Liberation Serif"/>
          <w:sz w:val="21"/>
        </w:rPr>
        <w:t>ГЛАВА 5. Старая и новая заповедь — 1 Ин. 2:7–11</w:t>
      </w:r>
    </w:p>
    <w:p>
      <w:pPr>
        <w:ind w:left="227"/>
      </w:pPr>
      <w:r>
        <w:rPr>
          <w:rFonts w:ascii="Liberation Serif" w:hAnsi="Liberation Serif" w:eastAsia="Liberation Serif"/>
          <w:sz w:val="21"/>
        </w:rPr>
        <w:t>ГЛАВА 6. Дети, юноши и отцы — 1 Ин. 2:12–14</w:t>
      </w:r>
    </w:p>
    <w:p>
      <w:pPr>
        <w:ind w:left="227"/>
      </w:pPr>
      <w:r>
        <w:rPr>
          <w:rFonts w:ascii="Liberation Serif" w:hAnsi="Liberation Serif" w:eastAsia="Liberation Serif"/>
          <w:sz w:val="21"/>
        </w:rPr>
        <w:t>ГЛАВА 7. Не любите мира — 1 Ин. 2:15–17</w:t>
      </w:r>
    </w:p>
    <w:p>
      <w:pPr>
        <w:spacing w:before="140"/>
      </w:pPr>
      <w:r>
        <w:rPr>
          <w:rFonts w:ascii="Liberation Sans" w:hAnsi="Liberation Sans" w:eastAsia="Liberation Sans"/>
          <w:b/>
          <w:sz w:val="22"/>
        </w:rPr>
        <w:t>ЧАСТЬ III. ИСТИНА, ЛОЖЬ И РАЗЛИЧЕНИЕ</w:t>
      </w:r>
    </w:p>
    <w:p>
      <w:pPr>
        <w:ind w:left="227"/>
      </w:pPr>
      <w:r>
        <w:rPr>
          <w:rFonts w:ascii="Liberation Serif" w:hAnsi="Liberation Serif" w:eastAsia="Liberation Serif"/>
          <w:sz w:val="21"/>
        </w:rPr>
        <w:t>ГЛАВА 8. Антихристы и помазание — 1 Ин. 2:18–27</w:t>
      </w:r>
    </w:p>
    <w:p>
      <w:pPr>
        <w:ind w:left="227"/>
      </w:pPr>
      <w:r>
        <w:rPr>
          <w:rFonts w:ascii="Liberation Serif" w:hAnsi="Liberation Serif" w:eastAsia="Liberation Serif"/>
          <w:sz w:val="21"/>
        </w:rPr>
        <w:t>ГЛАВА 9. Дети Божьи и надежда, которая очищает — 1 Ин. 2:28–3:3</w:t>
      </w:r>
    </w:p>
    <w:p>
      <w:pPr>
        <w:ind w:left="227"/>
      </w:pPr>
      <w:r>
        <w:rPr>
          <w:rFonts w:ascii="Liberation Serif" w:hAnsi="Liberation Serif" w:eastAsia="Liberation Serif"/>
          <w:sz w:val="21"/>
        </w:rPr>
        <w:t>ГЛАВА 10. Грех как беззаконие и жизнь, которая меняет направление — 1 Ин. 3:4–10</w:t>
      </w:r>
    </w:p>
    <w:p>
      <w:pPr>
        <w:spacing w:before="140"/>
      </w:pPr>
      <w:r>
        <w:rPr>
          <w:rFonts w:ascii="Liberation Sans" w:hAnsi="Liberation Sans" w:eastAsia="Liberation Sans"/>
          <w:b/>
          <w:sz w:val="22"/>
        </w:rPr>
        <w:t>ЧАСТЬ IV. ЛЮБОВЬ НЕ СЛОВОМ, А ДЕЛОМ</w:t>
      </w:r>
    </w:p>
    <w:p>
      <w:pPr>
        <w:ind w:left="227"/>
      </w:pPr>
      <w:r>
        <w:rPr>
          <w:rFonts w:ascii="Liberation Serif" w:hAnsi="Liberation Serif" w:eastAsia="Liberation Serif"/>
          <w:sz w:val="21"/>
        </w:rPr>
        <w:t>ГЛАВА 11. Каин живёт не только в убийце — 1 Ин. 3:11–15</w:t>
      </w:r>
    </w:p>
    <w:p>
      <w:pPr>
        <w:ind w:left="227"/>
      </w:pPr>
      <w:r>
        <w:rPr>
          <w:rFonts w:ascii="Liberation Serif" w:hAnsi="Liberation Serif" w:eastAsia="Liberation Serif"/>
          <w:sz w:val="21"/>
        </w:rPr>
        <w:t>ГЛАВА 12. Положить жизнь и открыть руку — 1 Ин. 3:16–18</w:t>
      </w:r>
    </w:p>
    <w:p>
      <w:pPr>
        <w:ind w:left="227"/>
      </w:pPr>
      <w:r>
        <w:rPr>
          <w:rFonts w:ascii="Liberation Serif" w:hAnsi="Liberation Serif" w:eastAsia="Liberation Serif"/>
          <w:sz w:val="21"/>
        </w:rPr>
        <w:t>ГЛАВА 13. Когда сердце обвиняет — 1 Ин. 3:19–24</w:t>
      </w:r>
    </w:p>
    <w:p>
      <w:pPr>
        <w:spacing w:before="140"/>
      </w:pPr>
      <w:r>
        <w:rPr>
          <w:rFonts w:ascii="Liberation Sans" w:hAnsi="Liberation Sans" w:eastAsia="Liberation Sans"/>
          <w:b/>
          <w:sz w:val="22"/>
        </w:rPr>
        <w:t>ЧАСТЬ V. РАЗЛИЧАЙТЕ ДУХОВ И УЧИТЕСЬ ЛЮБВИ</w:t>
      </w:r>
    </w:p>
    <w:p>
      <w:pPr>
        <w:ind w:left="227"/>
      </w:pPr>
      <w:r>
        <w:rPr>
          <w:rFonts w:ascii="Liberation Serif" w:hAnsi="Liberation Serif" w:eastAsia="Liberation Serif"/>
          <w:sz w:val="21"/>
        </w:rPr>
        <w:t>ГЛАВА 14. Испытывайте духов — 1 Ин. 4:1–6</w:t>
      </w:r>
    </w:p>
    <w:p>
      <w:pPr>
        <w:ind w:left="227"/>
      </w:pPr>
      <w:r>
        <w:rPr>
          <w:rFonts w:ascii="Liberation Serif" w:hAnsi="Liberation Serif" w:eastAsia="Liberation Serif"/>
          <w:sz w:val="21"/>
        </w:rPr>
        <w:t>ГЛАВА 15. Бог есть любовь — 1 Ин. 4:7–16</w:t>
      </w:r>
    </w:p>
    <w:p>
      <w:pPr>
        <w:ind w:left="227"/>
      </w:pPr>
      <w:r>
        <w:rPr>
          <w:rFonts w:ascii="Liberation Serif" w:hAnsi="Liberation Serif" w:eastAsia="Liberation Serif"/>
          <w:sz w:val="21"/>
        </w:rPr>
        <w:t>ГЛАВА 16. Совершенная любовь изгоняет страх — 1 Ин. 4:17–21</w:t>
      </w:r>
    </w:p>
    <w:p>
      <w:pPr>
        <w:spacing w:before="140"/>
      </w:pPr>
      <w:r>
        <w:rPr>
          <w:rFonts w:ascii="Liberation Sans" w:hAnsi="Liberation Sans" w:eastAsia="Liberation Sans"/>
          <w:b/>
          <w:sz w:val="22"/>
        </w:rPr>
        <w:t>ЧАСТЬ VI. ВЕРА, КОТОРАЯ ПОБЕЖДАЕТ НЕ ЛЮДЕЙ, А РАБСТВО</w:t>
      </w:r>
    </w:p>
    <w:p>
      <w:pPr>
        <w:ind w:left="227"/>
      </w:pPr>
      <w:r>
        <w:rPr>
          <w:rFonts w:ascii="Liberation Serif" w:hAnsi="Liberation Serif" w:eastAsia="Liberation Serif"/>
          <w:sz w:val="21"/>
        </w:rPr>
        <w:t>ГЛАВА 17. Любить Бога и Его детей — 1 Ин. 5:1–5</w:t>
      </w:r>
    </w:p>
    <w:p>
      <w:pPr>
        <w:ind w:left="227"/>
      </w:pPr>
      <w:r>
        <w:rPr>
          <w:rFonts w:ascii="Liberation Serif" w:hAnsi="Liberation Serif" w:eastAsia="Liberation Serif"/>
          <w:sz w:val="21"/>
        </w:rPr>
        <w:t>ГЛАВА 18. Вода, кровь и свидетельство — 1 Ин. 5:6–12</w:t>
      </w:r>
    </w:p>
    <w:p>
      <w:pPr>
        <w:ind w:left="227"/>
      </w:pPr>
      <w:r>
        <w:rPr>
          <w:rFonts w:ascii="Liberation Serif" w:hAnsi="Liberation Serif" w:eastAsia="Liberation Serif"/>
          <w:sz w:val="21"/>
        </w:rPr>
        <w:t>ГЛАВА 19. Уверенность в молитве и ответственность за брата — 1 Ин. 5:13–17</w:t>
      </w:r>
    </w:p>
    <w:p>
      <w:pPr>
        <w:ind w:left="227"/>
      </w:pPr>
      <w:r>
        <w:rPr>
          <w:rFonts w:ascii="Liberation Serif" w:hAnsi="Liberation Serif" w:eastAsia="Liberation Serif"/>
          <w:sz w:val="21"/>
        </w:rPr>
        <w:t>ГЛАВА 20. Храните себя от идолов — 1 Ин. 5:18–21</w:t>
      </w:r>
    </w:p>
    <w:p>
      <w:pPr>
        <w:ind w:left="227"/>
      </w:pPr>
      <w:r>
        <w:rPr>
          <w:rFonts w:ascii="Liberation Serif" w:hAnsi="Liberation Serif" w:eastAsia="Liberation Serif"/>
          <w:sz w:val="21"/>
        </w:rPr>
        <w:t>ЭПИЛОГ. Не словом, а жизнью</w:t>
      </w:r>
    </w:p>
    <w:p>
      <w:pPr>
        <w:ind w:left="227"/>
      </w:pPr>
      <w:r>
        <w:rPr>
          <w:rFonts w:ascii="Liberation Serif" w:hAnsi="Liberation Serif" w:eastAsia="Liberation Serif"/>
          <w:sz w:val="21"/>
        </w:rPr>
        <w:t>ПРИЛОЖЕНИЕ. Семидневный путь по Первому посланию Иоанна</w:t>
      </w:r>
    </w:p>
    <w:p>
      <w:r>
        <w:br w:type="page"/>
      </w:r>
    </w:p>
    <w:p>
      <w:pPr>
        <w:pStyle w:val="Heading1"/>
        <w:spacing w:after="60"/>
      </w:pPr>
      <w:r>
        <w:rPr>
          <w:rFonts w:ascii="Liberation Sans" w:hAnsi="Liberation Sans" w:eastAsia="Liberation Sans"/>
          <w:b/>
          <w:sz w:val="36"/>
        </w:rPr>
        <w:t>ПРЕДИСЛОВИЕ</w:t>
      </w:r>
    </w:p>
    <w:p>
      <w:pPr>
        <w:spacing w:after="280"/>
      </w:pPr>
      <w:r>
        <w:rPr>
          <w:rFonts w:ascii="Liberation Sans" w:hAnsi="Liberation Sans" w:eastAsia="Liberation Sans"/>
          <w:b/>
          <w:sz w:val="30"/>
        </w:rPr>
        <w:t>Не новый перевод, а возвращение текста в жизнь</w:t>
      </w:r>
    </w:p>
    <w:p>
      <w:pPr>
        <w:spacing w:after="120" w:line="269" w:lineRule="auto"/>
      </w:pPr>
      <w:r>
        <w:rPr>
          <w:rFonts w:ascii="Liberation Serif" w:hAnsi="Liberation Serif" w:eastAsia="Liberation Serif"/>
          <w:b w:val="0"/>
          <w:i w:val="0"/>
          <w:sz w:val="23"/>
        </w:rPr>
        <w:t>Эта книга не является новым переводом Библии и не пытается заменить само Первое послание Иоанна. Перед вами современный смысловой пересказ и практический разбор. Здесь почти нет длинных цитат. Вместо этого указаны отрывки, к которым читатель может возвращаться в любом доступном ему переводе.</w:t>
      </w:r>
    </w:p>
    <w:p>
      <w:pPr>
        <w:spacing w:after="120" w:line="269" w:lineRule="auto"/>
      </w:pPr>
      <w:r>
        <w:rPr>
          <w:rFonts w:ascii="Liberation Serif" w:hAnsi="Liberation Serif" w:eastAsia="Liberation Serif"/>
          <w:b w:val="0"/>
          <w:i w:val="0"/>
          <w:sz w:val="23"/>
        </w:rPr>
        <w:t>Иоанн пишет удивительно простыми словами: свет и тьма, любовь и ненависть, истина и ложь, жизнь и смерть. Но простые слова у него не означают лёгких мыслей. Они режут человеческое самооправдание точнее сложной философии.</w:t>
      </w:r>
    </w:p>
    <w:p>
      <w:pPr>
        <w:spacing w:after="120" w:line="269" w:lineRule="auto"/>
      </w:pPr>
      <w:r>
        <w:rPr>
          <w:rFonts w:ascii="Liberation Serif" w:hAnsi="Liberation Serif" w:eastAsia="Liberation Serif"/>
          <w:b w:val="0"/>
          <w:i w:val="0"/>
          <w:sz w:val="23"/>
        </w:rPr>
        <w:t>Можно называть себя верующим и годами не позволять вере коснуться собственных денег, власти, гнева, страха и отношений. Можно правильно говорить о любви и превращать близких в зависимых людей. Можно бороться за истину и наслаждаться тем, что унижаешь ошибающегося. Можно исповедовать свет и жить так, чтобы никто не увидел, что происходит внутри дома.</w:t>
      </w:r>
    </w:p>
    <w:p>
      <w:pPr>
        <w:spacing w:after="120" w:line="269" w:lineRule="auto"/>
      </w:pPr>
      <w:r>
        <w:rPr>
          <w:rFonts w:ascii="Liberation Serif" w:hAnsi="Liberation Serif" w:eastAsia="Liberation Serif"/>
          <w:b w:val="0"/>
          <w:i w:val="0"/>
          <w:sz w:val="23"/>
        </w:rPr>
        <w:t>Поэтому Иоанн почти не оставляет человеку места, где можно спрятаться за словами. Он постоянно возвращает нас к проверке жизнью:</w:t>
      </w:r>
    </w:p>
    <w:p>
      <w:pPr>
        <w:pStyle w:val="ListBullet"/>
        <w:spacing w:after="120" w:line="269" w:lineRule="auto"/>
      </w:pPr>
      <w:r>
        <w:rPr>
          <w:rFonts w:ascii="Liberation Serif" w:hAnsi="Liberation Serif" w:eastAsia="Liberation Serif"/>
          <w:b w:val="0"/>
          <w:i w:val="0"/>
          <w:sz w:val="23"/>
        </w:rPr>
        <w:t>что происходит с людьми рядом со мной;</w:t>
      </w:r>
    </w:p>
    <w:p>
      <w:pPr>
        <w:pStyle w:val="ListBullet"/>
        <w:spacing w:after="120" w:line="269" w:lineRule="auto"/>
      </w:pPr>
      <w:r>
        <w:rPr>
          <w:rFonts w:ascii="Liberation Serif" w:hAnsi="Liberation Serif" w:eastAsia="Liberation Serif"/>
          <w:b w:val="0"/>
          <w:i w:val="0"/>
          <w:sz w:val="23"/>
        </w:rPr>
        <w:t>как я поступаю, когда правда невыгодна;</w:t>
      </w:r>
    </w:p>
    <w:p>
      <w:pPr>
        <w:pStyle w:val="ListBullet"/>
        <w:spacing w:after="120" w:line="269" w:lineRule="auto"/>
      </w:pPr>
      <w:r>
        <w:rPr>
          <w:rFonts w:ascii="Liberation Serif" w:hAnsi="Liberation Serif" w:eastAsia="Liberation Serif"/>
          <w:b w:val="0"/>
          <w:i w:val="0"/>
          <w:sz w:val="23"/>
        </w:rPr>
        <w:t>что я делаю с чужой нуждой;</w:t>
      </w:r>
    </w:p>
    <w:p>
      <w:pPr>
        <w:pStyle w:val="ListBullet"/>
        <w:spacing w:after="120" w:line="269" w:lineRule="auto"/>
      </w:pPr>
      <w:r>
        <w:rPr>
          <w:rFonts w:ascii="Liberation Serif" w:hAnsi="Liberation Serif" w:eastAsia="Liberation Serif"/>
          <w:b w:val="0"/>
          <w:i w:val="0"/>
          <w:sz w:val="23"/>
        </w:rPr>
        <w:t>умею ли признавать собственный грех;</w:t>
      </w:r>
    </w:p>
    <w:p>
      <w:pPr>
        <w:pStyle w:val="ListBullet"/>
        <w:spacing w:after="120" w:line="269" w:lineRule="auto"/>
      </w:pPr>
      <w:r>
        <w:rPr>
          <w:rFonts w:ascii="Liberation Serif" w:hAnsi="Liberation Serif" w:eastAsia="Liberation Serif"/>
          <w:b w:val="0"/>
          <w:i w:val="0"/>
          <w:sz w:val="23"/>
        </w:rPr>
        <w:t>почему мне нужна власть над другим;</w:t>
      </w:r>
    </w:p>
    <w:p>
      <w:pPr>
        <w:pStyle w:val="ListBullet"/>
        <w:spacing w:after="120" w:line="269" w:lineRule="auto"/>
      </w:pPr>
      <w:r>
        <w:rPr>
          <w:rFonts w:ascii="Liberation Serif" w:hAnsi="Liberation Serif" w:eastAsia="Liberation Serif"/>
          <w:b w:val="0"/>
          <w:i w:val="0"/>
          <w:sz w:val="23"/>
        </w:rPr>
        <w:t>какую цену платят близкие за мою «правоту»;</w:t>
      </w:r>
    </w:p>
    <w:p>
      <w:pPr>
        <w:pStyle w:val="ListBullet"/>
        <w:spacing w:after="120" w:line="269" w:lineRule="auto"/>
      </w:pPr>
      <w:r>
        <w:rPr>
          <w:rFonts w:ascii="Liberation Serif" w:hAnsi="Liberation Serif" w:eastAsia="Liberation Serif"/>
          <w:b w:val="0"/>
          <w:i w:val="0"/>
          <w:sz w:val="23"/>
        </w:rPr>
        <w:t>стала ли вера плодом или осталась речью.</w:t>
      </w:r>
    </w:p>
    <w:p>
      <w:pPr>
        <w:spacing w:after="120" w:line="269" w:lineRule="auto"/>
      </w:pPr>
      <w:r>
        <w:rPr>
          <w:rFonts w:ascii="Liberation Serif" w:hAnsi="Liberation Serif" w:eastAsia="Liberation Serif"/>
          <w:b w:val="0"/>
          <w:i w:val="0"/>
          <w:sz w:val="23"/>
        </w:rPr>
        <w:t>Эта книга построена одинаково просто. Сначала мы смотрим, о чём говорит отрывок. Затем переводим его мысль на современный язык. После этого разбираем привычные искажения и задаём вопрос, который должен войти не только в голову, но и в поступок.</w:t>
      </w:r>
    </w:p>
    <w:p>
      <w:pPr>
        <w:spacing w:after="120" w:line="269" w:lineRule="auto"/>
      </w:pPr>
      <w:r>
        <w:rPr>
          <w:rFonts w:ascii="Liberation Serif" w:hAnsi="Liberation Serif" w:eastAsia="Liberation Serif"/>
          <w:b w:val="0"/>
          <w:i w:val="0"/>
          <w:sz w:val="23"/>
        </w:rPr>
        <w:t>Задача не в том, чтобы после чтения почувствовать себя более духовным. Задача скромнее и труднее: увидеть один участок собственной тьмы и сделать один шаг к свету.</w:t>
      </w:r>
    </w:p>
    <w:p>
      <w:pPr>
        <w:spacing w:after="120" w:line="269" w:lineRule="auto"/>
      </w:pPr>
      <w:r>
        <w:rPr>
          <w:rFonts w:ascii="Liberation Serif" w:hAnsi="Liberation Serif" w:eastAsia="Liberation Serif"/>
          <w:b w:val="0"/>
          <w:i w:val="0"/>
          <w:sz w:val="23"/>
        </w:rPr>
        <w:t>Главная формула этой книги звучит так:</w:t>
      </w:r>
    </w:p>
    <w:p>
      <w:pPr>
        <w:pStyle w:val="Quote"/>
        <w:spacing w:after="120" w:line="269" w:lineRule="auto"/>
      </w:pPr>
      <w:r>
        <w:rPr>
          <w:rFonts w:ascii="Liberation Serif" w:hAnsi="Liberation Serif" w:eastAsia="Liberation Serif"/>
          <w:b w:val="0"/>
          <w:i w:val="0"/>
          <w:sz w:val="23"/>
        </w:rPr>
        <w:t>Писание становится живым не тогда, когда человек научился его цитировать, а тогда, когда оно вошло в его выбор, отношение и поступок.</w:t>
      </w:r>
    </w:p>
    <w:p>
      <w:r>
        <w:br w:type="page"/>
      </w:r>
    </w:p>
    <w:p>
      <w:pPr>
        <w:pStyle w:val="Heading1"/>
        <w:spacing w:after="60"/>
      </w:pPr>
      <w:r>
        <w:rPr>
          <w:rFonts w:ascii="Liberation Sans" w:hAnsi="Liberation Sans" w:eastAsia="Liberation Sans"/>
          <w:b/>
          <w:sz w:val="36"/>
        </w:rPr>
        <w:t>ВВЕДЕНИЕ</w:t>
      </w:r>
    </w:p>
    <w:p>
      <w:pPr>
        <w:spacing w:after="280"/>
      </w:pPr>
      <w:r>
        <w:rPr>
          <w:rFonts w:ascii="Liberation Sans" w:hAnsi="Liberation Sans" w:eastAsia="Liberation Sans"/>
          <w:b/>
          <w:sz w:val="30"/>
        </w:rPr>
        <w:t>Письмо без адреса — человеку, который хочет жить в истине</w:t>
      </w:r>
    </w:p>
    <w:p>
      <w:pPr>
        <w:spacing w:after="120" w:line="269" w:lineRule="auto"/>
      </w:pPr>
      <w:r>
        <w:rPr>
          <w:rFonts w:ascii="Liberation Serif" w:hAnsi="Liberation Serif" w:eastAsia="Liberation Serif"/>
          <w:b w:val="0"/>
          <w:i w:val="0"/>
          <w:sz w:val="23"/>
        </w:rPr>
        <w:t>Первое послание Иоанна не похоже на обычное письмо. В нём нет привычного приветствия конкретной общине. Автор говорит как старший человек, который знает своих слушателей, любит их и одновременно видит опасность: вера может превратиться в набор правильных слов, оторванных от реальной жизни.</w:t>
      </w:r>
    </w:p>
    <w:p>
      <w:pPr>
        <w:spacing w:after="120" w:line="269" w:lineRule="auto"/>
      </w:pPr>
      <w:r>
        <w:rPr>
          <w:rFonts w:ascii="Liberation Serif" w:hAnsi="Liberation Serif" w:eastAsia="Liberation Serif"/>
          <w:b w:val="0"/>
          <w:i w:val="0"/>
          <w:sz w:val="23"/>
        </w:rPr>
        <w:t>Внутри общины появились люди, которые считали себя духовно просвещёнными. Они говорили о знании Бога, но отделяли это знание от поведения. Они могли возвышать «духовное» и обесценивать обычную человеческую жизнь, тело, поступки и ответственность. Они могли отрицать полноту того, что Христос действительно пришёл во плоти, жил среди людей, страдал и был видимым, осязаемым человеком.</w:t>
      </w:r>
    </w:p>
    <w:p>
      <w:pPr>
        <w:spacing w:after="120" w:line="269" w:lineRule="auto"/>
      </w:pPr>
      <w:r>
        <w:rPr>
          <w:rFonts w:ascii="Liberation Serif" w:hAnsi="Liberation Serif" w:eastAsia="Liberation Serif"/>
          <w:b w:val="0"/>
          <w:i w:val="0"/>
          <w:sz w:val="23"/>
        </w:rPr>
        <w:t>Иоанн отвечает не отвлечённой схемой. Он даёт несколько проверок.</w:t>
      </w:r>
    </w:p>
    <w:p>
      <w:pPr>
        <w:spacing w:after="120" w:line="269" w:lineRule="auto"/>
      </w:pPr>
      <w:r>
        <w:rPr>
          <w:rFonts w:ascii="Liberation Serif" w:hAnsi="Liberation Serif" w:eastAsia="Liberation Serif"/>
          <w:b w:val="0"/>
          <w:i w:val="0"/>
          <w:sz w:val="23"/>
        </w:rPr>
        <w:t>Первая — проверка светом. Человек не может говорить, что живёт с Богом, и сознательно строить жизнь на лжи.</w:t>
      </w:r>
    </w:p>
    <w:p>
      <w:pPr>
        <w:spacing w:after="120" w:line="269" w:lineRule="auto"/>
      </w:pPr>
      <w:r>
        <w:rPr>
          <w:rFonts w:ascii="Liberation Serif" w:hAnsi="Liberation Serif" w:eastAsia="Liberation Serif"/>
          <w:b w:val="0"/>
          <w:i w:val="0"/>
          <w:sz w:val="23"/>
        </w:rPr>
        <w:t>Вторая — проверка поступком. Знание Бога видно не по религиозной уверенности, а по тому, как человек следует пути Христа.</w:t>
      </w:r>
    </w:p>
    <w:p>
      <w:pPr>
        <w:spacing w:after="120" w:line="269" w:lineRule="auto"/>
      </w:pPr>
      <w:r>
        <w:rPr>
          <w:rFonts w:ascii="Liberation Serif" w:hAnsi="Liberation Serif" w:eastAsia="Liberation Serif"/>
          <w:b w:val="0"/>
          <w:i w:val="0"/>
          <w:sz w:val="23"/>
        </w:rPr>
        <w:t>Третья — проверка любовью. Ненависть к брату разоблачает красивые слова о Боге.</w:t>
      </w:r>
    </w:p>
    <w:p>
      <w:pPr>
        <w:spacing w:after="120" w:line="269" w:lineRule="auto"/>
      </w:pPr>
      <w:r>
        <w:rPr>
          <w:rFonts w:ascii="Liberation Serif" w:hAnsi="Liberation Serif" w:eastAsia="Liberation Serif"/>
          <w:b w:val="0"/>
          <w:i w:val="0"/>
          <w:sz w:val="23"/>
        </w:rPr>
        <w:t>Четвёртая — проверка воплощением. Истина о Христе не позволяет превратить веру в бегство от тела, истории, боли и ответственности.</w:t>
      </w:r>
    </w:p>
    <w:p>
      <w:pPr>
        <w:spacing w:after="120" w:line="269" w:lineRule="auto"/>
      </w:pPr>
      <w:r>
        <w:rPr>
          <w:rFonts w:ascii="Liberation Serif" w:hAnsi="Liberation Serif" w:eastAsia="Liberation Serif"/>
          <w:b w:val="0"/>
          <w:i w:val="0"/>
          <w:sz w:val="23"/>
        </w:rPr>
        <w:t>Пятая — проверка плодом. Какой дух действует в учении: освобождает ли оно человека для правды и любви или делает его зависимым от страха, власти и самовозвышения?</w:t>
      </w:r>
    </w:p>
    <w:p>
      <w:pPr>
        <w:spacing w:after="120" w:line="269" w:lineRule="auto"/>
      </w:pPr>
      <w:r>
        <w:rPr>
          <w:rFonts w:ascii="Liberation Serif" w:hAnsi="Liberation Serif" w:eastAsia="Liberation Serif"/>
          <w:b w:val="0"/>
          <w:i w:val="0"/>
          <w:sz w:val="23"/>
        </w:rPr>
        <w:t>Иоанн не пишет книгу для безупречных людей. Он прямо говорит о грехе, признании, очищении и Ходатае. Но он также не разрешает превратить прощение в религиозную лазейку. Прощение не означает, что можно продолжать разрушать людей и успокаивать себя правильной формулой.</w:t>
      </w:r>
    </w:p>
    <w:p>
      <w:pPr>
        <w:spacing w:after="120" w:line="269" w:lineRule="auto"/>
      </w:pPr>
      <w:r>
        <w:rPr>
          <w:rFonts w:ascii="Liberation Serif" w:hAnsi="Liberation Serif" w:eastAsia="Liberation Serif"/>
          <w:b w:val="0"/>
          <w:i w:val="0"/>
          <w:sz w:val="23"/>
        </w:rPr>
        <w:t>В его письме Божья любовь не отменяет человеческого ответа. Напротив, она возвращает человеку способность перестать прятаться, выйти к свету, признать зло и научиться жить иначе.</w:t>
      </w:r>
    </w:p>
    <w:p>
      <w:pPr>
        <w:spacing w:after="120" w:line="269" w:lineRule="auto"/>
      </w:pPr>
      <w:r>
        <w:rPr>
          <w:rFonts w:ascii="Liberation Serif" w:hAnsi="Liberation Serif" w:eastAsia="Liberation Serif"/>
          <w:b w:val="0"/>
          <w:i w:val="0"/>
          <w:sz w:val="23"/>
        </w:rPr>
        <w:t>Читайте это письмо не как экзамен, на котором надо доказать свою принадлежность к правильной группе. Читайте его как зеркало. Зеркало не лечит лицо, но без него трудно увидеть грязь. Текст не проживёт жизнь вместо вас, но способен назвать то, от чего вы привыкли отворачиваться.</w:t>
      </w:r>
    </w:p>
    <w:p>
      <w:r>
        <w:br w:type="page"/>
      </w:r>
    </w:p>
    <w:p>
      <w:pPr>
        <w:spacing w:before="3000"/>
        <w:jc w:val="center"/>
      </w:pPr>
      <w:r>
        <w:rPr>
          <w:rFonts w:ascii="Liberation Sans" w:hAnsi="Liberation Sans" w:eastAsia="Liberation Sans"/>
          <w:b/>
          <w:sz w:val="44"/>
        </w:rPr>
        <w:t>ЧАСТЬ I. СВЕТ, КОТОРЫЙ МОЖНО УВИДЕТЬ</w:t>
      </w:r>
    </w:p>
    <w:p>
      <w:r>
        <w:br w:type="page"/>
      </w:r>
    </w:p>
    <w:p>
      <w:pPr>
        <w:pStyle w:val="Heading1"/>
        <w:spacing w:after="60"/>
      </w:pPr>
      <w:r>
        <w:rPr>
          <w:rFonts w:ascii="Liberation Sans" w:hAnsi="Liberation Sans" w:eastAsia="Liberation Sans"/>
          <w:b/>
          <w:sz w:val="36"/>
        </w:rPr>
        <w:t>ГЛАВА 1</w:t>
      </w:r>
    </w:p>
    <w:p>
      <w:pPr>
        <w:spacing w:after="280"/>
      </w:pPr>
      <w:r>
        <w:rPr>
          <w:rFonts w:ascii="Liberation Sans" w:hAnsi="Liberation Sans" w:eastAsia="Liberation Sans"/>
          <w:b/>
          <w:sz w:val="30"/>
        </w:rPr>
        <w:t>Жизнь была не идеей — 1 Ин. 1:1–4</w:t>
      </w:r>
    </w:p>
    <w:p>
      <w:pPr>
        <w:pStyle w:val="Heading2"/>
      </w:pPr>
      <w:r>
        <w:rPr>
          <w:rFonts w:ascii="Liberation Sans" w:hAnsi="Liberation Sans" w:eastAsia="Liberation Sans"/>
          <w:b/>
          <w:sz w:val="28"/>
        </w:rPr>
        <w:t>О чём говорит Иоанн</w:t>
      </w:r>
    </w:p>
    <w:p>
      <w:pPr>
        <w:spacing w:after="120" w:line="269" w:lineRule="auto"/>
      </w:pPr>
      <w:r>
        <w:rPr>
          <w:rFonts w:ascii="Liberation Serif" w:hAnsi="Liberation Serif" w:eastAsia="Liberation Serif"/>
          <w:b w:val="0"/>
          <w:i w:val="0"/>
          <w:sz w:val="23"/>
        </w:rPr>
        <w:t>Письмо начинается не с приказа и не с определения. Иоанн говорит о том, что было услышано, увидено глазами и осязано руками. Для него вечная жизнь — не абстрактная энергия и не тайное знание для избранных. Она вошла в историю и человеческое тело.</w:t>
      </w:r>
    </w:p>
    <w:p>
      <w:pPr>
        <w:pStyle w:val="Heading2"/>
      </w:pPr>
      <w:r>
        <w:rPr>
          <w:rFonts w:ascii="Liberation Sans" w:hAnsi="Liberation Sans" w:eastAsia="Liberation Sans"/>
          <w:b/>
          <w:sz w:val="28"/>
        </w:rPr>
        <w:t>Современный пересказ</w:t>
      </w:r>
    </w:p>
    <w:p>
      <w:pPr>
        <w:spacing w:after="120" w:line="269" w:lineRule="auto"/>
      </w:pPr>
      <w:r>
        <w:rPr>
          <w:rFonts w:ascii="Liberation Serif" w:hAnsi="Liberation Serif" w:eastAsia="Liberation Serif"/>
          <w:b w:val="0"/>
          <w:i w:val="0"/>
          <w:sz w:val="23"/>
        </w:rPr>
        <w:t>Мы говорим не о красивой теории. Мы встретили жизнь, которая стала человеком. Мы слышали Его голос, видели Его поступки, находились рядом. Поэтому вера начинается не с бегства от человеческой реальности, а со встречи Бога с ней.</w:t>
      </w:r>
    </w:p>
    <w:p>
      <w:pPr>
        <w:spacing w:after="120" w:line="269" w:lineRule="auto"/>
      </w:pPr>
      <w:r>
        <w:rPr>
          <w:rFonts w:ascii="Liberation Serif" w:hAnsi="Liberation Serif" w:eastAsia="Liberation Serif"/>
          <w:b w:val="0"/>
          <w:i w:val="0"/>
          <w:sz w:val="23"/>
        </w:rPr>
        <w:t>Христос не пришёл учить людей презирать тело, землю и обычную жизнь. Он ел, уставал, плакал, касался больных, входил в дома, замечал униженных, спорил с властью, терпел боль и смерть. Если Бог оказался среди людей именно так, духовность нельзя строить на отрицании всего человеческого.</w:t>
      </w:r>
    </w:p>
    <w:p>
      <w:pPr>
        <w:spacing w:after="120" w:line="269" w:lineRule="auto"/>
      </w:pPr>
      <w:r>
        <w:rPr>
          <w:rFonts w:ascii="Liberation Serif" w:hAnsi="Liberation Serif" w:eastAsia="Liberation Serif"/>
          <w:b w:val="0"/>
          <w:i w:val="0"/>
          <w:sz w:val="23"/>
        </w:rPr>
        <w:t>Это важно и сегодня. Человек легко начинает считать духовным всё расплывчатое и возвышенное: сильное чувство, внутренний голос, яркое переживание, особое знание. Но Иоанн возвращает к земле. Истина должна войти в историю, тело, отношения и поступок.</w:t>
      </w:r>
    </w:p>
    <w:p>
      <w:pPr>
        <w:spacing w:after="120" w:line="269" w:lineRule="auto"/>
      </w:pPr>
      <w:r>
        <w:rPr>
          <w:rFonts w:ascii="Liberation Serif" w:hAnsi="Liberation Serif" w:eastAsia="Liberation Serif"/>
          <w:b w:val="0"/>
          <w:i w:val="0"/>
          <w:sz w:val="23"/>
        </w:rPr>
        <w:t>Ты говоришь, что любишь, — это должно стать видимым. Говоришь, что простил, — должно измениться твоё отношение к мести. Говоришь, что покаялся, — должно появиться исправление. Говоришь, что веришь в достоинство человека, — это должно быть заметно в том, как ты разговариваешь с ребёнком, подчинённым, супругом и тем, кто не может тебе ответить.</w:t>
      </w:r>
    </w:p>
    <w:p>
      <w:pPr>
        <w:pStyle w:val="Heading2"/>
      </w:pPr>
      <w:r>
        <w:rPr>
          <w:rFonts w:ascii="Liberation Sans" w:hAnsi="Liberation Sans" w:eastAsia="Liberation Sans"/>
          <w:b/>
          <w:sz w:val="28"/>
        </w:rPr>
        <w:t>Общение вместо духовного превосходства</w:t>
      </w:r>
    </w:p>
    <w:p>
      <w:pPr>
        <w:spacing w:after="120" w:line="269" w:lineRule="auto"/>
      </w:pPr>
      <w:r>
        <w:rPr>
          <w:rFonts w:ascii="Liberation Serif" w:hAnsi="Liberation Serif" w:eastAsia="Liberation Serif"/>
          <w:b w:val="0"/>
          <w:i w:val="0"/>
          <w:sz w:val="23"/>
        </w:rPr>
        <w:t>Иоанн пишет, чтобы люди имели общение друг с другом и с Богом. Не культ автора, не зависимость от учителя, не тайный круг «просветлённых», а общение.</w:t>
      </w:r>
    </w:p>
    <w:p>
      <w:pPr>
        <w:spacing w:after="120" w:line="269" w:lineRule="auto"/>
      </w:pPr>
      <w:r>
        <w:rPr>
          <w:rFonts w:ascii="Liberation Serif" w:hAnsi="Liberation Serif" w:eastAsia="Liberation Serif"/>
          <w:b w:val="0"/>
          <w:i w:val="0"/>
          <w:sz w:val="23"/>
        </w:rPr>
        <w:t>Настоящее духовное свидетельство не ставит человека над остальными. Оно приглашает войти в одну жизнь. Ложное знание часто создаёт вертикаль: «я вижу, вы слепы; я ближе к Богу, поэтому обязаны мне подчиняться». Иоанн говорит иначе: мы делимся тем, что получили, чтобы радость стала общей.</w:t>
      </w:r>
    </w:p>
    <w:p>
      <w:pPr>
        <w:pStyle w:val="Heading2"/>
      </w:pPr>
      <w:r>
        <w:rPr>
          <w:rFonts w:ascii="Liberation Sans" w:hAnsi="Liberation Sans" w:eastAsia="Liberation Sans"/>
          <w:b/>
          <w:sz w:val="28"/>
        </w:rPr>
        <w:t>Где мы себя обманываем</w:t>
      </w:r>
    </w:p>
    <w:p>
      <w:pPr>
        <w:spacing w:after="120" w:line="269" w:lineRule="auto"/>
      </w:pPr>
      <w:r>
        <w:rPr>
          <w:rFonts w:ascii="Liberation Serif" w:hAnsi="Liberation Serif" w:eastAsia="Liberation Serif"/>
          <w:b w:val="0"/>
          <w:i w:val="0"/>
          <w:sz w:val="23"/>
        </w:rPr>
        <w:t>Мы можем восхищаться воплощением Христа и одновременно презирать собственную реальность. Не заботиться о теле. Не замечать усталость. Игнорировать долги. Обещать людям духовную помощь вместо конкретного участия. Говорить страдающему: «просто верь», потому что не хотим войти в его боль.</w:t>
      </w:r>
    </w:p>
    <w:p>
      <w:pPr>
        <w:spacing w:after="120" w:line="269" w:lineRule="auto"/>
      </w:pPr>
      <w:r>
        <w:rPr>
          <w:rFonts w:ascii="Liberation Serif" w:hAnsi="Liberation Serif" w:eastAsia="Liberation Serif"/>
          <w:b w:val="0"/>
          <w:i w:val="0"/>
          <w:sz w:val="23"/>
        </w:rPr>
        <w:t>Но вера, которая не касается земли, становится удобным способом не жить.</w:t>
      </w:r>
    </w:p>
    <w:p>
      <w:pPr>
        <w:pStyle w:val="Heading2"/>
      </w:pPr>
      <w:r>
        <w:rPr>
          <w:rFonts w:ascii="Liberation Sans" w:hAnsi="Liberation Sans" w:eastAsia="Liberation Sans"/>
          <w:b/>
          <w:sz w:val="28"/>
        </w:rPr>
        <w:t>Честный вопрос</w:t>
      </w:r>
    </w:p>
    <w:p>
      <w:pPr>
        <w:pStyle w:val="Quote"/>
        <w:spacing w:after="120" w:line="269" w:lineRule="auto"/>
      </w:pPr>
      <w:r>
        <w:rPr>
          <w:rFonts w:ascii="Liberation Serif" w:hAnsi="Liberation Serif" w:eastAsia="Liberation Serif"/>
          <w:b w:val="0"/>
          <w:i w:val="0"/>
          <w:sz w:val="23"/>
        </w:rPr>
        <w:t>Какая часть моей веры существует только в словах и ещё не стала видимой жизнью?</w:t>
      </w:r>
    </w:p>
    <w:p>
      <w:pPr>
        <w:pStyle w:val="Heading2"/>
      </w:pPr>
      <w:r>
        <w:rPr>
          <w:rFonts w:ascii="Liberation Sans" w:hAnsi="Liberation Sans" w:eastAsia="Liberation Sans"/>
          <w:b/>
          <w:sz w:val="28"/>
        </w:rPr>
        <w:t>Следующий живой шаг</w:t>
      </w:r>
    </w:p>
    <w:p>
      <w:pPr>
        <w:spacing w:after="120" w:line="269" w:lineRule="auto"/>
      </w:pPr>
      <w:r>
        <w:rPr>
          <w:rFonts w:ascii="Liberation Serif" w:hAnsi="Liberation Serif" w:eastAsia="Liberation Serif"/>
          <w:b w:val="0"/>
          <w:i w:val="0"/>
          <w:sz w:val="23"/>
        </w:rPr>
        <w:t>Выберите одно духовное утверждение, которое вы часто произносите: «я люблю», «я доверяю Богу», «я простил», «я хочу быть честным». Запишите рядом один поступок, который сделает это утверждение видимым в течение ближайших суток.</w:t>
      </w:r>
    </w:p>
    <w:p>
      <w:r>
        <w:br w:type="page"/>
      </w:r>
    </w:p>
    <w:p>
      <w:pPr>
        <w:pStyle w:val="Heading1"/>
        <w:spacing w:after="60"/>
      </w:pPr>
      <w:r>
        <w:rPr>
          <w:rFonts w:ascii="Liberation Sans" w:hAnsi="Liberation Sans" w:eastAsia="Liberation Sans"/>
          <w:b/>
          <w:sz w:val="36"/>
        </w:rPr>
        <w:t>ГЛАВА 2</w:t>
      </w:r>
    </w:p>
    <w:p>
      <w:pPr>
        <w:spacing w:after="280"/>
      </w:pPr>
      <w:r>
        <w:rPr>
          <w:rFonts w:ascii="Liberation Sans" w:hAnsi="Liberation Sans" w:eastAsia="Liberation Sans"/>
          <w:b/>
          <w:sz w:val="30"/>
        </w:rPr>
        <w:t>Бог есть свет — 1 Ин. 1:5–7</w:t>
      </w:r>
    </w:p>
    <w:p>
      <w:pPr>
        <w:pStyle w:val="Heading2"/>
      </w:pPr>
      <w:r>
        <w:rPr>
          <w:rFonts w:ascii="Liberation Sans" w:hAnsi="Liberation Sans" w:eastAsia="Liberation Sans"/>
          <w:b/>
          <w:sz w:val="28"/>
        </w:rPr>
        <w:t>Не прожектор для чужих ошибок</w:t>
      </w:r>
    </w:p>
    <w:p>
      <w:pPr>
        <w:spacing w:after="120" w:line="269" w:lineRule="auto"/>
      </w:pPr>
      <w:r>
        <w:rPr>
          <w:rFonts w:ascii="Liberation Serif" w:hAnsi="Liberation Serif" w:eastAsia="Liberation Serif"/>
          <w:b w:val="0"/>
          <w:i w:val="0"/>
          <w:sz w:val="23"/>
        </w:rPr>
        <w:t>Фраза «Бог есть свет» часто звучит красиво и безопасно. Но у Иоанна она сразу превращается в проверку: если мы говорим, что имеем общение с Богом, а сами ходим во тьме, наши слова лгут.</w:t>
      </w:r>
    </w:p>
    <w:p>
      <w:pPr>
        <w:spacing w:after="120" w:line="269" w:lineRule="auto"/>
      </w:pPr>
      <w:r>
        <w:rPr>
          <w:rFonts w:ascii="Liberation Serif" w:hAnsi="Liberation Serif" w:eastAsia="Liberation Serif"/>
          <w:b w:val="0"/>
          <w:i w:val="0"/>
          <w:sz w:val="23"/>
        </w:rPr>
        <w:t>Свет здесь — не религиозная атмосфера. Свет делает видимым то, что есть. Он не создаёт грязь, а обнаруживает её. Не унижает человека, а лишает ложь укрытия.</w:t>
      </w:r>
    </w:p>
    <w:p>
      <w:pPr>
        <w:pStyle w:val="Heading2"/>
      </w:pPr>
      <w:r>
        <w:rPr>
          <w:rFonts w:ascii="Liberation Sans" w:hAnsi="Liberation Sans" w:eastAsia="Liberation Sans"/>
          <w:b/>
          <w:sz w:val="28"/>
        </w:rPr>
        <w:t>Современный пересказ</w:t>
      </w:r>
    </w:p>
    <w:p>
      <w:pPr>
        <w:spacing w:after="120" w:line="269" w:lineRule="auto"/>
      </w:pPr>
      <w:r>
        <w:rPr>
          <w:rFonts w:ascii="Liberation Serif" w:hAnsi="Liberation Serif" w:eastAsia="Liberation Serif"/>
          <w:b w:val="0"/>
          <w:i w:val="0"/>
          <w:sz w:val="23"/>
        </w:rPr>
        <w:t>Нельзя жить с Богом и одновременно сознательно строить жизнь на двойном дне. Нельзя требовать от других прозрачности, скрывая свои решения. Нельзя говорить о правде и управлять людьми через недосказанность, страх и подмену.</w:t>
      </w:r>
    </w:p>
    <w:p>
      <w:pPr>
        <w:spacing w:after="120" w:line="269" w:lineRule="auto"/>
      </w:pPr>
      <w:r>
        <w:rPr>
          <w:rFonts w:ascii="Liberation Serif" w:hAnsi="Liberation Serif" w:eastAsia="Liberation Serif"/>
          <w:b w:val="0"/>
          <w:i w:val="0"/>
          <w:sz w:val="23"/>
        </w:rPr>
        <w:t>Ходить во свете — не значит никогда не ошибаться. Это значит перестать организовывать жизнь так, чтобы ошибка не могла быть названа. Свет допускает признание. Тьма требует легенды о собственной безупречности.</w:t>
      </w:r>
    </w:p>
    <w:p>
      <w:pPr>
        <w:spacing w:after="120" w:line="269" w:lineRule="auto"/>
      </w:pPr>
      <w:r>
        <w:rPr>
          <w:rFonts w:ascii="Liberation Serif" w:hAnsi="Liberation Serif" w:eastAsia="Liberation Serif"/>
          <w:b w:val="0"/>
          <w:i w:val="0"/>
          <w:sz w:val="23"/>
        </w:rPr>
        <w:t>Человек во тьме обычно не говорит: «я выбираю зло». Он говорит: «у меня не было другого выхода», «сам виноват», «все так делают», «я защищал семью», «это ради Бога», «таков порядок», «я просто сказал правду». Тьма умеет объяснять себя очень убедительно.</w:t>
      </w:r>
    </w:p>
    <w:p>
      <w:pPr>
        <w:pStyle w:val="Heading2"/>
      </w:pPr>
      <w:r>
        <w:rPr>
          <w:rFonts w:ascii="Liberation Sans" w:hAnsi="Liberation Sans" w:eastAsia="Liberation Sans"/>
          <w:b/>
          <w:sz w:val="28"/>
        </w:rPr>
        <w:t>Свет и общение</w:t>
      </w:r>
    </w:p>
    <w:p>
      <w:pPr>
        <w:spacing w:after="120" w:line="269" w:lineRule="auto"/>
      </w:pPr>
      <w:r>
        <w:rPr>
          <w:rFonts w:ascii="Liberation Serif" w:hAnsi="Liberation Serif" w:eastAsia="Liberation Serif"/>
          <w:b w:val="0"/>
          <w:i w:val="0"/>
          <w:sz w:val="23"/>
        </w:rPr>
        <w:t>Иоанн связывает хождение во свете с общением друг с другом. Это важная деталь. Свет проверяется не одиночным переживанием, а возможностью жить среди людей без постоянной необходимости прятать настоящие мотивы.</w:t>
      </w:r>
    </w:p>
    <w:p>
      <w:pPr>
        <w:spacing w:after="120" w:line="269" w:lineRule="auto"/>
      </w:pPr>
      <w:r>
        <w:rPr>
          <w:rFonts w:ascii="Liberation Serif" w:hAnsi="Liberation Serif" w:eastAsia="Liberation Serif"/>
          <w:b w:val="0"/>
          <w:i w:val="0"/>
          <w:sz w:val="23"/>
        </w:rPr>
        <w:t>Это не означает, что каждый обязан раскрывать всем всё. Границы нужны. Личная жизнь не обязана становиться общественным достоянием. Но есть разница между границей и тайником, где человек хранит то, что разрушает других.</w:t>
      </w:r>
    </w:p>
    <w:p>
      <w:pPr>
        <w:spacing w:after="120" w:line="269" w:lineRule="auto"/>
      </w:pPr>
      <w:r>
        <w:rPr>
          <w:rFonts w:ascii="Liberation Serif" w:hAnsi="Liberation Serif" w:eastAsia="Liberation Serif"/>
          <w:b w:val="0"/>
          <w:i w:val="0"/>
          <w:sz w:val="23"/>
        </w:rPr>
        <w:t>Когда в семье нельзя говорить о гневе отца, это тьма. Когда в общине нельзя задавать вопросы лидеру, это тьма. Когда в компании скрывают вред, потому что правда помешает прибыли, это тьма. Когда человек запрещает себе признать зависть и поэтому объявляет другого недостойным, это тоже тьма.</w:t>
      </w:r>
    </w:p>
    <w:p>
      <w:pPr>
        <w:pStyle w:val="Heading2"/>
      </w:pPr>
      <w:r>
        <w:rPr>
          <w:rFonts w:ascii="Liberation Sans" w:hAnsi="Liberation Sans" w:eastAsia="Liberation Sans"/>
          <w:b/>
          <w:sz w:val="28"/>
        </w:rPr>
        <w:t>Кровь Христа и очищение</w:t>
      </w:r>
    </w:p>
    <w:p>
      <w:pPr>
        <w:spacing w:after="120" w:line="269" w:lineRule="auto"/>
      </w:pPr>
      <w:r>
        <w:rPr>
          <w:rFonts w:ascii="Liberation Serif" w:hAnsi="Liberation Serif" w:eastAsia="Liberation Serif"/>
          <w:b w:val="0"/>
          <w:i w:val="0"/>
          <w:sz w:val="23"/>
        </w:rPr>
        <w:t>Иоанн говорит об очищении не как о награде идеальным, а как о том, что происходит с людьми, идущими во свете. Очищение не требует сначала стать безупречным. Оно начинается там, где человек перестаёт скрываться.</w:t>
      </w:r>
    </w:p>
    <w:p>
      <w:pPr>
        <w:spacing w:after="120" w:line="269" w:lineRule="auto"/>
      </w:pPr>
      <w:r>
        <w:rPr>
          <w:rFonts w:ascii="Liberation Serif" w:hAnsi="Liberation Serif" w:eastAsia="Liberation Serif"/>
          <w:b w:val="0"/>
          <w:i w:val="0"/>
          <w:sz w:val="23"/>
        </w:rPr>
        <w:t>Это ломает две крайности. Первая: «я слишком грязный, поэтому к Богу нельзя». Вторая: «я уже прощён, поэтому на мою грязь можно не смотреть». Свет отвергает обе. К Богу можно прийти именно с правдой. Но в правде нельзя сделать зло постоянным образом жизни.</w:t>
      </w:r>
    </w:p>
    <w:p>
      <w:pPr>
        <w:pStyle w:val="Heading2"/>
      </w:pPr>
      <w:r>
        <w:rPr>
          <w:rFonts w:ascii="Liberation Sans" w:hAnsi="Liberation Sans" w:eastAsia="Liberation Sans"/>
          <w:b/>
          <w:sz w:val="28"/>
        </w:rPr>
        <w:t>Где мы себя обманываем</w:t>
      </w:r>
    </w:p>
    <w:p>
      <w:pPr>
        <w:spacing w:after="120" w:line="269" w:lineRule="auto"/>
      </w:pPr>
      <w:r>
        <w:rPr>
          <w:rFonts w:ascii="Liberation Serif" w:hAnsi="Liberation Serif" w:eastAsia="Liberation Serif"/>
          <w:b w:val="0"/>
          <w:i w:val="0"/>
          <w:sz w:val="23"/>
        </w:rPr>
        <w:t>Иногда мы используем свет как оружие: разоблачаем чужое, чтобы не видеть своё. Человек может часами говорить о коррупции, предательстве и лицемерии мира, но не замечать, как манипулирует одним близким человеком.</w:t>
      </w:r>
    </w:p>
    <w:p>
      <w:pPr>
        <w:spacing w:after="120" w:line="269" w:lineRule="auto"/>
      </w:pPr>
      <w:r>
        <w:rPr>
          <w:rFonts w:ascii="Liberation Serif" w:hAnsi="Liberation Serif" w:eastAsia="Liberation Serif"/>
          <w:b w:val="0"/>
          <w:i w:val="0"/>
          <w:sz w:val="23"/>
        </w:rPr>
        <w:t>Свет Божий сначала не прожектор, направленный на толпу. Это окно, открытое в собственную комнату.</w:t>
      </w:r>
    </w:p>
    <w:p>
      <w:pPr>
        <w:pStyle w:val="Heading2"/>
      </w:pPr>
      <w:r>
        <w:rPr>
          <w:rFonts w:ascii="Liberation Sans" w:hAnsi="Liberation Sans" w:eastAsia="Liberation Sans"/>
          <w:b/>
          <w:sz w:val="28"/>
        </w:rPr>
        <w:t>Честный вопрос</w:t>
      </w:r>
    </w:p>
    <w:p>
      <w:pPr>
        <w:pStyle w:val="Quote"/>
        <w:spacing w:after="120" w:line="269" w:lineRule="auto"/>
      </w:pPr>
      <w:r>
        <w:rPr>
          <w:rFonts w:ascii="Liberation Serif" w:hAnsi="Liberation Serif" w:eastAsia="Liberation Serif"/>
          <w:b w:val="0"/>
          <w:i w:val="0"/>
          <w:sz w:val="23"/>
        </w:rPr>
        <w:t>Какую правду о себе я боюсь назвать, потому что после неё придётся что-то менять?</w:t>
      </w:r>
    </w:p>
    <w:p>
      <w:pPr>
        <w:pStyle w:val="Heading2"/>
      </w:pPr>
      <w:r>
        <w:rPr>
          <w:rFonts w:ascii="Liberation Sans" w:hAnsi="Liberation Sans" w:eastAsia="Liberation Sans"/>
          <w:b/>
          <w:sz w:val="28"/>
        </w:rPr>
        <w:t>Следующий живой шаг</w:t>
      </w:r>
    </w:p>
    <w:p>
      <w:pPr>
        <w:spacing w:after="120" w:line="269" w:lineRule="auto"/>
      </w:pPr>
      <w:r>
        <w:rPr>
          <w:rFonts w:ascii="Liberation Serif" w:hAnsi="Liberation Serif" w:eastAsia="Liberation Serif"/>
          <w:b w:val="0"/>
          <w:i w:val="0"/>
          <w:sz w:val="23"/>
        </w:rPr>
        <w:t>Назовите один факт без оправданий и обвинений. Не «я накричал, потому что меня довели», а «я накричал и испугал человека». Затем решите, кому и что нужно сказать или исправить.</w:t>
      </w:r>
    </w:p>
    <w:p>
      <w:r>
        <w:br w:type="page"/>
      </w:r>
    </w:p>
    <w:p>
      <w:pPr>
        <w:pStyle w:val="Heading1"/>
        <w:spacing w:after="60"/>
      </w:pPr>
      <w:r>
        <w:rPr>
          <w:rFonts w:ascii="Liberation Sans" w:hAnsi="Liberation Sans" w:eastAsia="Liberation Sans"/>
          <w:b/>
          <w:sz w:val="36"/>
        </w:rPr>
        <w:t>ГЛАВА 3</w:t>
      </w:r>
    </w:p>
    <w:p>
      <w:pPr>
        <w:spacing w:after="280"/>
      </w:pPr>
      <w:r>
        <w:rPr>
          <w:rFonts w:ascii="Liberation Sans" w:hAnsi="Liberation Sans" w:eastAsia="Liberation Sans"/>
          <w:b/>
          <w:sz w:val="30"/>
        </w:rPr>
        <w:t>Признание вместо самооправдания — 1 Ин. 1:8–2:2</w:t>
      </w:r>
    </w:p>
    <w:p>
      <w:pPr>
        <w:pStyle w:val="Heading2"/>
      </w:pPr>
      <w:r>
        <w:rPr>
          <w:rFonts w:ascii="Liberation Sans" w:hAnsi="Liberation Sans" w:eastAsia="Liberation Sans"/>
          <w:b/>
          <w:sz w:val="28"/>
        </w:rPr>
        <w:t>Две лжи о грехе</w:t>
      </w:r>
    </w:p>
    <w:p>
      <w:pPr>
        <w:spacing w:after="120" w:line="269" w:lineRule="auto"/>
      </w:pPr>
      <w:r>
        <w:rPr>
          <w:rFonts w:ascii="Liberation Serif" w:hAnsi="Liberation Serif" w:eastAsia="Liberation Serif"/>
          <w:b w:val="0"/>
          <w:i w:val="0"/>
          <w:sz w:val="23"/>
        </w:rPr>
        <w:t>Иоанн разрушает две противоположные иллюзии.</w:t>
      </w:r>
    </w:p>
    <w:p>
      <w:pPr>
        <w:spacing w:after="120" w:line="269" w:lineRule="auto"/>
      </w:pPr>
      <w:r>
        <w:rPr>
          <w:rFonts w:ascii="Liberation Serif" w:hAnsi="Liberation Serif" w:eastAsia="Liberation Serif"/>
          <w:b w:val="0"/>
          <w:i w:val="0"/>
          <w:sz w:val="23"/>
        </w:rPr>
        <w:t>Первая: «греха во мне нет». Человек объясняет каждое своё действие обстоятельствами, характером других людей или высокой целью. Виноваты родители, государство, супруг, начальник, церковь, бедность, богатство, детство — кто угодно, только не он сам.</w:t>
      </w:r>
    </w:p>
    <w:p>
      <w:pPr>
        <w:spacing w:after="120" w:line="269" w:lineRule="auto"/>
      </w:pPr>
      <w:r>
        <w:rPr>
          <w:rFonts w:ascii="Liberation Serif" w:hAnsi="Liberation Serif" w:eastAsia="Liberation Serif"/>
          <w:b w:val="0"/>
          <w:i w:val="0"/>
          <w:sz w:val="23"/>
        </w:rPr>
        <w:t>Вторая: «я и есть один сплошной грех». Это уже не покаяние, а безнадёжность. Человек не признаёт конкретный поступок, а растворяет себя в тотальном самоосуждении: «я ничтожество, ничего исправить нельзя». Так тоже можно избежать ответственности, потому что исправлять нужно конкретное зло, а не абстрактную испорченность.</w:t>
      </w:r>
    </w:p>
    <w:p>
      <w:pPr>
        <w:pStyle w:val="Heading2"/>
      </w:pPr>
      <w:r>
        <w:rPr>
          <w:rFonts w:ascii="Liberation Sans" w:hAnsi="Liberation Sans" w:eastAsia="Liberation Sans"/>
          <w:b/>
          <w:sz w:val="28"/>
        </w:rPr>
        <w:t>Современный пересказ</w:t>
      </w:r>
    </w:p>
    <w:p>
      <w:pPr>
        <w:spacing w:after="120" w:line="269" w:lineRule="auto"/>
      </w:pPr>
      <w:r>
        <w:rPr>
          <w:rFonts w:ascii="Liberation Serif" w:hAnsi="Liberation Serif" w:eastAsia="Liberation Serif"/>
          <w:b w:val="0"/>
          <w:i w:val="0"/>
          <w:sz w:val="23"/>
        </w:rPr>
        <w:t>Не обманывай себя, будто ты выше греха. Но и не делай грех своей окончательной личностью. Назови то, что произошло. Бог верен и справедлив: прощение не требует от тебя красивой легенды, а очищение не требует сначала очиститься самостоятельно.</w:t>
      </w:r>
    </w:p>
    <w:p>
      <w:pPr>
        <w:spacing w:after="120" w:line="269" w:lineRule="auto"/>
      </w:pPr>
      <w:r>
        <w:rPr>
          <w:rFonts w:ascii="Liberation Serif" w:hAnsi="Liberation Serif" w:eastAsia="Liberation Serif"/>
          <w:b w:val="0"/>
          <w:i w:val="0"/>
          <w:sz w:val="23"/>
        </w:rPr>
        <w:t>Признание — это не религиозное унижение. Это возвращение к реальности. Пока человек защищает ложную версию себя, изменить можно только эту версию. Настоящий человек остаётся нетронутым.</w:t>
      </w:r>
    </w:p>
    <w:p>
      <w:pPr>
        <w:pStyle w:val="Heading2"/>
      </w:pPr>
      <w:r>
        <w:rPr>
          <w:rFonts w:ascii="Liberation Sans" w:hAnsi="Liberation Sans" w:eastAsia="Liberation Sans"/>
          <w:b/>
          <w:sz w:val="28"/>
        </w:rPr>
        <w:t>Что значит исповедовать</w:t>
      </w:r>
    </w:p>
    <w:p>
      <w:pPr>
        <w:spacing w:after="120" w:line="269" w:lineRule="auto"/>
      </w:pPr>
      <w:r>
        <w:rPr>
          <w:rFonts w:ascii="Liberation Serif" w:hAnsi="Liberation Serif" w:eastAsia="Liberation Serif"/>
          <w:b w:val="0"/>
          <w:i w:val="0"/>
          <w:sz w:val="23"/>
        </w:rPr>
        <w:t>Исповедь начинается с совпадения слов и факта. Я перестаю говорить «неудачно получилось», если я обманул. Перестаю говорить «эмоционально отреагировал», если унизил. Перестаю называть контролем заботу, а трусостью — осторожность другого.</w:t>
      </w:r>
    </w:p>
    <w:p>
      <w:pPr>
        <w:spacing w:after="120" w:line="269" w:lineRule="auto"/>
      </w:pPr>
      <w:r>
        <w:rPr>
          <w:rFonts w:ascii="Liberation Serif" w:hAnsi="Liberation Serif" w:eastAsia="Liberation Serif"/>
          <w:b w:val="0"/>
          <w:i w:val="0"/>
          <w:sz w:val="23"/>
        </w:rPr>
        <w:t>Но признание не заканчивается произнесением. Там, где возможно, оно требует исправления. Украденное возвращают. Ложь опровергают. Разрушенную репутацию восстанавливают не только в личной беседе, но и перед теми, кому солгали. Опасное поведение ограничивают. Просят помощи, если самостоятельно остановиться не получается.</w:t>
      </w:r>
    </w:p>
    <w:p>
      <w:pPr>
        <w:pStyle w:val="Heading2"/>
      </w:pPr>
      <w:r>
        <w:rPr>
          <w:rFonts w:ascii="Liberation Sans" w:hAnsi="Liberation Sans" w:eastAsia="Liberation Sans"/>
          <w:b/>
          <w:sz w:val="28"/>
        </w:rPr>
        <w:t>Христос как Ходатай</w:t>
      </w:r>
    </w:p>
    <w:p>
      <w:pPr>
        <w:spacing w:after="120" w:line="269" w:lineRule="auto"/>
      </w:pPr>
      <w:r>
        <w:rPr>
          <w:rFonts w:ascii="Liberation Serif" w:hAnsi="Liberation Serif" w:eastAsia="Liberation Serif"/>
          <w:b w:val="0"/>
          <w:i w:val="0"/>
          <w:sz w:val="23"/>
        </w:rPr>
        <w:t>Иоанн пишет, чтобы верующие не грешили, но сразу добавляет: если кто согрешил, у нас есть Ходатай. Это не разрешение грешить. Это отказ от отчаяния после падения.</w:t>
      </w:r>
    </w:p>
    <w:p>
      <w:pPr>
        <w:spacing w:after="120" w:line="269" w:lineRule="auto"/>
      </w:pPr>
      <w:r>
        <w:rPr>
          <w:rFonts w:ascii="Liberation Serif" w:hAnsi="Liberation Serif" w:eastAsia="Liberation Serif"/>
          <w:b w:val="0"/>
          <w:i w:val="0"/>
          <w:sz w:val="23"/>
        </w:rPr>
        <w:t>Христос не просит назвать зло добром. Он не проживает исправление вместо человека. Он открывает путь назад к Богу и не позволяет ошибке объявить себя окончательным приговором.</w:t>
      </w:r>
    </w:p>
    <w:p>
      <w:pPr>
        <w:spacing w:after="120" w:line="269" w:lineRule="auto"/>
      </w:pPr>
      <w:r>
        <w:rPr>
          <w:rFonts w:ascii="Liberation Serif" w:hAnsi="Liberation Serif" w:eastAsia="Liberation Serif"/>
          <w:b w:val="0"/>
          <w:i w:val="0"/>
          <w:sz w:val="23"/>
        </w:rPr>
        <w:t>Прощение говорит: «ты больше своего поступка». Ответственность говорит: «но этот поступок действительно твой». Вместе они дают шанс измениться.</w:t>
      </w:r>
    </w:p>
    <w:p>
      <w:pPr>
        <w:pStyle w:val="Heading2"/>
      </w:pPr>
      <w:r>
        <w:rPr>
          <w:rFonts w:ascii="Liberation Sans" w:hAnsi="Liberation Sans" w:eastAsia="Liberation Sans"/>
          <w:b/>
          <w:sz w:val="28"/>
        </w:rPr>
        <w:t>Где мы себя обманываем</w:t>
      </w:r>
    </w:p>
    <w:p>
      <w:pPr>
        <w:spacing w:after="120" w:line="269" w:lineRule="auto"/>
      </w:pPr>
      <w:r>
        <w:rPr>
          <w:rFonts w:ascii="Liberation Serif" w:hAnsi="Liberation Serif" w:eastAsia="Liberation Serif"/>
          <w:b w:val="0"/>
          <w:i w:val="0"/>
          <w:sz w:val="23"/>
        </w:rPr>
        <w:t>Религиозный человек иногда быстро говорит: «Бог меня простил», чтобы не встретиться с тем, кому причинил вред. Но Божье прощение не является справкой, которую можно предъявить пострадавшему вместо восстановления справедливости.</w:t>
      </w:r>
    </w:p>
    <w:p>
      <w:pPr>
        <w:spacing w:after="120" w:line="269" w:lineRule="auto"/>
      </w:pPr>
      <w:r>
        <w:rPr>
          <w:rFonts w:ascii="Liberation Serif" w:hAnsi="Liberation Serif" w:eastAsia="Liberation Serif"/>
          <w:b w:val="0"/>
          <w:i w:val="0"/>
          <w:sz w:val="23"/>
        </w:rPr>
        <w:t>Пострадавший не обязан немедленно доверять. Прощение не означает автоматического возвращения доступа. Примирение требует правды, безопасности и изменения поведения.</w:t>
      </w:r>
    </w:p>
    <w:p>
      <w:pPr>
        <w:pStyle w:val="Heading2"/>
      </w:pPr>
      <w:r>
        <w:rPr>
          <w:rFonts w:ascii="Liberation Sans" w:hAnsi="Liberation Sans" w:eastAsia="Liberation Sans"/>
          <w:b/>
          <w:sz w:val="28"/>
        </w:rPr>
        <w:t>Честный вопрос</w:t>
      </w:r>
    </w:p>
    <w:p>
      <w:pPr>
        <w:pStyle w:val="Quote"/>
        <w:spacing w:after="120" w:line="269" w:lineRule="auto"/>
      </w:pPr>
      <w:r>
        <w:rPr>
          <w:rFonts w:ascii="Liberation Serif" w:hAnsi="Liberation Serif" w:eastAsia="Liberation Serif"/>
          <w:b w:val="0"/>
          <w:i w:val="0"/>
          <w:sz w:val="23"/>
        </w:rPr>
        <w:t>Какой свой поступок я называю слишком мягко, чтобы не исправлять его последствия?</w:t>
      </w:r>
    </w:p>
    <w:p>
      <w:pPr>
        <w:pStyle w:val="Heading2"/>
      </w:pPr>
      <w:r>
        <w:rPr>
          <w:rFonts w:ascii="Liberation Sans" w:hAnsi="Liberation Sans" w:eastAsia="Liberation Sans"/>
          <w:b/>
          <w:sz w:val="28"/>
        </w:rPr>
        <w:t>Следующий живой шаг</w:t>
      </w:r>
    </w:p>
    <w:p>
      <w:pPr>
        <w:spacing w:after="120" w:line="269" w:lineRule="auto"/>
      </w:pPr>
      <w:r>
        <w:rPr>
          <w:rFonts w:ascii="Liberation Serif" w:hAnsi="Liberation Serif" w:eastAsia="Liberation Serif"/>
          <w:b w:val="0"/>
          <w:i w:val="0"/>
          <w:sz w:val="23"/>
        </w:rPr>
        <w:t>Запишите четыре строки: что я сделал; кому это повредило; что я могу исправить; какое ограничение поможет мне не повторить это. Сделайте первый выполнимый шаг сегодня.</w:t>
      </w:r>
    </w:p>
    <w:p>
      <w:r>
        <w:br w:type="page"/>
      </w:r>
    </w:p>
    <w:p>
      <w:pPr>
        <w:spacing w:before="3000"/>
        <w:jc w:val="center"/>
      </w:pPr>
      <w:r>
        <w:rPr>
          <w:rFonts w:ascii="Liberation Sans" w:hAnsi="Liberation Sans" w:eastAsia="Liberation Sans"/>
          <w:b/>
          <w:sz w:val="44"/>
        </w:rPr>
        <w:t>ЧАСТЬ II. ЗНАНИЕ, КОТОРОЕ ВИДНО ПО ЖИЗНИ</w:t>
      </w:r>
    </w:p>
    <w:p>
      <w:r>
        <w:br w:type="page"/>
      </w:r>
    </w:p>
    <w:p>
      <w:pPr>
        <w:pStyle w:val="Heading1"/>
        <w:spacing w:after="60"/>
      </w:pPr>
      <w:r>
        <w:rPr>
          <w:rFonts w:ascii="Liberation Sans" w:hAnsi="Liberation Sans" w:eastAsia="Liberation Sans"/>
          <w:b/>
          <w:sz w:val="36"/>
        </w:rPr>
        <w:t>ГЛАВА 4</w:t>
      </w:r>
    </w:p>
    <w:p>
      <w:pPr>
        <w:spacing w:after="280"/>
      </w:pPr>
      <w:r>
        <w:rPr>
          <w:rFonts w:ascii="Liberation Sans" w:hAnsi="Liberation Sans" w:eastAsia="Liberation Sans"/>
          <w:b/>
          <w:sz w:val="30"/>
        </w:rPr>
        <w:t>Знать Бога — значит идти Его путём — 1 Ин. 2:3–6</w:t>
      </w:r>
    </w:p>
    <w:p>
      <w:pPr>
        <w:pStyle w:val="Heading2"/>
      </w:pPr>
      <w:r>
        <w:rPr>
          <w:rFonts w:ascii="Liberation Sans" w:hAnsi="Liberation Sans" w:eastAsia="Liberation Sans"/>
          <w:b/>
          <w:sz w:val="28"/>
        </w:rPr>
        <w:t>Знание без следования</w:t>
      </w:r>
    </w:p>
    <w:p>
      <w:pPr>
        <w:spacing w:after="120" w:line="269" w:lineRule="auto"/>
      </w:pPr>
      <w:r>
        <w:rPr>
          <w:rFonts w:ascii="Liberation Serif" w:hAnsi="Liberation Serif" w:eastAsia="Liberation Serif"/>
          <w:b w:val="0"/>
          <w:i w:val="0"/>
          <w:sz w:val="23"/>
        </w:rPr>
        <w:t>Иоанн произносит почти невыносимо прямую мысль: человек может говорить, что знает Бога, но его жизнь опровергает слова. Знание проверяется соблюдением заповедей и хождением так, как ходил Христос.</w:t>
      </w:r>
    </w:p>
    <w:p>
      <w:pPr>
        <w:spacing w:after="120" w:line="269" w:lineRule="auto"/>
      </w:pPr>
      <w:r>
        <w:rPr>
          <w:rFonts w:ascii="Liberation Serif" w:hAnsi="Liberation Serif" w:eastAsia="Liberation Serif"/>
          <w:b w:val="0"/>
          <w:i w:val="0"/>
          <w:sz w:val="23"/>
        </w:rPr>
        <w:t>Речь не о том, что любовь Бога надо заслужить идеальным исполнением правил. Речь о природе знания. Если я действительно узнал огонь, я перестану вести себя так, будто он холодный. Если встретил путь Христа, это постепенно изменит направление моих ног.</w:t>
      </w:r>
    </w:p>
    <w:p>
      <w:pPr>
        <w:pStyle w:val="Heading2"/>
      </w:pPr>
      <w:r>
        <w:rPr>
          <w:rFonts w:ascii="Liberation Sans" w:hAnsi="Liberation Sans" w:eastAsia="Liberation Sans"/>
          <w:b/>
          <w:sz w:val="28"/>
        </w:rPr>
        <w:t>Современный пересказ</w:t>
      </w:r>
    </w:p>
    <w:p>
      <w:pPr>
        <w:spacing w:after="120" w:line="269" w:lineRule="auto"/>
      </w:pPr>
      <w:r>
        <w:rPr>
          <w:rFonts w:ascii="Liberation Serif" w:hAnsi="Liberation Serif" w:eastAsia="Liberation Serif"/>
          <w:b w:val="0"/>
          <w:i w:val="0"/>
          <w:sz w:val="23"/>
        </w:rPr>
        <w:t>Не измеряй близость к Богу количеством религиозных слов, переживаний или споров. Посмотри, чему ты подчиняешь силу, деньги, сексуальность, гнев и страх. Знание, которое ничего не меняет, осталось информацией.</w:t>
      </w:r>
    </w:p>
    <w:p>
      <w:pPr>
        <w:spacing w:after="120" w:line="269" w:lineRule="auto"/>
      </w:pPr>
      <w:r>
        <w:rPr>
          <w:rFonts w:ascii="Liberation Serif" w:hAnsi="Liberation Serif" w:eastAsia="Liberation Serif"/>
          <w:b w:val="0"/>
          <w:i w:val="0"/>
          <w:sz w:val="23"/>
        </w:rPr>
        <w:t>Христос показывает человека, который не строит величие на унижении. Он видит незаметных. Не боится назвать лицемерие. Не отвечает насилием на насилие. Не использует нужду другого ради власти. Служит, но не становится рабом манипуляции. Прощает, но не называет зло нормой.</w:t>
      </w:r>
    </w:p>
    <w:p>
      <w:pPr>
        <w:spacing w:after="120" w:line="269" w:lineRule="auto"/>
      </w:pPr>
      <w:r>
        <w:rPr>
          <w:rFonts w:ascii="Liberation Serif" w:hAnsi="Liberation Serif" w:eastAsia="Liberation Serif"/>
          <w:b w:val="0"/>
          <w:i w:val="0"/>
          <w:sz w:val="23"/>
        </w:rPr>
        <w:t>«Ходить, как Он ходил» не означает воспроизвести внешние детали жизни первого века. Это значит учиться тому же направлению: от самоутверждения — к любви, от лжи — к свету, от господства — к служению, от страха смерти — к верности.</w:t>
      </w:r>
    </w:p>
    <w:p>
      <w:pPr>
        <w:pStyle w:val="Heading2"/>
      </w:pPr>
      <w:r>
        <w:rPr>
          <w:rFonts w:ascii="Liberation Sans" w:hAnsi="Liberation Sans" w:eastAsia="Liberation Sans"/>
          <w:b/>
          <w:sz w:val="28"/>
        </w:rPr>
        <w:t>Послушание и свобода</w:t>
      </w:r>
    </w:p>
    <w:p>
      <w:pPr>
        <w:spacing w:after="120" w:line="269" w:lineRule="auto"/>
      </w:pPr>
      <w:r>
        <w:rPr>
          <w:rFonts w:ascii="Liberation Serif" w:hAnsi="Liberation Serif" w:eastAsia="Liberation Serif"/>
          <w:b w:val="0"/>
          <w:i w:val="0"/>
          <w:sz w:val="23"/>
        </w:rPr>
        <w:t>Слово «заповедь» часто звучит как внешнее давление. Но у Иоанна послушание связано с любовью, а не с дрессировкой. Заповедь показывает форму жизни, в которой сила не превращается в разрушение.</w:t>
      </w:r>
    </w:p>
    <w:p>
      <w:pPr>
        <w:spacing w:after="120" w:line="269" w:lineRule="auto"/>
      </w:pPr>
      <w:r>
        <w:rPr>
          <w:rFonts w:ascii="Liberation Serif" w:hAnsi="Liberation Serif" w:eastAsia="Liberation Serif"/>
          <w:b w:val="0"/>
          <w:i w:val="0"/>
          <w:sz w:val="23"/>
        </w:rPr>
        <w:t>Запрет лгать ограничивает не свободу, а способность лжи захватить отношения. Запрет ненавидеть защищает человека от внутреннего превращения в убийцу. Призыв любить не делает нас бесхребетными; он не позволяет даже справедливой борьбе превратить противника в предмет наслаждения.</w:t>
      </w:r>
    </w:p>
    <w:p>
      <w:pPr>
        <w:pStyle w:val="Heading2"/>
      </w:pPr>
      <w:r>
        <w:rPr>
          <w:rFonts w:ascii="Liberation Sans" w:hAnsi="Liberation Sans" w:eastAsia="Liberation Sans"/>
          <w:b/>
          <w:sz w:val="28"/>
        </w:rPr>
        <w:t>Где мы себя обманываем</w:t>
      </w:r>
    </w:p>
    <w:p>
      <w:pPr>
        <w:spacing w:after="120" w:line="269" w:lineRule="auto"/>
      </w:pPr>
      <w:r>
        <w:rPr>
          <w:rFonts w:ascii="Liberation Serif" w:hAnsi="Liberation Serif" w:eastAsia="Liberation Serif"/>
          <w:b w:val="0"/>
          <w:i w:val="0"/>
          <w:sz w:val="23"/>
        </w:rPr>
        <w:t>Мы легко подменяем путь принадлежностью к группе. «Я православный», «я протестант», «я читаю правильный перевод», «я против религиозной системы». Но принадлежность и даже правильная критика не отвечают на вопрос, как ты поступил сегодня.</w:t>
      </w:r>
    </w:p>
    <w:p>
      <w:pPr>
        <w:spacing w:after="120" w:line="269" w:lineRule="auto"/>
      </w:pPr>
      <w:r>
        <w:rPr>
          <w:rFonts w:ascii="Liberation Serif" w:hAnsi="Liberation Serif" w:eastAsia="Liberation Serif"/>
          <w:b w:val="0"/>
          <w:i w:val="0"/>
          <w:sz w:val="23"/>
        </w:rPr>
        <w:t>Можно выйти из лицемерной организации и унести её методы с собой: нетерпимость, культ собственной правоты, презрение к несогласным. Тогда вывеска поменялась, а путь остался прежним.</w:t>
      </w:r>
    </w:p>
    <w:p>
      <w:pPr>
        <w:pStyle w:val="Heading2"/>
      </w:pPr>
      <w:r>
        <w:rPr>
          <w:rFonts w:ascii="Liberation Sans" w:hAnsi="Liberation Sans" w:eastAsia="Liberation Sans"/>
          <w:b/>
          <w:sz w:val="28"/>
        </w:rPr>
        <w:t>Честный вопрос</w:t>
      </w:r>
    </w:p>
    <w:p>
      <w:pPr>
        <w:pStyle w:val="Quote"/>
        <w:spacing w:after="120" w:line="269" w:lineRule="auto"/>
      </w:pPr>
      <w:r>
        <w:rPr>
          <w:rFonts w:ascii="Liberation Serif" w:hAnsi="Liberation Serif" w:eastAsia="Liberation Serif"/>
          <w:b w:val="0"/>
          <w:i w:val="0"/>
          <w:sz w:val="23"/>
        </w:rPr>
        <w:t>Какое моё регулярное поведение больше всего противоречит пути Христа, хотя я уже умею объяснять его красивыми словами?</w:t>
      </w:r>
    </w:p>
    <w:p>
      <w:pPr>
        <w:pStyle w:val="Heading2"/>
      </w:pPr>
      <w:r>
        <w:rPr>
          <w:rFonts w:ascii="Liberation Sans" w:hAnsi="Liberation Sans" w:eastAsia="Liberation Sans"/>
          <w:b/>
          <w:sz w:val="28"/>
        </w:rPr>
        <w:t>Следующий живой шаг</w:t>
      </w:r>
    </w:p>
    <w:p>
      <w:pPr>
        <w:spacing w:after="120" w:line="269" w:lineRule="auto"/>
      </w:pPr>
      <w:r>
        <w:rPr>
          <w:rFonts w:ascii="Liberation Serif" w:hAnsi="Liberation Serif" w:eastAsia="Liberation Serif"/>
          <w:b w:val="0"/>
          <w:i w:val="0"/>
          <w:sz w:val="23"/>
        </w:rPr>
        <w:t>Не берите десять заповедей сразу. Выберите один повторяющийся участок: гнев, ложь, невыполненные обещания, использование людей, трусость перед начальством. Определите один новый поступок, который вы повторите в ближайшей похожей ситуации.</w:t>
      </w:r>
    </w:p>
    <w:p>
      <w:r>
        <w:br w:type="page"/>
      </w:r>
    </w:p>
    <w:p>
      <w:pPr>
        <w:pStyle w:val="Heading1"/>
        <w:spacing w:after="60"/>
      </w:pPr>
      <w:r>
        <w:rPr>
          <w:rFonts w:ascii="Liberation Sans" w:hAnsi="Liberation Sans" w:eastAsia="Liberation Sans"/>
          <w:b/>
          <w:sz w:val="36"/>
        </w:rPr>
        <w:t>ГЛАВА 5</w:t>
      </w:r>
    </w:p>
    <w:p>
      <w:pPr>
        <w:spacing w:after="280"/>
      </w:pPr>
      <w:r>
        <w:rPr>
          <w:rFonts w:ascii="Liberation Sans" w:hAnsi="Liberation Sans" w:eastAsia="Liberation Sans"/>
          <w:b/>
          <w:sz w:val="30"/>
        </w:rPr>
        <w:t>Старая и новая заповедь — 1 Ин. 2:7–11</w:t>
      </w:r>
    </w:p>
    <w:p>
      <w:pPr>
        <w:pStyle w:val="Heading2"/>
      </w:pPr>
      <w:r>
        <w:rPr>
          <w:rFonts w:ascii="Liberation Sans" w:hAnsi="Liberation Sans" w:eastAsia="Liberation Sans"/>
          <w:b/>
          <w:sz w:val="28"/>
        </w:rPr>
        <w:t>Новая не потому, что раньше любви не было</w:t>
      </w:r>
    </w:p>
    <w:p>
      <w:pPr>
        <w:spacing w:after="120" w:line="269" w:lineRule="auto"/>
      </w:pPr>
      <w:r>
        <w:rPr>
          <w:rFonts w:ascii="Liberation Serif" w:hAnsi="Liberation Serif" w:eastAsia="Liberation Serif"/>
          <w:b w:val="0"/>
          <w:i w:val="0"/>
          <w:sz w:val="23"/>
        </w:rPr>
        <w:t>Заповедь любви древняя. Иоанн одновременно называет её старой и новой. Старой — потому что люди слышали её давно. Новой — потому что во Христе она получила видимую форму и каждый раз становится новой, когда воплощается в реальной ситуации.</w:t>
      </w:r>
    </w:p>
    <w:p>
      <w:pPr>
        <w:spacing w:after="120" w:line="269" w:lineRule="auto"/>
      </w:pPr>
      <w:r>
        <w:rPr>
          <w:rFonts w:ascii="Liberation Serif" w:hAnsi="Liberation Serif" w:eastAsia="Liberation Serif"/>
          <w:b w:val="0"/>
          <w:i w:val="0"/>
          <w:sz w:val="23"/>
        </w:rPr>
        <w:t>Любовь невозможно сохранить как музейный предмет. Вчерашняя любовь не отвечает за сегодняшний выбор.</w:t>
      </w:r>
    </w:p>
    <w:p>
      <w:pPr>
        <w:pStyle w:val="Heading2"/>
      </w:pPr>
      <w:r>
        <w:rPr>
          <w:rFonts w:ascii="Liberation Sans" w:hAnsi="Liberation Sans" w:eastAsia="Liberation Sans"/>
          <w:b/>
          <w:sz w:val="28"/>
        </w:rPr>
        <w:t>Современный пересказ</w:t>
      </w:r>
    </w:p>
    <w:p>
      <w:pPr>
        <w:spacing w:after="120" w:line="269" w:lineRule="auto"/>
      </w:pPr>
      <w:r>
        <w:rPr>
          <w:rFonts w:ascii="Liberation Serif" w:hAnsi="Liberation Serif" w:eastAsia="Liberation Serif"/>
          <w:b w:val="0"/>
          <w:i w:val="0"/>
          <w:sz w:val="23"/>
        </w:rPr>
        <w:t>Ты можешь знать заповедь много лет и всё ещё жить во тьме, если ненависть стала твоим способом видеть человека. Нельзя идти к свету, постоянно питаясь желанием унизить, уничтожить или сделать другого беспомощным.</w:t>
      </w:r>
    </w:p>
    <w:p>
      <w:pPr>
        <w:spacing w:after="120" w:line="269" w:lineRule="auto"/>
      </w:pPr>
      <w:r>
        <w:rPr>
          <w:rFonts w:ascii="Liberation Serif" w:hAnsi="Liberation Serif" w:eastAsia="Liberation Serif"/>
          <w:b w:val="0"/>
          <w:i w:val="0"/>
          <w:sz w:val="23"/>
        </w:rPr>
        <w:t>Иоанн говорит не только о внешнем насилии. Ненависть ослепляет. Она лишает способности видеть человека целиком. Остаётся одна черта: враг, предатель, дурак, грешник, либерал, ватник, неверующий, сектант, начальник, бывший супруг. Ярлык позволяет не встречаться с живым человеком.</w:t>
      </w:r>
    </w:p>
    <w:p>
      <w:pPr>
        <w:pStyle w:val="Heading2"/>
      </w:pPr>
      <w:r>
        <w:rPr>
          <w:rFonts w:ascii="Liberation Sans" w:hAnsi="Liberation Sans" w:eastAsia="Liberation Sans"/>
          <w:b/>
          <w:sz w:val="28"/>
        </w:rPr>
        <w:t>Любовь не равна согласию</w:t>
      </w:r>
    </w:p>
    <w:p>
      <w:pPr>
        <w:spacing w:after="120" w:line="269" w:lineRule="auto"/>
      </w:pPr>
      <w:r>
        <w:rPr>
          <w:rFonts w:ascii="Liberation Serif" w:hAnsi="Liberation Serif" w:eastAsia="Liberation Serif"/>
          <w:b w:val="0"/>
          <w:i w:val="0"/>
          <w:sz w:val="23"/>
        </w:rPr>
        <w:t>Любить — не значит считать все поступки хорошими. Не значит терпеть насилие. Не значит продолжать отношения, в которых тебя уничтожают. Иногда любовь требует расстояния, заявления в полицию, увольнения, отказа выполнять приказ, раскрытия преступления.</w:t>
      </w:r>
    </w:p>
    <w:p>
      <w:pPr>
        <w:spacing w:after="120" w:line="269" w:lineRule="auto"/>
      </w:pPr>
      <w:r>
        <w:rPr>
          <w:rFonts w:ascii="Liberation Serif" w:hAnsi="Liberation Serif" w:eastAsia="Liberation Serif"/>
          <w:b w:val="0"/>
          <w:i w:val="0"/>
          <w:sz w:val="23"/>
        </w:rPr>
        <w:t>Разница не в мягкости действия, а в его цели. Любовь стремится остановить зло и сохранить человеческое достоинство, насколько это возможно. Ненависть хочет насладиться падением другого, причинить лишнюю боль, лишить его лица.</w:t>
      </w:r>
    </w:p>
    <w:p>
      <w:pPr>
        <w:spacing w:after="120" w:line="269" w:lineRule="auto"/>
      </w:pPr>
      <w:r>
        <w:rPr>
          <w:rFonts w:ascii="Liberation Serif" w:hAnsi="Liberation Serif" w:eastAsia="Liberation Serif"/>
          <w:b w:val="0"/>
          <w:i w:val="0"/>
          <w:sz w:val="23"/>
        </w:rPr>
        <w:t>Можно поставить очень жёсткую границу без ненависти. И можно улыбаться, продолжая использовать человека.</w:t>
      </w:r>
    </w:p>
    <w:p>
      <w:pPr>
        <w:pStyle w:val="Heading2"/>
      </w:pPr>
      <w:r>
        <w:rPr>
          <w:rFonts w:ascii="Liberation Sans" w:hAnsi="Liberation Sans" w:eastAsia="Liberation Sans"/>
          <w:b/>
          <w:sz w:val="28"/>
        </w:rPr>
        <w:t>Ослепление ненавистью</w:t>
      </w:r>
    </w:p>
    <w:p>
      <w:pPr>
        <w:spacing w:after="120" w:line="269" w:lineRule="auto"/>
      </w:pPr>
      <w:r>
        <w:rPr>
          <w:rFonts w:ascii="Liberation Serif" w:hAnsi="Liberation Serif" w:eastAsia="Liberation Serif"/>
          <w:b w:val="0"/>
          <w:i w:val="0"/>
          <w:sz w:val="23"/>
        </w:rPr>
        <w:t>Ненависть кажется ясностью: «я наконец понял, какой он». На деле она сужает зрение. Человек перестаёт замечать собственные противоречия. Любое действие врага трактуется как зло, любое действие своей группы — как необходимость.</w:t>
      </w:r>
    </w:p>
    <w:p>
      <w:pPr>
        <w:spacing w:after="120" w:line="269" w:lineRule="auto"/>
      </w:pPr>
      <w:r>
        <w:rPr>
          <w:rFonts w:ascii="Liberation Serif" w:hAnsi="Liberation Serif" w:eastAsia="Liberation Serif"/>
          <w:b w:val="0"/>
          <w:i w:val="0"/>
          <w:sz w:val="23"/>
        </w:rPr>
        <w:t>Так ненависть делает нас похожими на тех, с кем мы боремся. Мы начинаем оправдывать ложь своей правдой, насилие своей целью, унижение своей болью.</w:t>
      </w:r>
    </w:p>
    <w:p>
      <w:pPr>
        <w:pStyle w:val="Heading2"/>
      </w:pPr>
      <w:r>
        <w:rPr>
          <w:rFonts w:ascii="Liberation Sans" w:hAnsi="Liberation Sans" w:eastAsia="Liberation Sans"/>
          <w:b/>
          <w:sz w:val="28"/>
        </w:rPr>
        <w:t>Где мы себя обманываем</w:t>
      </w:r>
    </w:p>
    <w:p>
      <w:pPr>
        <w:spacing w:after="120" w:line="269" w:lineRule="auto"/>
      </w:pPr>
      <w:r>
        <w:rPr>
          <w:rFonts w:ascii="Liberation Serif" w:hAnsi="Liberation Serif" w:eastAsia="Liberation Serif"/>
          <w:b w:val="0"/>
          <w:i w:val="0"/>
          <w:sz w:val="23"/>
        </w:rPr>
        <w:t>Мы называем ненависть принципиальностью. Говорим: «я ненавижу не человека, а грех», но радуемся, когда человек унижен. Говорим: «пусть получит по заслугам», хотя хотим не справедливости, а эмоциональной расплаты.</w:t>
      </w:r>
    </w:p>
    <w:p>
      <w:pPr>
        <w:spacing w:after="120" w:line="269" w:lineRule="auto"/>
      </w:pPr>
      <w:r>
        <w:rPr>
          <w:rFonts w:ascii="Liberation Serif" w:hAnsi="Liberation Serif" w:eastAsia="Liberation Serif"/>
          <w:b w:val="0"/>
          <w:i w:val="0"/>
          <w:sz w:val="23"/>
        </w:rPr>
        <w:t>Справедливость может требовать наказания. Но наслаждение чужой болью — другой процесс.</w:t>
      </w:r>
    </w:p>
    <w:p>
      <w:pPr>
        <w:pStyle w:val="Heading2"/>
      </w:pPr>
      <w:r>
        <w:rPr>
          <w:rFonts w:ascii="Liberation Sans" w:hAnsi="Liberation Sans" w:eastAsia="Liberation Sans"/>
          <w:b/>
          <w:sz w:val="28"/>
        </w:rPr>
        <w:t>Честный вопрос</w:t>
      </w:r>
    </w:p>
    <w:p>
      <w:pPr>
        <w:pStyle w:val="Quote"/>
        <w:spacing w:after="120" w:line="269" w:lineRule="auto"/>
      </w:pPr>
      <w:r>
        <w:rPr>
          <w:rFonts w:ascii="Liberation Serif" w:hAnsi="Liberation Serif" w:eastAsia="Liberation Serif"/>
          <w:b w:val="0"/>
          <w:i w:val="0"/>
          <w:sz w:val="23"/>
        </w:rPr>
        <w:t>Чью сложность я уничтожил одним ярлыком, потому что так легче сохранить собственную правоту?</w:t>
      </w:r>
    </w:p>
    <w:p>
      <w:pPr>
        <w:pStyle w:val="Heading2"/>
      </w:pPr>
      <w:r>
        <w:rPr>
          <w:rFonts w:ascii="Liberation Sans" w:hAnsi="Liberation Sans" w:eastAsia="Liberation Sans"/>
          <w:b/>
          <w:sz w:val="28"/>
        </w:rPr>
        <w:t>Следующий живой шаг</w:t>
      </w:r>
    </w:p>
    <w:p>
      <w:pPr>
        <w:spacing w:after="120" w:line="269" w:lineRule="auto"/>
      </w:pPr>
      <w:r>
        <w:rPr>
          <w:rFonts w:ascii="Liberation Serif" w:hAnsi="Liberation Serif" w:eastAsia="Liberation Serif"/>
          <w:b w:val="0"/>
          <w:i w:val="0"/>
          <w:sz w:val="23"/>
        </w:rPr>
        <w:t>Перед ответом человеку, который вас раздражает, отделите три вещи: факт его поступка; необходимую границу; желание причинить лишнюю боль. Сделайте первые две вещи и откажитесь от третьей.</w:t>
      </w:r>
    </w:p>
    <w:p>
      <w:r>
        <w:br w:type="page"/>
      </w:r>
    </w:p>
    <w:p>
      <w:pPr>
        <w:pStyle w:val="Heading1"/>
        <w:spacing w:after="60"/>
      </w:pPr>
      <w:r>
        <w:rPr>
          <w:rFonts w:ascii="Liberation Sans" w:hAnsi="Liberation Sans" w:eastAsia="Liberation Sans"/>
          <w:b/>
          <w:sz w:val="36"/>
        </w:rPr>
        <w:t>ГЛАВА 6</w:t>
      </w:r>
    </w:p>
    <w:p>
      <w:pPr>
        <w:spacing w:after="280"/>
      </w:pPr>
      <w:r>
        <w:rPr>
          <w:rFonts w:ascii="Liberation Sans" w:hAnsi="Liberation Sans" w:eastAsia="Liberation Sans"/>
          <w:b/>
          <w:sz w:val="30"/>
        </w:rPr>
        <w:t>Дети, юноши и отцы — 1 Ин. 2:12–14</w:t>
      </w:r>
    </w:p>
    <w:p>
      <w:pPr>
        <w:pStyle w:val="Heading2"/>
      </w:pPr>
      <w:r>
        <w:rPr>
          <w:rFonts w:ascii="Liberation Sans" w:hAnsi="Liberation Sans" w:eastAsia="Liberation Sans"/>
          <w:b/>
          <w:sz w:val="28"/>
        </w:rPr>
        <w:t>Разные стадии одной жизни</w:t>
      </w:r>
    </w:p>
    <w:p>
      <w:pPr>
        <w:spacing w:after="120" w:line="269" w:lineRule="auto"/>
      </w:pPr>
      <w:r>
        <w:rPr>
          <w:rFonts w:ascii="Liberation Serif" w:hAnsi="Liberation Serif" w:eastAsia="Liberation Serif"/>
          <w:b w:val="0"/>
          <w:i w:val="0"/>
          <w:sz w:val="23"/>
        </w:rPr>
        <w:t>Иоанн обращается к детям, юношам и отцам. Возможно, речь и о возрасте, и о духовной зрелости. В любом случае он не делает всех одинаковыми. У каждого этапа есть свой дар и своя опасность.</w:t>
      </w:r>
    </w:p>
    <w:p>
      <w:pPr>
        <w:spacing w:after="120" w:line="269" w:lineRule="auto"/>
      </w:pPr>
      <w:r>
        <w:rPr>
          <w:rFonts w:ascii="Liberation Serif" w:hAnsi="Liberation Serif" w:eastAsia="Liberation Serif"/>
          <w:b w:val="0"/>
          <w:i w:val="0"/>
          <w:sz w:val="23"/>
        </w:rPr>
        <w:t>Дети знают Отца и живут из полученного прощения. Юноши сильны и преодолевают зло. Отцы знают Того, Кто от начала.</w:t>
      </w:r>
    </w:p>
    <w:p>
      <w:pPr>
        <w:pStyle w:val="Heading2"/>
      </w:pPr>
      <w:r>
        <w:rPr>
          <w:rFonts w:ascii="Liberation Sans" w:hAnsi="Liberation Sans" w:eastAsia="Liberation Sans"/>
          <w:b/>
          <w:sz w:val="28"/>
        </w:rPr>
        <w:t>Современный пересказ</w:t>
      </w:r>
    </w:p>
    <w:p>
      <w:pPr>
        <w:spacing w:after="120" w:line="269" w:lineRule="auto"/>
      </w:pPr>
      <w:r>
        <w:rPr>
          <w:rFonts w:ascii="Liberation Serif" w:hAnsi="Liberation Serif" w:eastAsia="Liberation Serif"/>
          <w:b w:val="0"/>
          <w:i w:val="0"/>
          <w:sz w:val="23"/>
        </w:rPr>
        <w:t>Не требуй от начинающего той устойчивости, которая приходит через годы. Не презирай молодую силу, но не путай её с мудростью. Не считай долгий стаж гарантией живого знания.</w:t>
      </w:r>
    </w:p>
    <w:p>
      <w:pPr>
        <w:spacing w:after="120" w:line="269" w:lineRule="auto"/>
      </w:pPr>
      <w:r>
        <w:rPr>
          <w:rFonts w:ascii="Liberation Serif" w:hAnsi="Liberation Serif" w:eastAsia="Liberation Serif"/>
          <w:b w:val="0"/>
          <w:i w:val="0"/>
          <w:sz w:val="23"/>
        </w:rPr>
        <w:t>Ребёнок веры учится доверию. Его опасность — зависимость от сильного взрослого, который может присвоить себе место Бога.</w:t>
      </w:r>
    </w:p>
    <w:p>
      <w:pPr>
        <w:spacing w:after="120" w:line="269" w:lineRule="auto"/>
      </w:pPr>
      <w:r>
        <w:rPr>
          <w:rFonts w:ascii="Liberation Serif" w:hAnsi="Liberation Serif" w:eastAsia="Liberation Serif"/>
          <w:b w:val="0"/>
          <w:i w:val="0"/>
          <w:sz w:val="23"/>
        </w:rPr>
        <w:t>Юный человек обнаруживает силу, способность спорить, защищать, менять. Его опасность — решить, что победа над противником и есть победа над злом. Иногда зло просто меняет флаг и продолжает действовать через победителя.</w:t>
      </w:r>
    </w:p>
    <w:p>
      <w:pPr>
        <w:spacing w:after="120" w:line="269" w:lineRule="auto"/>
      </w:pPr>
      <w:r>
        <w:rPr>
          <w:rFonts w:ascii="Liberation Serif" w:hAnsi="Liberation Serif" w:eastAsia="Liberation Serif"/>
          <w:b w:val="0"/>
          <w:i w:val="0"/>
          <w:sz w:val="23"/>
        </w:rPr>
        <w:t>Зрелый человек знает начало — не только правила, но и характер пути. Его опасность — окаменеть, превратить опыт в право не слушать молодых, защищать привычное только потому, что оно знакомо.</w:t>
      </w:r>
    </w:p>
    <w:p>
      <w:pPr>
        <w:pStyle w:val="Heading2"/>
      </w:pPr>
      <w:r>
        <w:rPr>
          <w:rFonts w:ascii="Liberation Sans" w:hAnsi="Liberation Sans" w:eastAsia="Liberation Sans"/>
          <w:b/>
          <w:sz w:val="28"/>
        </w:rPr>
        <w:t>Зрелость без иерархии достоинства</w:t>
      </w:r>
    </w:p>
    <w:p>
      <w:pPr>
        <w:spacing w:after="120" w:line="269" w:lineRule="auto"/>
      </w:pPr>
      <w:r>
        <w:rPr>
          <w:rFonts w:ascii="Liberation Serif" w:hAnsi="Liberation Serif" w:eastAsia="Liberation Serif"/>
          <w:b w:val="0"/>
          <w:i w:val="0"/>
          <w:sz w:val="23"/>
        </w:rPr>
        <w:t>Духовный рост не делает одного человека более ценным, чем другого. Ребёнок не хуже взрослого. Но ответственность различается. Чем больше силы, знания и влияния, тем меньше права прикрываться незрелостью.</w:t>
      </w:r>
    </w:p>
    <w:p>
      <w:pPr>
        <w:spacing w:after="120" w:line="269" w:lineRule="auto"/>
      </w:pPr>
      <w:r>
        <w:rPr>
          <w:rFonts w:ascii="Liberation Serif" w:hAnsi="Liberation Serif" w:eastAsia="Liberation Serif"/>
          <w:b w:val="0"/>
          <w:i w:val="0"/>
          <w:sz w:val="23"/>
        </w:rPr>
        <w:t>Тот, кто учит, обязан быть проверяемым. Тот, кто ведёт, должен уметь признавать ошибку. Тот, кого называют отцом, не может требовать детского подчинения ради собственного удобства.</w:t>
      </w:r>
    </w:p>
    <w:p>
      <w:pPr>
        <w:pStyle w:val="Heading2"/>
      </w:pPr>
      <w:r>
        <w:rPr>
          <w:rFonts w:ascii="Liberation Sans" w:hAnsi="Liberation Sans" w:eastAsia="Liberation Sans"/>
          <w:b/>
          <w:sz w:val="28"/>
        </w:rPr>
        <w:t>Слово, пребывающее внутри</w:t>
      </w:r>
    </w:p>
    <w:p>
      <w:pPr>
        <w:spacing w:after="120" w:line="269" w:lineRule="auto"/>
      </w:pPr>
      <w:r>
        <w:rPr>
          <w:rFonts w:ascii="Liberation Serif" w:hAnsi="Liberation Serif" w:eastAsia="Liberation Serif"/>
          <w:b w:val="0"/>
          <w:i w:val="0"/>
          <w:sz w:val="23"/>
        </w:rPr>
        <w:t>Иоанн связывает силу юношей с тем, что слово пребывает в них. Не просто хранится в памяти, а обитает, формирует реакцию. В критический момент человек действует из того, что стало его внутренним языком.</w:t>
      </w:r>
    </w:p>
    <w:p>
      <w:pPr>
        <w:spacing w:after="120" w:line="269" w:lineRule="auto"/>
      </w:pPr>
      <w:r>
        <w:rPr>
          <w:rFonts w:ascii="Liberation Serif" w:hAnsi="Liberation Serif" w:eastAsia="Liberation Serif"/>
          <w:b w:val="0"/>
          <w:i w:val="0"/>
          <w:sz w:val="23"/>
        </w:rPr>
        <w:t>Если внутри постоянно живут страх, презрение и культ силы, именно они заговорят в конфликте. Если слово о любви осталось цитатой на странице, оно не успеет войти в руки.</w:t>
      </w:r>
    </w:p>
    <w:p>
      <w:pPr>
        <w:pStyle w:val="Heading2"/>
      </w:pPr>
      <w:r>
        <w:rPr>
          <w:rFonts w:ascii="Liberation Sans" w:hAnsi="Liberation Sans" w:eastAsia="Liberation Sans"/>
          <w:b/>
          <w:sz w:val="28"/>
        </w:rPr>
        <w:t>Где мы себя обманываем</w:t>
      </w:r>
    </w:p>
    <w:p>
      <w:pPr>
        <w:spacing w:after="120" w:line="269" w:lineRule="auto"/>
      </w:pPr>
      <w:r>
        <w:rPr>
          <w:rFonts w:ascii="Liberation Serif" w:hAnsi="Liberation Serif" w:eastAsia="Liberation Serif"/>
          <w:b w:val="0"/>
          <w:i w:val="0"/>
          <w:sz w:val="23"/>
        </w:rPr>
        <w:t>Мы часто хотим выглядеть зрелыми, не проходя стадий. Повторяем чужие ответы, но не умеем выдерживать собственное сомнение. Или наоборот: годами называем себя начинающими, чтобы никто не ожидал ответственности.</w:t>
      </w:r>
    </w:p>
    <w:p>
      <w:pPr>
        <w:pStyle w:val="Heading2"/>
      </w:pPr>
      <w:r>
        <w:rPr>
          <w:rFonts w:ascii="Liberation Sans" w:hAnsi="Liberation Sans" w:eastAsia="Liberation Sans"/>
          <w:b/>
          <w:sz w:val="28"/>
        </w:rPr>
        <w:t>Честный вопрос</w:t>
      </w:r>
    </w:p>
    <w:p>
      <w:pPr>
        <w:pStyle w:val="Quote"/>
        <w:spacing w:after="120" w:line="269" w:lineRule="auto"/>
      </w:pPr>
      <w:r>
        <w:rPr>
          <w:rFonts w:ascii="Liberation Serif" w:hAnsi="Liberation Serif" w:eastAsia="Liberation Serif"/>
          <w:b w:val="0"/>
          <w:i w:val="0"/>
          <w:sz w:val="23"/>
        </w:rPr>
        <w:t>В какой области я действительно ребёнок, где мне пора использовать силу, а где опыт уже требует служить другим, а не возвышаться над ними?</w:t>
      </w:r>
    </w:p>
    <w:p>
      <w:pPr>
        <w:pStyle w:val="Heading2"/>
      </w:pPr>
      <w:r>
        <w:rPr>
          <w:rFonts w:ascii="Liberation Sans" w:hAnsi="Liberation Sans" w:eastAsia="Liberation Sans"/>
          <w:b/>
          <w:sz w:val="28"/>
        </w:rPr>
        <w:t>Следующий живой шаг</w:t>
      </w:r>
    </w:p>
    <w:p>
      <w:pPr>
        <w:spacing w:after="120" w:line="269" w:lineRule="auto"/>
      </w:pPr>
      <w:r>
        <w:rPr>
          <w:rFonts w:ascii="Liberation Serif" w:hAnsi="Liberation Serif" w:eastAsia="Liberation Serif"/>
          <w:b w:val="0"/>
          <w:i w:val="0"/>
          <w:sz w:val="23"/>
        </w:rPr>
        <w:t>Назовите одну область, где вам нужен наставник; одну, где пора перестать ждать разрешения и действовать; одну, где вы можете поддержать менее опытного человека без контроля над ним.</w:t>
      </w:r>
    </w:p>
    <w:p>
      <w:r>
        <w:br w:type="page"/>
      </w:r>
    </w:p>
    <w:p>
      <w:pPr>
        <w:pStyle w:val="Heading1"/>
        <w:spacing w:after="60"/>
      </w:pPr>
      <w:r>
        <w:rPr>
          <w:rFonts w:ascii="Liberation Sans" w:hAnsi="Liberation Sans" w:eastAsia="Liberation Sans"/>
          <w:b/>
          <w:sz w:val="36"/>
        </w:rPr>
        <w:t>ГЛАВА 7</w:t>
      </w:r>
    </w:p>
    <w:p>
      <w:pPr>
        <w:spacing w:after="280"/>
      </w:pPr>
      <w:r>
        <w:rPr>
          <w:rFonts w:ascii="Liberation Sans" w:hAnsi="Liberation Sans" w:eastAsia="Liberation Sans"/>
          <w:b/>
          <w:sz w:val="30"/>
        </w:rPr>
        <w:t>Не любите мира — 1 Ин. 2:15–17</w:t>
      </w:r>
    </w:p>
    <w:p>
      <w:pPr>
        <w:pStyle w:val="Heading2"/>
      </w:pPr>
      <w:r>
        <w:rPr>
          <w:rFonts w:ascii="Liberation Sans" w:hAnsi="Liberation Sans" w:eastAsia="Liberation Sans"/>
          <w:b/>
          <w:sz w:val="28"/>
        </w:rPr>
        <w:t>Мир — не люди и не земля</w:t>
      </w:r>
    </w:p>
    <w:p>
      <w:pPr>
        <w:spacing w:after="120" w:line="269" w:lineRule="auto"/>
      </w:pPr>
      <w:r>
        <w:rPr>
          <w:rFonts w:ascii="Liberation Serif" w:hAnsi="Liberation Serif" w:eastAsia="Liberation Serif"/>
          <w:b w:val="0"/>
          <w:i w:val="0"/>
          <w:sz w:val="23"/>
        </w:rPr>
        <w:t>Слова «не любите мира» легко превратить в презрение к культуре, телу, удовольствию и всем неверующим. Но Иоанн только что говорил о любви к людям. Мир здесь — не творение и не человечество, а система желаний, которая строит жизнь без Бога: присвоить, доказать превосходство, насытить себя, сделать видимое величие смыслом.</w:t>
      </w:r>
    </w:p>
    <w:p>
      <w:pPr>
        <w:spacing w:after="120" w:line="269" w:lineRule="auto"/>
      </w:pPr>
      <w:r>
        <w:rPr>
          <w:rFonts w:ascii="Liberation Serif" w:hAnsi="Liberation Serif" w:eastAsia="Liberation Serif"/>
          <w:b w:val="0"/>
          <w:i w:val="0"/>
          <w:sz w:val="23"/>
        </w:rPr>
        <w:t>Он называет похоть плоти, похоть очей и гордость житейскую. Это не список отдельных запретных вещей, а три способа потерять свободу.</w:t>
      </w:r>
    </w:p>
    <w:p>
      <w:pPr>
        <w:pStyle w:val="Heading2"/>
      </w:pPr>
      <w:r>
        <w:rPr>
          <w:rFonts w:ascii="Liberation Sans" w:hAnsi="Liberation Sans" w:eastAsia="Liberation Sans"/>
          <w:b/>
          <w:sz w:val="28"/>
        </w:rPr>
        <w:t>Современный пересказ</w:t>
      </w:r>
    </w:p>
    <w:p>
      <w:pPr>
        <w:spacing w:after="120" w:line="269" w:lineRule="auto"/>
      </w:pPr>
      <w:r>
        <w:rPr>
          <w:rFonts w:ascii="Liberation Serif" w:hAnsi="Liberation Serif" w:eastAsia="Liberation Serif"/>
          <w:b w:val="0"/>
          <w:i w:val="0"/>
          <w:sz w:val="23"/>
        </w:rPr>
        <w:t>Не отдавай сердце системе, которая обещает жизнь через потребление, завистливый взгляд и статус. Тело говорит: «мне хочется». Глаза говорят: «у другого есть, значит и мне нужно». Гордость говорит: «пусть все увидят, кем я стал». Ни один из этих голосов сам по себе не является окончательным руководителем.</w:t>
      </w:r>
    </w:p>
    <w:p>
      <w:pPr>
        <w:spacing w:after="120" w:line="269" w:lineRule="auto"/>
      </w:pPr>
      <w:r>
        <w:rPr>
          <w:rFonts w:ascii="Liberation Serif" w:hAnsi="Liberation Serif" w:eastAsia="Liberation Serif"/>
          <w:b w:val="0"/>
          <w:i w:val="0"/>
          <w:sz w:val="23"/>
        </w:rPr>
        <w:t>Желание не всегда зло. Голод нужен, сексуальность может стать близостью, стремление к признанию может вести к хорошей работе. Проблема начинается, когда желание садится за руль и требует, чтобы весь мир стал его топливом.</w:t>
      </w:r>
    </w:p>
    <w:p>
      <w:pPr>
        <w:pStyle w:val="Heading2"/>
      </w:pPr>
      <w:r>
        <w:rPr>
          <w:rFonts w:ascii="Liberation Sans" w:hAnsi="Liberation Sans" w:eastAsia="Liberation Sans"/>
          <w:b/>
          <w:sz w:val="28"/>
        </w:rPr>
        <w:t>Похоть очей сегодня</w:t>
      </w:r>
    </w:p>
    <w:p>
      <w:pPr>
        <w:spacing w:after="120" w:line="269" w:lineRule="auto"/>
      </w:pPr>
      <w:r>
        <w:rPr>
          <w:rFonts w:ascii="Liberation Serif" w:hAnsi="Liberation Serif" w:eastAsia="Liberation Serif"/>
          <w:b w:val="0"/>
          <w:i w:val="0"/>
          <w:sz w:val="23"/>
        </w:rPr>
        <w:t>Мы живём в экономике взгляда. Ленты показывают чужие тела, дома, путешествия, успехи, духовность. Человек сравнивает внутреннюю кухню своей жизни с витриной другого. Возникает не просто желание вещи, а ощущение собственной недостаточности.</w:t>
      </w:r>
    </w:p>
    <w:p>
      <w:pPr>
        <w:spacing w:after="120" w:line="269" w:lineRule="auto"/>
      </w:pPr>
      <w:r>
        <w:rPr>
          <w:rFonts w:ascii="Liberation Serif" w:hAnsi="Liberation Serif" w:eastAsia="Liberation Serif"/>
          <w:b w:val="0"/>
          <w:i w:val="0"/>
          <w:sz w:val="23"/>
        </w:rPr>
        <w:t>Реклама редко продаёт предмет. Она продаёт обещание нового «я»: купи — и станешь достойным, желанным, сильным. Гордость житейская — это жизнь, организованная вокруг чужого взгляда.</w:t>
      </w:r>
    </w:p>
    <w:p>
      <w:pPr>
        <w:pStyle w:val="Heading2"/>
      </w:pPr>
      <w:r>
        <w:rPr>
          <w:rFonts w:ascii="Liberation Sans" w:hAnsi="Liberation Sans" w:eastAsia="Liberation Sans"/>
          <w:b/>
          <w:sz w:val="28"/>
        </w:rPr>
        <w:t>Проходящее и остающееся</w:t>
      </w:r>
    </w:p>
    <w:p>
      <w:pPr>
        <w:spacing w:after="120" w:line="269" w:lineRule="auto"/>
      </w:pPr>
      <w:r>
        <w:rPr>
          <w:rFonts w:ascii="Liberation Serif" w:hAnsi="Liberation Serif" w:eastAsia="Liberation Serif"/>
          <w:b w:val="0"/>
          <w:i w:val="0"/>
          <w:sz w:val="23"/>
        </w:rPr>
        <w:t>Иоанн не запрещает пользоваться временным. Он напоминает, что нельзя сделать временное вечным. Деньги, красота, влияние, здоровье, репутация меняются. Человек, построивший личность только на них, вынужден постоянно защищать исчезающее.</w:t>
      </w:r>
    </w:p>
    <w:p>
      <w:pPr>
        <w:spacing w:after="120" w:line="269" w:lineRule="auto"/>
      </w:pPr>
      <w:r>
        <w:rPr>
          <w:rFonts w:ascii="Liberation Serif" w:hAnsi="Liberation Serif" w:eastAsia="Liberation Serif"/>
          <w:b w:val="0"/>
          <w:i w:val="0"/>
          <w:sz w:val="23"/>
        </w:rPr>
        <w:t>Тот, кто делает волю Бога, пребывает. Не потому, что его тело не умрёт, а потому, что любовь и правда входят в жизнь, которая не исчерпывается текущей витриной.</w:t>
      </w:r>
    </w:p>
    <w:p>
      <w:pPr>
        <w:pStyle w:val="Heading2"/>
      </w:pPr>
      <w:r>
        <w:rPr>
          <w:rFonts w:ascii="Liberation Sans" w:hAnsi="Liberation Sans" w:eastAsia="Liberation Sans"/>
          <w:b/>
          <w:sz w:val="28"/>
        </w:rPr>
        <w:t>Где мы себя обманываем</w:t>
      </w:r>
    </w:p>
    <w:p>
      <w:pPr>
        <w:spacing w:after="120" w:line="269" w:lineRule="auto"/>
      </w:pPr>
      <w:r>
        <w:rPr>
          <w:rFonts w:ascii="Liberation Serif" w:hAnsi="Liberation Serif" w:eastAsia="Liberation Serif"/>
          <w:b w:val="0"/>
          <w:i w:val="0"/>
          <w:sz w:val="23"/>
        </w:rPr>
        <w:t>Мы можем осуждать материализм и быть рабами религиозного статуса. Можно не покупать дорогих вещей, но жадно собирать влияние, подписчиков и восхищение собственной «особой миссией».</w:t>
      </w:r>
    </w:p>
    <w:p>
      <w:pPr>
        <w:spacing w:after="120" w:line="269" w:lineRule="auto"/>
      </w:pPr>
      <w:r>
        <w:rPr>
          <w:rFonts w:ascii="Liberation Serif" w:hAnsi="Liberation Serif" w:eastAsia="Liberation Serif"/>
          <w:b w:val="0"/>
          <w:i w:val="0"/>
          <w:sz w:val="23"/>
        </w:rPr>
        <w:t>Мир умеет надевать церковную одежду.</w:t>
      </w:r>
    </w:p>
    <w:p>
      <w:pPr>
        <w:pStyle w:val="Heading2"/>
      </w:pPr>
      <w:r>
        <w:rPr>
          <w:rFonts w:ascii="Liberation Sans" w:hAnsi="Liberation Sans" w:eastAsia="Liberation Sans"/>
          <w:b/>
          <w:sz w:val="28"/>
        </w:rPr>
        <w:t>Честный вопрос</w:t>
      </w:r>
    </w:p>
    <w:p>
      <w:pPr>
        <w:pStyle w:val="Quote"/>
        <w:spacing w:after="120" w:line="269" w:lineRule="auto"/>
      </w:pPr>
      <w:r>
        <w:rPr>
          <w:rFonts w:ascii="Liberation Serif" w:hAnsi="Liberation Serif" w:eastAsia="Liberation Serif"/>
          <w:b w:val="0"/>
          <w:i w:val="0"/>
          <w:sz w:val="23"/>
        </w:rPr>
        <w:t>Какая вещь, цифра или чужая оценка сейчас незаметно решает, считаю ли я свою жизнь состоявшейся?</w:t>
      </w:r>
    </w:p>
    <w:p>
      <w:pPr>
        <w:pStyle w:val="Heading2"/>
      </w:pPr>
      <w:r>
        <w:rPr>
          <w:rFonts w:ascii="Liberation Sans" w:hAnsi="Liberation Sans" w:eastAsia="Liberation Sans"/>
          <w:b/>
          <w:sz w:val="28"/>
        </w:rPr>
        <w:t>Следующий живой шаг</w:t>
      </w:r>
    </w:p>
    <w:p>
      <w:pPr>
        <w:spacing w:after="120" w:line="269" w:lineRule="auto"/>
      </w:pPr>
      <w:r>
        <w:rPr>
          <w:rFonts w:ascii="Liberation Serif" w:hAnsi="Liberation Serif" w:eastAsia="Liberation Serif"/>
          <w:b w:val="0"/>
          <w:i w:val="0"/>
          <w:sz w:val="23"/>
        </w:rPr>
        <w:t>На сутки откажитесь от одного источника сравнения: ленты, проверки статистики, обсуждения покупок, просмотра чужого успеха. Освободившееся время вложите в действие, которое имеет ценность без зрителей.</w:t>
      </w:r>
    </w:p>
    <w:p>
      <w:r>
        <w:br w:type="page"/>
      </w:r>
    </w:p>
    <w:p>
      <w:pPr>
        <w:spacing w:before="3000"/>
        <w:jc w:val="center"/>
      </w:pPr>
      <w:r>
        <w:rPr>
          <w:rFonts w:ascii="Liberation Sans" w:hAnsi="Liberation Sans" w:eastAsia="Liberation Sans"/>
          <w:b/>
          <w:sz w:val="44"/>
        </w:rPr>
        <w:t>ЧАСТЬ III. ИСТИНА, ЛОЖЬ И РАЗЛИЧЕНИЕ</w:t>
      </w:r>
    </w:p>
    <w:p>
      <w:r>
        <w:br w:type="page"/>
      </w:r>
    </w:p>
    <w:p>
      <w:pPr>
        <w:pStyle w:val="Heading1"/>
        <w:spacing w:after="60"/>
      </w:pPr>
      <w:r>
        <w:rPr>
          <w:rFonts w:ascii="Liberation Sans" w:hAnsi="Liberation Sans" w:eastAsia="Liberation Sans"/>
          <w:b/>
          <w:sz w:val="36"/>
        </w:rPr>
        <w:t>ГЛАВА 8</w:t>
      </w:r>
    </w:p>
    <w:p>
      <w:pPr>
        <w:spacing w:after="280"/>
      </w:pPr>
      <w:r>
        <w:rPr>
          <w:rFonts w:ascii="Liberation Sans" w:hAnsi="Liberation Sans" w:eastAsia="Liberation Sans"/>
          <w:b/>
          <w:sz w:val="30"/>
        </w:rPr>
        <w:t>Антихристы и помазание — 1 Ин. 2:18–27</w:t>
      </w:r>
    </w:p>
    <w:p>
      <w:pPr>
        <w:pStyle w:val="Heading2"/>
      </w:pPr>
      <w:r>
        <w:rPr>
          <w:rFonts w:ascii="Liberation Sans" w:hAnsi="Liberation Sans" w:eastAsia="Liberation Sans"/>
          <w:b/>
          <w:sz w:val="28"/>
        </w:rPr>
        <w:t>Не повод для охоты на тайных врагов</w:t>
      </w:r>
    </w:p>
    <w:p>
      <w:pPr>
        <w:spacing w:after="120" w:line="269" w:lineRule="auto"/>
      </w:pPr>
      <w:r>
        <w:rPr>
          <w:rFonts w:ascii="Liberation Serif" w:hAnsi="Liberation Serif" w:eastAsia="Liberation Serif"/>
          <w:b w:val="0"/>
          <w:i w:val="0"/>
          <w:sz w:val="23"/>
        </w:rPr>
        <w:t>Слово «антихрист» обросло страхами, политическими теориями и попытками назвать конкретного лидера. Но Иоанн говорит прежде всего о людях, вышедших из общины и отрицающих истину о Христе. «Анти» означает не только открытого противника, но и подмену: нечто занимает место Христа, используя похожие слова.</w:t>
      </w:r>
    </w:p>
    <w:p>
      <w:pPr>
        <w:pStyle w:val="Heading2"/>
      </w:pPr>
      <w:r>
        <w:rPr>
          <w:rFonts w:ascii="Liberation Sans" w:hAnsi="Liberation Sans" w:eastAsia="Liberation Sans"/>
          <w:b/>
          <w:sz w:val="28"/>
        </w:rPr>
        <w:t>Современный пересказ</w:t>
      </w:r>
    </w:p>
    <w:p>
      <w:pPr>
        <w:spacing w:after="120" w:line="269" w:lineRule="auto"/>
      </w:pPr>
      <w:r>
        <w:rPr>
          <w:rFonts w:ascii="Liberation Serif" w:hAnsi="Liberation Serif" w:eastAsia="Liberation Serif"/>
          <w:b w:val="0"/>
          <w:i w:val="0"/>
          <w:sz w:val="23"/>
        </w:rPr>
        <w:t>Будьте внимательны: ложь приходит не всегда с табличкой «ложь». Она может говорить христианским языком, обещать особое знание и одновременно уводить от воплощённого Христа — от Его правды, любви, человеческой реальности и пути.</w:t>
      </w:r>
    </w:p>
    <w:p>
      <w:pPr>
        <w:spacing w:after="120" w:line="269" w:lineRule="auto"/>
      </w:pPr>
      <w:r>
        <w:rPr>
          <w:rFonts w:ascii="Liberation Serif" w:hAnsi="Liberation Serif" w:eastAsia="Liberation Serif"/>
          <w:b w:val="0"/>
          <w:i w:val="0"/>
          <w:sz w:val="23"/>
        </w:rPr>
        <w:t>Лжеучение можно распознать не только по словарю, но и по тому, какого человека оно производит. Делает ли оно людей честнее и свободнее? Или строит зависимость от лидера? Позволяет ли задавать вопросы? Или объявляет сомнение изменой? Возвращает ли ответственность? Или даёт избранным право на ложь ради великой цели?</w:t>
      </w:r>
    </w:p>
    <w:p>
      <w:pPr>
        <w:pStyle w:val="Heading2"/>
      </w:pPr>
      <w:r>
        <w:rPr>
          <w:rFonts w:ascii="Liberation Sans" w:hAnsi="Liberation Sans" w:eastAsia="Liberation Sans"/>
          <w:b/>
          <w:sz w:val="28"/>
        </w:rPr>
        <w:t>Помазание и внутреннее различение</w:t>
      </w:r>
    </w:p>
    <w:p>
      <w:pPr>
        <w:spacing w:after="120" w:line="269" w:lineRule="auto"/>
      </w:pPr>
      <w:r>
        <w:rPr>
          <w:rFonts w:ascii="Liberation Serif" w:hAnsi="Liberation Serif" w:eastAsia="Liberation Serif"/>
          <w:b w:val="0"/>
          <w:i w:val="0"/>
          <w:sz w:val="23"/>
        </w:rPr>
        <w:t>Иоанн говорит, что верующие имеют помазание и знают истину. Это нельзя читать как: «мне никто не нужен, любое моё ощущение от Бога». В самом письме Иоанн учит и предостерегает. Значит, внутреннее свидетельство не отменяет общение, текст, разум и проверку.</w:t>
      </w:r>
    </w:p>
    <w:p>
      <w:pPr>
        <w:spacing w:after="120" w:line="269" w:lineRule="auto"/>
      </w:pPr>
      <w:r>
        <w:rPr>
          <w:rFonts w:ascii="Liberation Serif" w:hAnsi="Liberation Serif" w:eastAsia="Liberation Serif"/>
          <w:b w:val="0"/>
          <w:i w:val="0"/>
          <w:sz w:val="23"/>
        </w:rPr>
        <w:t>Помазание означает, что доступ к Богу не является собственностью тайной касты. Ни один наставник не имеет права объявить себя единственным каналом истины. Учитель помогает различать, но не должен заменять совесть и Христа.</w:t>
      </w:r>
    </w:p>
    <w:p>
      <w:pPr>
        <w:pStyle w:val="Heading2"/>
      </w:pPr>
      <w:r>
        <w:rPr>
          <w:rFonts w:ascii="Liberation Sans" w:hAnsi="Liberation Sans" w:eastAsia="Liberation Sans"/>
          <w:b/>
          <w:sz w:val="28"/>
        </w:rPr>
        <w:t>Ложь, которая разрывает Христа</w:t>
      </w:r>
    </w:p>
    <w:p>
      <w:pPr>
        <w:spacing w:after="120" w:line="269" w:lineRule="auto"/>
      </w:pPr>
      <w:r>
        <w:rPr>
          <w:rFonts w:ascii="Liberation Serif" w:hAnsi="Liberation Serif" w:eastAsia="Liberation Serif"/>
          <w:b w:val="0"/>
          <w:i w:val="0"/>
          <w:sz w:val="23"/>
        </w:rPr>
        <w:t>Для Иоанна особенно опасно отрицание Сына и Отца. В его контексте это связано с тем, кто такой Христос. Сегодня подмена может происходить иначе: люди сохраняют имя Иисуса, но убирают Его путь.</w:t>
      </w:r>
    </w:p>
    <w:p>
      <w:pPr>
        <w:spacing w:after="120" w:line="269" w:lineRule="auto"/>
      </w:pPr>
      <w:r>
        <w:rPr>
          <w:rFonts w:ascii="Liberation Serif" w:hAnsi="Liberation Serif" w:eastAsia="Liberation Serif"/>
          <w:b w:val="0"/>
          <w:i w:val="0"/>
          <w:sz w:val="23"/>
        </w:rPr>
        <w:t>Остаётся Христос как знак победы, но исчезает отказ от господства. Остаётся Спаситель от наказания, но исчезает призыв следовать. Остаётся символ на шее, но исчезают милость, правда и защита униженного.</w:t>
      </w:r>
    </w:p>
    <w:p>
      <w:pPr>
        <w:spacing w:after="120" w:line="269" w:lineRule="auto"/>
      </w:pPr>
      <w:r>
        <w:rPr>
          <w:rFonts w:ascii="Liberation Serif" w:hAnsi="Liberation Serif" w:eastAsia="Liberation Serif"/>
          <w:b w:val="0"/>
          <w:i w:val="0"/>
          <w:sz w:val="23"/>
        </w:rPr>
        <w:t>Имя сохранено, содержание заменено.</w:t>
      </w:r>
    </w:p>
    <w:p>
      <w:pPr>
        <w:pStyle w:val="Heading2"/>
      </w:pPr>
      <w:r>
        <w:rPr>
          <w:rFonts w:ascii="Liberation Sans" w:hAnsi="Liberation Sans" w:eastAsia="Liberation Sans"/>
          <w:b/>
          <w:sz w:val="28"/>
        </w:rPr>
        <w:t>Где мы себя обманываем</w:t>
      </w:r>
    </w:p>
    <w:p>
      <w:pPr>
        <w:spacing w:after="120" w:line="269" w:lineRule="auto"/>
      </w:pPr>
      <w:r>
        <w:rPr>
          <w:rFonts w:ascii="Liberation Serif" w:hAnsi="Liberation Serif" w:eastAsia="Liberation Serif"/>
          <w:b w:val="0"/>
          <w:i w:val="0"/>
          <w:sz w:val="23"/>
        </w:rPr>
        <w:t>Мы любим искать антихриста снаружи, потому что так не нужно проверять, что заняло место Христа внутри нас. Иногда это страх. Иногда национальная идея. Иногда деньги. Иногда лидер, которому разрешено всё. Иногда собственная обида, ставшая окончательной мерой добра и зла.</w:t>
      </w:r>
    </w:p>
    <w:p>
      <w:pPr>
        <w:pStyle w:val="Heading2"/>
      </w:pPr>
      <w:r>
        <w:rPr>
          <w:rFonts w:ascii="Liberation Sans" w:hAnsi="Liberation Sans" w:eastAsia="Liberation Sans"/>
          <w:b/>
          <w:sz w:val="28"/>
        </w:rPr>
        <w:t>Честный вопрос</w:t>
      </w:r>
    </w:p>
    <w:p>
      <w:pPr>
        <w:pStyle w:val="Quote"/>
        <w:spacing w:after="120" w:line="269" w:lineRule="auto"/>
      </w:pPr>
      <w:r>
        <w:rPr>
          <w:rFonts w:ascii="Liberation Serif" w:hAnsi="Liberation Serif" w:eastAsia="Liberation Serif"/>
          <w:b w:val="0"/>
          <w:i w:val="0"/>
          <w:sz w:val="23"/>
        </w:rPr>
        <w:t>Что в моей жизни получает безусловное доверие, которое должно принадлежать только Богу и истине?</w:t>
      </w:r>
    </w:p>
    <w:p>
      <w:pPr>
        <w:pStyle w:val="Heading2"/>
      </w:pPr>
      <w:r>
        <w:rPr>
          <w:rFonts w:ascii="Liberation Sans" w:hAnsi="Liberation Sans" w:eastAsia="Liberation Sans"/>
          <w:b/>
          <w:sz w:val="28"/>
        </w:rPr>
        <w:t>Следующий живой шаг</w:t>
      </w:r>
    </w:p>
    <w:p>
      <w:pPr>
        <w:spacing w:after="120" w:line="269" w:lineRule="auto"/>
      </w:pPr>
      <w:r>
        <w:rPr>
          <w:rFonts w:ascii="Liberation Serif" w:hAnsi="Liberation Serif" w:eastAsia="Liberation Serif"/>
          <w:b w:val="0"/>
          <w:i w:val="0"/>
          <w:sz w:val="23"/>
        </w:rPr>
        <w:t>Назовите одну фигуру, группу или идею, которую вам трудно критически проверять. Сформулируйте три вопроса: допускает ли она правду о собственных ошибках; какой плод производит; требует ли ради себя нарушать любовь и совесть.</w:t>
      </w:r>
    </w:p>
    <w:p>
      <w:r>
        <w:br w:type="page"/>
      </w:r>
    </w:p>
    <w:p>
      <w:pPr>
        <w:pStyle w:val="Heading1"/>
        <w:spacing w:after="60"/>
      </w:pPr>
      <w:r>
        <w:rPr>
          <w:rFonts w:ascii="Liberation Sans" w:hAnsi="Liberation Sans" w:eastAsia="Liberation Sans"/>
          <w:b/>
          <w:sz w:val="36"/>
        </w:rPr>
        <w:t>ГЛАВА 9</w:t>
      </w:r>
    </w:p>
    <w:p>
      <w:pPr>
        <w:spacing w:after="280"/>
      </w:pPr>
      <w:r>
        <w:rPr>
          <w:rFonts w:ascii="Liberation Sans" w:hAnsi="Liberation Sans" w:eastAsia="Liberation Sans"/>
          <w:b/>
          <w:sz w:val="30"/>
        </w:rPr>
        <w:t>Дети Божьи и надежда, которая очищает — 1 Ин. 2:28–3:3</w:t>
      </w:r>
    </w:p>
    <w:p>
      <w:pPr>
        <w:pStyle w:val="Heading2"/>
      </w:pPr>
      <w:r>
        <w:rPr>
          <w:rFonts w:ascii="Liberation Sans" w:hAnsi="Liberation Sans" w:eastAsia="Liberation Sans"/>
          <w:b/>
          <w:sz w:val="28"/>
        </w:rPr>
        <w:t>Не роль, которую нужно заслужить</w:t>
      </w:r>
    </w:p>
    <w:p>
      <w:pPr>
        <w:spacing w:after="120" w:line="269" w:lineRule="auto"/>
      </w:pPr>
      <w:r>
        <w:rPr>
          <w:rFonts w:ascii="Liberation Serif" w:hAnsi="Liberation Serif" w:eastAsia="Liberation Serif"/>
          <w:b w:val="0"/>
          <w:i w:val="0"/>
          <w:sz w:val="23"/>
        </w:rPr>
        <w:t>Иоанн восклицает: посмотрите, какую любовь дал Отец, чтобы нам называться детьми Божьими. Идентичность начинается с дара, а не с доказательства собственного превосходства.</w:t>
      </w:r>
    </w:p>
    <w:p>
      <w:pPr>
        <w:spacing w:after="120" w:line="269" w:lineRule="auto"/>
      </w:pPr>
      <w:r>
        <w:rPr>
          <w:rFonts w:ascii="Liberation Serif" w:hAnsi="Liberation Serif" w:eastAsia="Liberation Serif"/>
          <w:b w:val="0"/>
          <w:i w:val="0"/>
          <w:sz w:val="23"/>
        </w:rPr>
        <w:t>Человек не становится ребёнком Бога потому, что выиграл религиозный конкурс. Он получает имя, из которого потом учится жить.</w:t>
      </w:r>
    </w:p>
    <w:p>
      <w:pPr>
        <w:pStyle w:val="Heading2"/>
      </w:pPr>
      <w:r>
        <w:rPr>
          <w:rFonts w:ascii="Liberation Sans" w:hAnsi="Liberation Sans" w:eastAsia="Liberation Sans"/>
          <w:b/>
          <w:sz w:val="28"/>
        </w:rPr>
        <w:t>Современный пересказ</w:t>
      </w:r>
    </w:p>
    <w:p>
      <w:pPr>
        <w:spacing w:after="120" w:line="269" w:lineRule="auto"/>
      </w:pPr>
      <w:r>
        <w:rPr>
          <w:rFonts w:ascii="Liberation Serif" w:hAnsi="Liberation Serif" w:eastAsia="Liberation Serif"/>
          <w:b w:val="0"/>
          <w:i w:val="0"/>
          <w:sz w:val="23"/>
        </w:rPr>
        <w:t>Ты не обязан строить ценность из чужих аплодисментов. Божья любовь называет тебя Своим, но это имя не превращает тебя в привилегированного хозяина мира. Оно даёт направление: ребёнок постепенно становится похожим на Отца.</w:t>
      </w:r>
    </w:p>
    <w:p>
      <w:pPr>
        <w:spacing w:after="120" w:line="269" w:lineRule="auto"/>
      </w:pPr>
      <w:r>
        <w:rPr>
          <w:rFonts w:ascii="Liberation Serif" w:hAnsi="Liberation Serif" w:eastAsia="Liberation Serif"/>
          <w:b w:val="0"/>
          <w:i w:val="0"/>
          <w:sz w:val="23"/>
        </w:rPr>
        <w:t>Это одновременно утешение и требование. Утешение: твоя ценность не зависит от сегодняшнего успеха. Требование: нельзя прикрываться именем Отца, живя противоположно Его характеру.</w:t>
      </w:r>
    </w:p>
    <w:p>
      <w:pPr>
        <w:pStyle w:val="Heading2"/>
      </w:pPr>
      <w:r>
        <w:rPr>
          <w:rFonts w:ascii="Liberation Sans" w:hAnsi="Liberation Sans" w:eastAsia="Liberation Sans"/>
          <w:b/>
          <w:sz w:val="28"/>
        </w:rPr>
        <w:t>Мир не узнаёт</w:t>
      </w:r>
    </w:p>
    <w:p>
      <w:pPr>
        <w:spacing w:after="120" w:line="269" w:lineRule="auto"/>
      </w:pPr>
      <w:r>
        <w:rPr>
          <w:rFonts w:ascii="Liberation Serif" w:hAnsi="Liberation Serif" w:eastAsia="Liberation Serif"/>
          <w:b w:val="0"/>
          <w:i w:val="0"/>
          <w:sz w:val="23"/>
        </w:rPr>
        <w:t>Иоанн говорит, что мир не знает детей Бога, потому что не знает Его. Это не разрешение считать любое неприятие доказательством собственной святости. Иногда человека отвергают не за правду, а за грубость, самоуверенность и странное поведение.</w:t>
      </w:r>
    </w:p>
    <w:p>
      <w:pPr>
        <w:spacing w:after="120" w:line="269" w:lineRule="auto"/>
      </w:pPr>
      <w:r>
        <w:rPr>
          <w:rFonts w:ascii="Liberation Serif" w:hAnsi="Liberation Serif" w:eastAsia="Liberation Serif"/>
          <w:b w:val="0"/>
          <w:i w:val="0"/>
          <w:sz w:val="23"/>
        </w:rPr>
        <w:t>Но бывает и другое: система действительно не понимает человека, который отказывается жить по её главной валюте. Тот, кто не продаёт совесть ради карьеры, кажется глупым. Тот, кто не мстит, кажется слабым. Тот, кто признаёт ошибку, проигрывает в культуре безупречного образа.</w:t>
      </w:r>
    </w:p>
    <w:p>
      <w:pPr>
        <w:pStyle w:val="Heading2"/>
      </w:pPr>
      <w:r>
        <w:rPr>
          <w:rFonts w:ascii="Liberation Sans" w:hAnsi="Liberation Sans" w:eastAsia="Liberation Sans"/>
          <w:b/>
          <w:sz w:val="28"/>
        </w:rPr>
        <w:t>Мы ещё не знаем полностью, кем станем</w:t>
      </w:r>
    </w:p>
    <w:p>
      <w:pPr>
        <w:spacing w:after="120" w:line="269" w:lineRule="auto"/>
      </w:pPr>
      <w:r>
        <w:rPr>
          <w:rFonts w:ascii="Liberation Serif" w:hAnsi="Liberation Serif" w:eastAsia="Liberation Serif"/>
          <w:b w:val="0"/>
          <w:i w:val="0"/>
          <w:sz w:val="23"/>
        </w:rPr>
        <w:t>Иоанн оставляет тайну: теперь мы дети, но ещё не открылось, что будем. Христианская надежда — не завершённый портрет, а обещание преображения.</w:t>
      </w:r>
    </w:p>
    <w:p>
      <w:pPr>
        <w:spacing w:after="120" w:line="269" w:lineRule="auto"/>
      </w:pPr>
      <w:r>
        <w:rPr>
          <w:rFonts w:ascii="Liberation Serif" w:hAnsi="Liberation Serif" w:eastAsia="Liberation Serif"/>
          <w:b w:val="0"/>
          <w:i w:val="0"/>
          <w:sz w:val="23"/>
        </w:rPr>
        <w:t>Это освобождает от двух крайностей. Не надо считать текущую форму окончательной. Но нельзя и объявлять себя уже достигшим. Мы живём между полученным именем и ещё незавершённым подобием.</w:t>
      </w:r>
    </w:p>
    <w:p>
      <w:pPr>
        <w:pStyle w:val="Heading2"/>
      </w:pPr>
      <w:r>
        <w:rPr>
          <w:rFonts w:ascii="Liberation Sans" w:hAnsi="Liberation Sans" w:eastAsia="Liberation Sans"/>
          <w:b/>
          <w:sz w:val="28"/>
        </w:rPr>
        <w:t>Надежда очищает</w:t>
      </w:r>
    </w:p>
    <w:p>
      <w:pPr>
        <w:spacing w:after="120" w:line="269" w:lineRule="auto"/>
      </w:pPr>
      <w:r>
        <w:rPr>
          <w:rFonts w:ascii="Liberation Serif" w:hAnsi="Liberation Serif" w:eastAsia="Liberation Serif"/>
          <w:b w:val="0"/>
          <w:i w:val="0"/>
          <w:sz w:val="23"/>
        </w:rPr>
        <w:t>Надежда у Иоанна действует. Она очищает человека. Не потому, что он спасает себя, а потому, что ожидаемое будущее начинает перестраивать настоящее.</w:t>
      </w:r>
    </w:p>
    <w:p>
      <w:pPr>
        <w:spacing w:after="120" w:line="269" w:lineRule="auto"/>
      </w:pPr>
      <w:r>
        <w:rPr>
          <w:rFonts w:ascii="Liberation Serif" w:hAnsi="Liberation Serif" w:eastAsia="Liberation Serif"/>
          <w:b w:val="0"/>
          <w:i w:val="0"/>
          <w:sz w:val="23"/>
        </w:rPr>
        <w:t>Если я верю, что стану похожим на Христа, я спрашиваю не только «можно ли мне это», но и «кем этот поступок меня делает».</w:t>
      </w:r>
    </w:p>
    <w:p>
      <w:pPr>
        <w:pStyle w:val="Heading2"/>
      </w:pPr>
      <w:r>
        <w:rPr>
          <w:rFonts w:ascii="Liberation Sans" w:hAnsi="Liberation Sans" w:eastAsia="Liberation Sans"/>
          <w:b/>
          <w:sz w:val="28"/>
        </w:rPr>
        <w:t>Где мы себя обманываем</w:t>
      </w:r>
    </w:p>
    <w:p>
      <w:pPr>
        <w:spacing w:after="120" w:line="269" w:lineRule="auto"/>
      </w:pPr>
      <w:r>
        <w:rPr>
          <w:rFonts w:ascii="Liberation Serif" w:hAnsi="Liberation Serif" w:eastAsia="Liberation Serif"/>
          <w:b w:val="0"/>
          <w:i w:val="0"/>
          <w:sz w:val="23"/>
        </w:rPr>
        <w:t>Иногда фраза «я дитя Божье» используется как духовная корона. Но ребёнок узнаётся не по громкости заявления, а по растущему сходству.</w:t>
      </w:r>
    </w:p>
    <w:p>
      <w:pPr>
        <w:pStyle w:val="Heading2"/>
      </w:pPr>
      <w:r>
        <w:rPr>
          <w:rFonts w:ascii="Liberation Sans" w:hAnsi="Liberation Sans" w:eastAsia="Liberation Sans"/>
          <w:b/>
          <w:sz w:val="28"/>
        </w:rPr>
        <w:t>Честный вопрос</w:t>
      </w:r>
    </w:p>
    <w:p>
      <w:pPr>
        <w:pStyle w:val="Quote"/>
        <w:spacing w:after="120" w:line="269" w:lineRule="auto"/>
      </w:pPr>
      <w:r>
        <w:rPr>
          <w:rFonts w:ascii="Liberation Serif" w:hAnsi="Liberation Serif" w:eastAsia="Liberation Serif"/>
          <w:b w:val="0"/>
          <w:i w:val="0"/>
          <w:sz w:val="23"/>
        </w:rPr>
        <w:t>Каким человеком меня делает то, что я регулярно выбираю, даже если каждый отдельный выбор кажется мелким?</w:t>
      </w:r>
    </w:p>
    <w:p>
      <w:pPr>
        <w:pStyle w:val="Heading2"/>
      </w:pPr>
      <w:r>
        <w:rPr>
          <w:rFonts w:ascii="Liberation Sans" w:hAnsi="Liberation Sans" w:eastAsia="Liberation Sans"/>
          <w:b/>
          <w:sz w:val="28"/>
        </w:rPr>
        <w:t>Следующий живой шаг</w:t>
      </w:r>
    </w:p>
    <w:p>
      <w:pPr>
        <w:spacing w:after="120" w:line="269" w:lineRule="auto"/>
      </w:pPr>
      <w:r>
        <w:rPr>
          <w:rFonts w:ascii="Liberation Serif" w:hAnsi="Liberation Serif" w:eastAsia="Liberation Serif"/>
          <w:b w:val="0"/>
          <w:i w:val="0"/>
          <w:sz w:val="23"/>
        </w:rPr>
        <w:t>Выберите одно качество Христа, которого вам не хватает: честность, милость, мужество, верность, способность служить. Превратите его в один конкретный повторяемый поступок на неделю.</w:t>
      </w:r>
    </w:p>
    <w:p>
      <w:r>
        <w:br w:type="page"/>
      </w:r>
    </w:p>
    <w:p>
      <w:pPr>
        <w:pStyle w:val="Heading1"/>
        <w:spacing w:after="60"/>
      </w:pPr>
      <w:r>
        <w:rPr>
          <w:rFonts w:ascii="Liberation Sans" w:hAnsi="Liberation Sans" w:eastAsia="Liberation Sans"/>
          <w:b/>
          <w:sz w:val="36"/>
        </w:rPr>
        <w:t>ГЛАВА 10</w:t>
      </w:r>
    </w:p>
    <w:p>
      <w:pPr>
        <w:spacing w:after="280"/>
      </w:pPr>
      <w:r>
        <w:rPr>
          <w:rFonts w:ascii="Liberation Sans" w:hAnsi="Liberation Sans" w:eastAsia="Liberation Sans"/>
          <w:b/>
          <w:sz w:val="30"/>
        </w:rPr>
        <w:t>Грех как беззаконие и жизнь, которая меняет направление — 1 Ин. 3:4–10</w:t>
      </w:r>
    </w:p>
    <w:p>
      <w:pPr>
        <w:pStyle w:val="Heading2"/>
      </w:pPr>
      <w:r>
        <w:rPr>
          <w:rFonts w:ascii="Liberation Sans" w:hAnsi="Liberation Sans" w:eastAsia="Liberation Sans"/>
          <w:b/>
          <w:sz w:val="28"/>
        </w:rPr>
        <w:t>Трудный отрывок</w:t>
      </w:r>
    </w:p>
    <w:p>
      <w:pPr>
        <w:spacing w:after="120" w:line="269" w:lineRule="auto"/>
      </w:pPr>
      <w:r>
        <w:rPr>
          <w:rFonts w:ascii="Liberation Serif" w:hAnsi="Liberation Serif" w:eastAsia="Liberation Serif"/>
          <w:b w:val="0"/>
          <w:i w:val="0"/>
          <w:sz w:val="23"/>
        </w:rPr>
        <w:t>Иоанн говорит резко: тот, кто пребывает во Христе, не грешит; рождённый от Бога не делает греха. Если читать эти слова как требование абсолютной безошибочности, письмо противоречит самому себе, ведь раньше автор писал: если говорим, что не имеем греха, обманываем себя.</w:t>
      </w:r>
    </w:p>
    <w:p>
      <w:pPr>
        <w:spacing w:after="120" w:line="269" w:lineRule="auto"/>
      </w:pPr>
      <w:r>
        <w:rPr>
          <w:rFonts w:ascii="Liberation Serif" w:hAnsi="Liberation Serif" w:eastAsia="Liberation Serif"/>
          <w:b w:val="0"/>
          <w:i w:val="0"/>
          <w:sz w:val="23"/>
        </w:rPr>
        <w:t>Смысл не в том, что верующий перестаёт совершать любой грех. Речь о направлении и практике. Грех не может оставаться его нормальным домом, системой, которую он защищает.</w:t>
      </w:r>
    </w:p>
    <w:p>
      <w:pPr>
        <w:pStyle w:val="Heading2"/>
      </w:pPr>
      <w:r>
        <w:rPr>
          <w:rFonts w:ascii="Liberation Sans" w:hAnsi="Liberation Sans" w:eastAsia="Liberation Sans"/>
          <w:b/>
          <w:sz w:val="28"/>
        </w:rPr>
        <w:t>Современный пересказ</w:t>
      </w:r>
    </w:p>
    <w:p>
      <w:pPr>
        <w:spacing w:after="120" w:line="269" w:lineRule="auto"/>
      </w:pPr>
      <w:r>
        <w:rPr>
          <w:rFonts w:ascii="Liberation Serif" w:hAnsi="Liberation Serif" w:eastAsia="Liberation Serif"/>
          <w:b w:val="0"/>
          <w:i w:val="0"/>
          <w:sz w:val="23"/>
        </w:rPr>
        <w:t>Христос пришёл не для того, чтобы дать греху религиозное прикрытие. Новая жизнь несовместима с сознательным устройством себя вокруг лжи и разрушения. Человек может падать, но не должен превращать падение в программу и требовать, чтобы его считали светом.</w:t>
      </w:r>
    </w:p>
    <w:p>
      <w:pPr>
        <w:spacing w:after="120" w:line="269" w:lineRule="auto"/>
      </w:pPr>
      <w:r>
        <w:rPr>
          <w:rFonts w:ascii="Liberation Serif" w:hAnsi="Liberation Serif" w:eastAsia="Liberation Serif"/>
          <w:b w:val="0"/>
          <w:i w:val="0"/>
          <w:sz w:val="23"/>
        </w:rPr>
        <w:t>Грех у Иоанна — беззаконие, отказ от Божьего порядка любви и правды. Это не только нарушение списка запретов. Это присвоение себе права использовать жизнь другого как материал.</w:t>
      </w:r>
    </w:p>
    <w:p>
      <w:pPr>
        <w:pStyle w:val="Heading2"/>
      </w:pPr>
      <w:r>
        <w:rPr>
          <w:rFonts w:ascii="Liberation Sans" w:hAnsi="Liberation Sans" w:eastAsia="Liberation Sans"/>
          <w:b/>
          <w:sz w:val="28"/>
        </w:rPr>
        <w:t>Семя внутри</w:t>
      </w:r>
    </w:p>
    <w:p>
      <w:pPr>
        <w:spacing w:after="120" w:line="269" w:lineRule="auto"/>
      </w:pPr>
      <w:r>
        <w:rPr>
          <w:rFonts w:ascii="Liberation Serif" w:hAnsi="Liberation Serif" w:eastAsia="Liberation Serif"/>
          <w:b w:val="0"/>
          <w:i w:val="0"/>
          <w:sz w:val="23"/>
        </w:rPr>
        <w:t>Иоанн использует образ семени Бога, пребывающего в человеке. Семя не является готовым деревом, но несёт направление роста. Новая жизнь не всегда сразу сильнее всех привычек, однако она создаёт конфликт с тем, что раньше считалось нормальным.</w:t>
      </w:r>
    </w:p>
    <w:p>
      <w:pPr>
        <w:spacing w:after="120" w:line="269" w:lineRule="auto"/>
      </w:pPr>
      <w:r>
        <w:rPr>
          <w:rFonts w:ascii="Liberation Serif" w:hAnsi="Liberation Serif" w:eastAsia="Liberation Serif"/>
          <w:b w:val="0"/>
          <w:i w:val="0"/>
          <w:sz w:val="23"/>
        </w:rPr>
        <w:t>Если человек спокойно причиняет зло, не признаёт его и использует веру для защиты — вопрос не в единичной слабости, а в отсутствии самого конфликта.</w:t>
      </w:r>
    </w:p>
    <w:p>
      <w:pPr>
        <w:pStyle w:val="Heading2"/>
      </w:pPr>
      <w:r>
        <w:rPr>
          <w:rFonts w:ascii="Liberation Sans" w:hAnsi="Liberation Sans" w:eastAsia="Liberation Sans"/>
          <w:b/>
          <w:sz w:val="28"/>
        </w:rPr>
        <w:t>Не совершенство, а честная борьба</w:t>
      </w:r>
    </w:p>
    <w:p>
      <w:pPr>
        <w:spacing w:after="120" w:line="269" w:lineRule="auto"/>
      </w:pPr>
      <w:r>
        <w:rPr>
          <w:rFonts w:ascii="Liberation Serif" w:hAnsi="Liberation Serif" w:eastAsia="Liberation Serif"/>
          <w:b w:val="0"/>
          <w:i w:val="0"/>
          <w:sz w:val="23"/>
        </w:rPr>
        <w:t>Есть разница между человеком, который сорвался и возвращается к правде, и человеком, который строит систему оправдания. Первый может снова падать, нуждаться в лечении, дисциплине, помощи. Второй требует назвать тьму светом.</w:t>
      </w:r>
    </w:p>
    <w:p>
      <w:pPr>
        <w:spacing w:after="120" w:line="269" w:lineRule="auto"/>
      </w:pPr>
      <w:r>
        <w:rPr>
          <w:rFonts w:ascii="Liberation Serif" w:hAnsi="Liberation Serif" w:eastAsia="Liberation Serif"/>
          <w:b w:val="0"/>
          <w:i w:val="0"/>
          <w:sz w:val="23"/>
        </w:rPr>
        <w:t>Рождение от Бога видно не в безупречной статистике, а в том, что человек перестаёт мириться с рабством. Он не только стыдится последствий, но хочет освободиться от хозяина внутри.</w:t>
      </w:r>
    </w:p>
    <w:p>
      <w:pPr>
        <w:pStyle w:val="Heading2"/>
      </w:pPr>
      <w:r>
        <w:rPr>
          <w:rFonts w:ascii="Liberation Sans" w:hAnsi="Liberation Sans" w:eastAsia="Liberation Sans"/>
          <w:b/>
          <w:sz w:val="28"/>
        </w:rPr>
        <w:t>Дети Бога и дети дьявола</w:t>
      </w:r>
    </w:p>
    <w:p>
      <w:pPr>
        <w:spacing w:after="120" w:line="269" w:lineRule="auto"/>
      </w:pPr>
      <w:r>
        <w:rPr>
          <w:rFonts w:ascii="Liberation Serif" w:hAnsi="Liberation Serif" w:eastAsia="Liberation Serif"/>
          <w:b w:val="0"/>
          <w:i w:val="0"/>
          <w:sz w:val="23"/>
        </w:rPr>
        <w:t>Жёсткий язык Иоанна нельзя превращать в право объявлять конкретных людей нечеловеческими. Он описывает родство по действию: чью работу человек продолжает. Там, где нет правды и любви к брату, религиозное имя не спасает репутацию.</w:t>
      </w:r>
    </w:p>
    <w:p>
      <w:pPr>
        <w:pStyle w:val="Heading2"/>
      </w:pPr>
      <w:r>
        <w:rPr>
          <w:rFonts w:ascii="Liberation Sans" w:hAnsi="Liberation Sans" w:eastAsia="Liberation Sans"/>
          <w:b/>
          <w:sz w:val="28"/>
        </w:rPr>
        <w:t>Где мы себя обманываем</w:t>
      </w:r>
    </w:p>
    <w:p>
      <w:pPr>
        <w:spacing w:after="120" w:line="269" w:lineRule="auto"/>
      </w:pPr>
      <w:r>
        <w:rPr>
          <w:rFonts w:ascii="Liberation Serif" w:hAnsi="Liberation Serif" w:eastAsia="Liberation Serif"/>
          <w:b w:val="0"/>
          <w:i w:val="0"/>
          <w:sz w:val="23"/>
        </w:rPr>
        <w:t>Мы часто оцениваем грех по тому, насколько он заметен. Осуждаем чужую зависимость, но не свою жажду контроля. Стыдим человека за сексуальный срыв, но считаем нормальным годами унижать семью. Иоанн возвращает меру: что разрушает любовь и правду?</w:t>
      </w:r>
    </w:p>
    <w:p>
      <w:pPr>
        <w:pStyle w:val="Heading2"/>
      </w:pPr>
      <w:r>
        <w:rPr>
          <w:rFonts w:ascii="Liberation Sans" w:hAnsi="Liberation Sans" w:eastAsia="Liberation Sans"/>
          <w:b/>
          <w:sz w:val="28"/>
        </w:rPr>
        <w:t>Честный вопрос</w:t>
      </w:r>
    </w:p>
    <w:p>
      <w:pPr>
        <w:pStyle w:val="Quote"/>
        <w:spacing w:after="120" w:line="269" w:lineRule="auto"/>
      </w:pPr>
      <w:r>
        <w:rPr>
          <w:rFonts w:ascii="Liberation Serif" w:hAnsi="Liberation Serif" w:eastAsia="Liberation Serif"/>
          <w:b w:val="0"/>
          <w:i w:val="0"/>
          <w:sz w:val="23"/>
        </w:rPr>
        <w:t>Какой повторяющийся грех я уже перестал считать рабством и начал называть частью характера?</w:t>
      </w:r>
    </w:p>
    <w:p>
      <w:pPr>
        <w:pStyle w:val="Heading2"/>
      </w:pPr>
      <w:r>
        <w:rPr>
          <w:rFonts w:ascii="Liberation Sans" w:hAnsi="Liberation Sans" w:eastAsia="Liberation Sans"/>
          <w:b/>
          <w:sz w:val="28"/>
        </w:rPr>
        <w:t>Следующий живой шаг</w:t>
      </w:r>
    </w:p>
    <w:p>
      <w:pPr>
        <w:spacing w:after="120" w:line="269" w:lineRule="auto"/>
      </w:pPr>
      <w:r>
        <w:rPr>
          <w:rFonts w:ascii="Liberation Serif" w:hAnsi="Liberation Serif" w:eastAsia="Liberation Serif"/>
          <w:b w:val="0"/>
          <w:i w:val="0"/>
          <w:sz w:val="23"/>
        </w:rPr>
        <w:t>Не обещайте «никогда больше». Постройте одно ограничение: удалите доступ, измените маршрут, передайте контроль денег, обратитесь к специалисту, расскажите проверенному человеку. Семя растёт через конкретные условия.</w:t>
      </w:r>
    </w:p>
    <w:p>
      <w:r>
        <w:br w:type="page"/>
      </w:r>
    </w:p>
    <w:p>
      <w:pPr>
        <w:spacing w:before="3000"/>
        <w:jc w:val="center"/>
      </w:pPr>
      <w:r>
        <w:rPr>
          <w:rFonts w:ascii="Liberation Sans" w:hAnsi="Liberation Sans" w:eastAsia="Liberation Sans"/>
          <w:b/>
          <w:sz w:val="44"/>
        </w:rPr>
        <w:t>ЧАСТЬ IV. ЛЮБОВЬ НЕ СЛОВОМ, А ДЕЛОМ</w:t>
      </w:r>
    </w:p>
    <w:p>
      <w:r>
        <w:br w:type="page"/>
      </w:r>
    </w:p>
    <w:p>
      <w:pPr>
        <w:pStyle w:val="Heading1"/>
        <w:spacing w:after="60"/>
      </w:pPr>
      <w:r>
        <w:rPr>
          <w:rFonts w:ascii="Liberation Sans" w:hAnsi="Liberation Sans" w:eastAsia="Liberation Sans"/>
          <w:b/>
          <w:sz w:val="36"/>
        </w:rPr>
        <w:t>ГЛАВА 11</w:t>
      </w:r>
    </w:p>
    <w:p>
      <w:pPr>
        <w:spacing w:after="280"/>
      </w:pPr>
      <w:r>
        <w:rPr>
          <w:rFonts w:ascii="Liberation Sans" w:hAnsi="Liberation Sans" w:eastAsia="Liberation Sans"/>
          <w:b/>
          <w:sz w:val="30"/>
        </w:rPr>
        <w:t>Каин живёт не только в убийце — 1 Ин. 3:11–15</w:t>
      </w:r>
    </w:p>
    <w:p>
      <w:pPr>
        <w:pStyle w:val="Heading2"/>
      </w:pPr>
      <w:r>
        <w:rPr>
          <w:rFonts w:ascii="Liberation Sans" w:hAnsi="Liberation Sans" w:eastAsia="Liberation Sans"/>
          <w:b/>
          <w:sz w:val="28"/>
        </w:rPr>
        <w:t>Откуда начинается убийство</w:t>
      </w:r>
    </w:p>
    <w:p>
      <w:pPr>
        <w:spacing w:after="120" w:line="269" w:lineRule="auto"/>
      </w:pPr>
      <w:r>
        <w:rPr>
          <w:rFonts w:ascii="Liberation Serif" w:hAnsi="Liberation Serif" w:eastAsia="Liberation Serif"/>
          <w:b w:val="0"/>
          <w:i w:val="0"/>
          <w:sz w:val="23"/>
        </w:rPr>
        <w:t>Иоанн вспоминает Каина, который убил брата, потому что его дела были злы, а дела брата праведны. История убийства начинается раньше удара. Она начинается с невозможности выдержать чужое добро.</w:t>
      </w:r>
    </w:p>
    <w:p>
      <w:pPr>
        <w:spacing w:after="120" w:line="269" w:lineRule="auto"/>
      </w:pPr>
      <w:r>
        <w:rPr>
          <w:rFonts w:ascii="Liberation Serif" w:hAnsi="Liberation Serif" w:eastAsia="Liberation Serif"/>
          <w:b w:val="0"/>
          <w:i w:val="0"/>
          <w:sz w:val="23"/>
        </w:rPr>
        <w:t>Человек видит в другом не пример и не брата, а угрозу собственной ценности. Вместо того чтобы изменить путь, он хочет убрать зеркало.</w:t>
      </w:r>
    </w:p>
    <w:p>
      <w:pPr>
        <w:pStyle w:val="Heading2"/>
      </w:pPr>
      <w:r>
        <w:rPr>
          <w:rFonts w:ascii="Liberation Sans" w:hAnsi="Liberation Sans" w:eastAsia="Liberation Sans"/>
          <w:b/>
          <w:sz w:val="28"/>
        </w:rPr>
        <w:t>Современный пересказ</w:t>
      </w:r>
    </w:p>
    <w:p>
      <w:pPr>
        <w:spacing w:after="120" w:line="269" w:lineRule="auto"/>
      </w:pPr>
      <w:r>
        <w:rPr>
          <w:rFonts w:ascii="Liberation Serif" w:hAnsi="Liberation Serif" w:eastAsia="Liberation Serif"/>
          <w:b w:val="0"/>
          <w:i w:val="0"/>
          <w:sz w:val="23"/>
        </w:rPr>
        <w:t>Не удивляйтесь, если мир ненавидит жизнь, которая разоблачает его без громких обвинений. Но проверяйте и себя: ненависть уже несёт в себе направление смерти. Она может не взять нож, но начинает стирать человека из внутреннего мира.</w:t>
      </w:r>
    </w:p>
    <w:p>
      <w:pPr>
        <w:spacing w:after="120" w:line="269" w:lineRule="auto"/>
      </w:pPr>
      <w:r>
        <w:rPr>
          <w:rFonts w:ascii="Liberation Serif" w:hAnsi="Liberation Serif" w:eastAsia="Liberation Serif"/>
          <w:b w:val="0"/>
          <w:i w:val="0"/>
          <w:sz w:val="23"/>
        </w:rPr>
        <w:t>Ненависть говорит: «лучше бы тебя не было». Она может проявляться молчанием, травлей, разрушением репутации, удовольствием от провала, намеренным исключением из группы.</w:t>
      </w:r>
    </w:p>
    <w:p>
      <w:pPr>
        <w:pStyle w:val="Heading2"/>
      </w:pPr>
      <w:r>
        <w:rPr>
          <w:rFonts w:ascii="Liberation Sans" w:hAnsi="Liberation Sans" w:eastAsia="Liberation Sans"/>
          <w:b/>
          <w:sz w:val="28"/>
        </w:rPr>
        <w:t>Зависть как отказ от собственного пути</w:t>
      </w:r>
    </w:p>
    <w:p>
      <w:pPr>
        <w:spacing w:after="120" w:line="269" w:lineRule="auto"/>
      </w:pPr>
      <w:r>
        <w:rPr>
          <w:rFonts w:ascii="Liberation Serif" w:hAnsi="Liberation Serif" w:eastAsia="Liberation Serif"/>
          <w:b w:val="0"/>
          <w:i w:val="0"/>
          <w:sz w:val="23"/>
        </w:rPr>
        <w:t>Зависть отличается от желания иметь хорошее. Она не просто говорит: «я тоже хочу». Она говорит: «почему это есть у него?» Чужой дар воспринимается как кража у меня.</w:t>
      </w:r>
    </w:p>
    <w:p>
      <w:pPr>
        <w:spacing w:after="120" w:line="269" w:lineRule="auto"/>
      </w:pPr>
      <w:r>
        <w:rPr>
          <w:rFonts w:ascii="Liberation Serif" w:hAnsi="Liberation Serif" w:eastAsia="Liberation Serif"/>
          <w:b w:val="0"/>
          <w:i w:val="0"/>
          <w:sz w:val="23"/>
        </w:rPr>
        <w:t>Каин мог спросить, что изменить в своём приношении. Но он сосредоточился на брате. Так человек избегает собственной ответственности: вместо роста начинает расследование чужой недостойности.</w:t>
      </w:r>
    </w:p>
    <w:p>
      <w:pPr>
        <w:pStyle w:val="Heading2"/>
      </w:pPr>
      <w:r>
        <w:rPr>
          <w:rFonts w:ascii="Liberation Sans" w:hAnsi="Liberation Sans" w:eastAsia="Liberation Sans"/>
          <w:b/>
          <w:sz w:val="28"/>
        </w:rPr>
        <w:t>Ненависть в цифровой толпе</w:t>
      </w:r>
    </w:p>
    <w:p>
      <w:pPr>
        <w:spacing w:after="120" w:line="269" w:lineRule="auto"/>
      </w:pPr>
      <w:r>
        <w:rPr>
          <w:rFonts w:ascii="Liberation Serif" w:hAnsi="Liberation Serif" w:eastAsia="Liberation Serif"/>
          <w:b w:val="0"/>
          <w:i w:val="0"/>
          <w:sz w:val="23"/>
        </w:rPr>
        <w:t>Сегодня можно участвовать в уничтожении человека одним комментарием, пересылкой или насмешкой. Каждый отдельный участник чувствует себя почти невиновным. Но толпа создаётся маленькими вкладами.</w:t>
      </w:r>
    </w:p>
    <w:p>
      <w:pPr>
        <w:spacing w:after="120" w:line="269" w:lineRule="auto"/>
      </w:pPr>
      <w:r>
        <w:rPr>
          <w:rFonts w:ascii="Liberation Serif" w:hAnsi="Liberation Serif" w:eastAsia="Liberation Serif"/>
          <w:b w:val="0"/>
          <w:i w:val="0"/>
          <w:sz w:val="23"/>
        </w:rPr>
        <w:t>Иоанн не запрещает разоблачать зло. Он запрещает переносить борьбу со злом в удовольствие от уничтожения человека.</w:t>
      </w:r>
    </w:p>
    <w:p>
      <w:pPr>
        <w:pStyle w:val="Heading2"/>
      </w:pPr>
      <w:r>
        <w:rPr>
          <w:rFonts w:ascii="Liberation Sans" w:hAnsi="Liberation Sans" w:eastAsia="Liberation Sans"/>
          <w:b/>
          <w:sz w:val="28"/>
        </w:rPr>
        <w:t>Переход из смерти в жизнь</w:t>
      </w:r>
    </w:p>
    <w:p>
      <w:pPr>
        <w:spacing w:after="120" w:line="269" w:lineRule="auto"/>
      </w:pPr>
      <w:r>
        <w:rPr>
          <w:rFonts w:ascii="Liberation Serif" w:hAnsi="Liberation Serif" w:eastAsia="Liberation Serif"/>
          <w:b w:val="0"/>
          <w:i w:val="0"/>
          <w:sz w:val="23"/>
        </w:rPr>
        <w:t>Признак перехода — любовь к братьям. Не способность чувствовать тепло ко всем, а отказ строить отношения на уничтожении. Любовь может быть трудной, осторожной, с границами. Но она признаёт право другого на человеческое лицо.</w:t>
      </w:r>
    </w:p>
    <w:p>
      <w:pPr>
        <w:pStyle w:val="Heading2"/>
      </w:pPr>
      <w:r>
        <w:rPr>
          <w:rFonts w:ascii="Liberation Sans" w:hAnsi="Liberation Sans" w:eastAsia="Liberation Sans"/>
          <w:b/>
          <w:sz w:val="28"/>
        </w:rPr>
        <w:t>Где мы себя обманываем</w:t>
      </w:r>
    </w:p>
    <w:p>
      <w:pPr>
        <w:spacing w:after="120" w:line="269" w:lineRule="auto"/>
      </w:pPr>
      <w:r>
        <w:rPr>
          <w:rFonts w:ascii="Liberation Serif" w:hAnsi="Liberation Serif" w:eastAsia="Liberation Serif"/>
          <w:b w:val="0"/>
          <w:i w:val="0"/>
          <w:sz w:val="23"/>
        </w:rPr>
        <w:t>Мы говорим: «я его не ненавижу, мне всё равно». Но безразличие иногда является замороженной ненавистью. Мы просто перестали видеть человека, чтобы не чувствовать конфликт.</w:t>
      </w:r>
    </w:p>
    <w:p>
      <w:pPr>
        <w:pStyle w:val="Heading2"/>
      </w:pPr>
      <w:r>
        <w:rPr>
          <w:rFonts w:ascii="Liberation Sans" w:hAnsi="Liberation Sans" w:eastAsia="Liberation Sans"/>
          <w:b/>
          <w:sz w:val="28"/>
        </w:rPr>
        <w:t>Честный вопрос</w:t>
      </w:r>
    </w:p>
    <w:p>
      <w:pPr>
        <w:pStyle w:val="Quote"/>
        <w:spacing w:after="120" w:line="269" w:lineRule="auto"/>
      </w:pPr>
      <w:r>
        <w:rPr>
          <w:rFonts w:ascii="Liberation Serif" w:hAnsi="Liberation Serif" w:eastAsia="Liberation Serif"/>
          <w:b w:val="0"/>
          <w:i w:val="0"/>
          <w:sz w:val="23"/>
        </w:rPr>
        <w:t>Чей успех, чистота или свобода вызывает во мне желание найти в нём грязь, чтобы снова почувствовать себя выше?</w:t>
      </w:r>
    </w:p>
    <w:p>
      <w:pPr>
        <w:pStyle w:val="Heading2"/>
      </w:pPr>
      <w:r>
        <w:rPr>
          <w:rFonts w:ascii="Liberation Sans" w:hAnsi="Liberation Sans" w:eastAsia="Liberation Sans"/>
          <w:b/>
          <w:sz w:val="28"/>
        </w:rPr>
        <w:t>Следующий живой шаг</w:t>
      </w:r>
    </w:p>
    <w:p>
      <w:pPr>
        <w:spacing w:after="120" w:line="269" w:lineRule="auto"/>
      </w:pPr>
      <w:r>
        <w:rPr>
          <w:rFonts w:ascii="Liberation Serif" w:hAnsi="Liberation Serif" w:eastAsia="Liberation Serif"/>
          <w:b w:val="0"/>
          <w:i w:val="0"/>
          <w:sz w:val="23"/>
        </w:rPr>
        <w:t>Не заставляйте себя восхищаться. Назовите зависть. Затем сделайте одно действие, возвращающее ответственность: чему можно научиться; какую свою работу начать; от какой лжи о другом отказаться.</w:t>
      </w:r>
    </w:p>
    <w:p>
      <w:r>
        <w:br w:type="page"/>
      </w:r>
    </w:p>
    <w:p>
      <w:pPr>
        <w:pStyle w:val="Heading1"/>
        <w:spacing w:after="60"/>
      </w:pPr>
      <w:r>
        <w:rPr>
          <w:rFonts w:ascii="Liberation Sans" w:hAnsi="Liberation Sans" w:eastAsia="Liberation Sans"/>
          <w:b/>
          <w:sz w:val="36"/>
        </w:rPr>
        <w:t>ГЛАВА 12</w:t>
      </w:r>
    </w:p>
    <w:p>
      <w:pPr>
        <w:spacing w:after="280"/>
      </w:pPr>
      <w:r>
        <w:rPr>
          <w:rFonts w:ascii="Liberation Sans" w:hAnsi="Liberation Sans" w:eastAsia="Liberation Sans"/>
          <w:b/>
          <w:sz w:val="30"/>
        </w:rPr>
        <w:t>Положить жизнь и открыть руку — 1 Ин. 3:16–18</w:t>
      </w:r>
    </w:p>
    <w:p>
      <w:pPr>
        <w:pStyle w:val="Heading2"/>
      </w:pPr>
      <w:r>
        <w:rPr>
          <w:rFonts w:ascii="Liberation Sans" w:hAnsi="Liberation Sans" w:eastAsia="Liberation Sans"/>
          <w:b/>
          <w:sz w:val="28"/>
        </w:rPr>
        <w:t>Любовь имеет форму</w:t>
      </w:r>
    </w:p>
    <w:p>
      <w:pPr>
        <w:spacing w:after="120" w:line="269" w:lineRule="auto"/>
      </w:pPr>
      <w:r>
        <w:rPr>
          <w:rFonts w:ascii="Liberation Serif" w:hAnsi="Liberation Serif" w:eastAsia="Liberation Serif"/>
          <w:b w:val="0"/>
          <w:i w:val="0"/>
          <w:sz w:val="23"/>
        </w:rPr>
        <w:t>Иоанн узнаёт любовь по Христу, отдавшему жизнь. Затем немедленно переводит великое утверждение в бытовую сцену: если у тебя есть средства, а ты видишь нужду брата и закрываешь сердце, как в тебе пребывает любовь Бога?</w:t>
      </w:r>
    </w:p>
    <w:p>
      <w:pPr>
        <w:spacing w:after="120" w:line="269" w:lineRule="auto"/>
      </w:pPr>
      <w:r>
        <w:rPr>
          <w:rFonts w:ascii="Liberation Serif" w:hAnsi="Liberation Serif" w:eastAsia="Liberation Serif"/>
          <w:b w:val="0"/>
          <w:i w:val="0"/>
          <w:sz w:val="23"/>
        </w:rPr>
        <w:t>Это один из самых сильных переходов в Писании: от креста — к открытому кошельку и двери.</w:t>
      </w:r>
    </w:p>
    <w:p>
      <w:pPr>
        <w:pStyle w:val="Heading2"/>
      </w:pPr>
      <w:r>
        <w:rPr>
          <w:rFonts w:ascii="Liberation Sans" w:hAnsi="Liberation Sans" w:eastAsia="Liberation Sans"/>
          <w:b/>
          <w:sz w:val="28"/>
        </w:rPr>
        <w:t>Современный пересказ</w:t>
      </w:r>
    </w:p>
    <w:p>
      <w:pPr>
        <w:spacing w:after="120" w:line="269" w:lineRule="auto"/>
      </w:pPr>
      <w:r>
        <w:rPr>
          <w:rFonts w:ascii="Liberation Serif" w:hAnsi="Liberation Serif" w:eastAsia="Liberation Serif"/>
          <w:b w:val="0"/>
          <w:i w:val="0"/>
          <w:sz w:val="23"/>
        </w:rPr>
        <w:t>Не говори, что готов умереть за людей, если не готов поделиться тем, что у тебя уже есть. Героическая любовь в воображении может скрывать обычную жадность. Любовь становится настоящей в конкретном ресурсе: время, деньги, внимание, место, влияние, риск.</w:t>
      </w:r>
    </w:p>
    <w:p>
      <w:pPr>
        <w:spacing w:after="120" w:line="269" w:lineRule="auto"/>
      </w:pPr>
      <w:r>
        <w:rPr>
          <w:rFonts w:ascii="Liberation Serif" w:hAnsi="Liberation Serif" w:eastAsia="Liberation Serif"/>
          <w:b w:val="0"/>
          <w:i w:val="0"/>
          <w:sz w:val="23"/>
        </w:rPr>
        <w:t>Положить жизнь — не обязательно умереть. Это значит перестать считать собственный комфорт абсолютной ценностью.</w:t>
      </w:r>
    </w:p>
    <w:p>
      <w:pPr>
        <w:pStyle w:val="Heading2"/>
      </w:pPr>
      <w:r>
        <w:rPr>
          <w:rFonts w:ascii="Liberation Sans" w:hAnsi="Liberation Sans" w:eastAsia="Liberation Sans"/>
          <w:b/>
          <w:sz w:val="28"/>
        </w:rPr>
        <w:t>Помощь без власти</w:t>
      </w:r>
    </w:p>
    <w:p>
      <w:pPr>
        <w:spacing w:after="120" w:line="269" w:lineRule="auto"/>
      </w:pPr>
      <w:r>
        <w:rPr>
          <w:rFonts w:ascii="Liberation Serif" w:hAnsi="Liberation Serif" w:eastAsia="Liberation Serif"/>
          <w:b w:val="0"/>
          <w:i w:val="0"/>
          <w:sz w:val="23"/>
        </w:rPr>
        <w:t>Но помощь тоже может стать формой господства. Человек даёт, чтобы другой зависел, восхищался, подчинялся. Поэтому Иоанн говорит о деле и истине. Истина проверяет мотив и реальное последствие.</w:t>
      </w:r>
    </w:p>
    <w:p>
      <w:pPr>
        <w:spacing w:after="120" w:line="269" w:lineRule="auto"/>
      </w:pPr>
      <w:r>
        <w:rPr>
          <w:rFonts w:ascii="Liberation Serif" w:hAnsi="Liberation Serif" w:eastAsia="Liberation Serif"/>
          <w:b w:val="0"/>
          <w:i w:val="0"/>
          <w:sz w:val="23"/>
        </w:rPr>
        <w:t>Иногда любовь — дать деньги. Иногда — не давать деньги на зависимость, а оплатить лечение или еду. Иногда — помочь найти работу. Иногда — перестать спасать человека от каждого последствия, чтобы он начал отвечать за жизнь.</w:t>
      </w:r>
    </w:p>
    <w:p>
      <w:pPr>
        <w:spacing w:after="120" w:line="269" w:lineRule="auto"/>
      </w:pPr>
      <w:r>
        <w:rPr>
          <w:rFonts w:ascii="Liberation Serif" w:hAnsi="Liberation Serif" w:eastAsia="Liberation Serif"/>
          <w:b w:val="0"/>
          <w:i w:val="0"/>
          <w:sz w:val="23"/>
        </w:rPr>
        <w:t>Любовь не равна бесконечному удовлетворению чужих требований. Она ищет жизнь, а не краткое облегчение любой ценой.</w:t>
      </w:r>
    </w:p>
    <w:p>
      <w:pPr>
        <w:pStyle w:val="Heading2"/>
      </w:pPr>
      <w:r>
        <w:rPr>
          <w:rFonts w:ascii="Liberation Sans" w:hAnsi="Liberation Sans" w:eastAsia="Liberation Sans"/>
          <w:b/>
          <w:sz w:val="28"/>
        </w:rPr>
        <w:t>Закрытое сердце</w:t>
      </w:r>
    </w:p>
    <w:p>
      <w:pPr>
        <w:spacing w:after="120" w:line="269" w:lineRule="auto"/>
      </w:pPr>
      <w:r>
        <w:rPr>
          <w:rFonts w:ascii="Liberation Serif" w:hAnsi="Liberation Serif" w:eastAsia="Liberation Serif"/>
          <w:b w:val="0"/>
          <w:i w:val="0"/>
          <w:sz w:val="23"/>
        </w:rPr>
        <w:t>Иоанн описывает человека, который видит нужду и «затворяет внутренности». Это волевой процесс. Мы учимся не видеть. Пролистываем, объясняем, почему человек сам виноват, превращаем статистику в фон.</w:t>
      </w:r>
    </w:p>
    <w:p>
      <w:pPr>
        <w:spacing w:after="120" w:line="269" w:lineRule="auto"/>
      </w:pPr>
      <w:r>
        <w:rPr>
          <w:rFonts w:ascii="Liberation Serif" w:hAnsi="Liberation Serif" w:eastAsia="Liberation Serif"/>
          <w:b w:val="0"/>
          <w:i w:val="0"/>
          <w:sz w:val="23"/>
        </w:rPr>
        <w:t>Невозможно помогать всем. Ограниченность реальна. Но есть разница между честным пределом и системой равнодушия, защищающей излишек от любого вопроса.</w:t>
      </w:r>
    </w:p>
    <w:p>
      <w:pPr>
        <w:pStyle w:val="Heading2"/>
      </w:pPr>
      <w:r>
        <w:rPr>
          <w:rFonts w:ascii="Liberation Sans" w:hAnsi="Liberation Sans" w:eastAsia="Liberation Sans"/>
          <w:b/>
          <w:sz w:val="28"/>
        </w:rPr>
        <w:t>Не словом и языком</w:t>
      </w:r>
    </w:p>
    <w:p>
      <w:pPr>
        <w:spacing w:after="120" w:line="269" w:lineRule="auto"/>
      </w:pPr>
      <w:r>
        <w:rPr>
          <w:rFonts w:ascii="Liberation Serif" w:hAnsi="Liberation Serif" w:eastAsia="Liberation Serif"/>
          <w:b w:val="0"/>
          <w:i w:val="0"/>
          <w:sz w:val="23"/>
        </w:rPr>
        <w:t>Слова необходимы. Иногда человек впервые получает жизнь именно через услышанное признание и поддержку. Иоанн не запрещает слова; он запрещает оставлять любовь внутри языка.</w:t>
      </w:r>
    </w:p>
    <w:p>
      <w:pPr>
        <w:spacing w:after="120" w:line="269" w:lineRule="auto"/>
      </w:pPr>
      <w:r>
        <w:rPr>
          <w:rFonts w:ascii="Liberation Serif" w:hAnsi="Liberation Serif" w:eastAsia="Liberation Serif"/>
          <w:b w:val="0"/>
          <w:i w:val="0"/>
          <w:sz w:val="23"/>
        </w:rPr>
        <w:t>«Я рядом» проверяется тем, что происходит, когда рядом неудобно. «Ты важен» проверяется тем, получит ли человек время, когда не может дать ничего взамен.</w:t>
      </w:r>
    </w:p>
    <w:p>
      <w:pPr>
        <w:pStyle w:val="Heading2"/>
      </w:pPr>
      <w:r>
        <w:rPr>
          <w:rFonts w:ascii="Liberation Sans" w:hAnsi="Liberation Sans" w:eastAsia="Liberation Sans"/>
          <w:b/>
          <w:sz w:val="28"/>
        </w:rPr>
        <w:t>Где мы себя обманываем</w:t>
      </w:r>
    </w:p>
    <w:p>
      <w:pPr>
        <w:spacing w:after="120" w:line="269" w:lineRule="auto"/>
      </w:pPr>
      <w:r>
        <w:rPr>
          <w:rFonts w:ascii="Liberation Serif" w:hAnsi="Liberation Serif" w:eastAsia="Liberation Serif"/>
          <w:b w:val="0"/>
          <w:i w:val="0"/>
          <w:sz w:val="23"/>
        </w:rPr>
        <w:t>Мы легко замечаем жадность богатых и не видим собственной жадности временем, вниманием и признанием. Или раздаём всё посторонним, оставляя близким только усталость и раздражение.</w:t>
      </w:r>
    </w:p>
    <w:p>
      <w:pPr>
        <w:pStyle w:val="Heading2"/>
      </w:pPr>
      <w:r>
        <w:rPr>
          <w:rFonts w:ascii="Liberation Sans" w:hAnsi="Liberation Sans" w:eastAsia="Liberation Sans"/>
          <w:b/>
          <w:sz w:val="28"/>
        </w:rPr>
        <w:t>Честный вопрос</w:t>
      </w:r>
    </w:p>
    <w:p>
      <w:pPr>
        <w:pStyle w:val="Quote"/>
        <w:spacing w:after="120" w:line="269" w:lineRule="auto"/>
      </w:pPr>
      <w:r>
        <w:rPr>
          <w:rFonts w:ascii="Liberation Serif" w:hAnsi="Liberation Serif" w:eastAsia="Liberation Serif"/>
          <w:b w:val="0"/>
          <w:i w:val="0"/>
          <w:sz w:val="23"/>
        </w:rPr>
        <w:t>Какая нужда уже стала мне известна, но я продолжаю делать вид, что ничего не видел?</w:t>
      </w:r>
    </w:p>
    <w:p>
      <w:pPr>
        <w:pStyle w:val="Heading2"/>
      </w:pPr>
      <w:r>
        <w:rPr>
          <w:rFonts w:ascii="Liberation Sans" w:hAnsi="Liberation Sans" w:eastAsia="Liberation Sans"/>
          <w:b/>
          <w:sz w:val="28"/>
        </w:rPr>
        <w:t>Следующий живой шаг</w:t>
      </w:r>
    </w:p>
    <w:p>
      <w:pPr>
        <w:spacing w:after="120" w:line="269" w:lineRule="auto"/>
      </w:pPr>
      <w:r>
        <w:rPr>
          <w:rFonts w:ascii="Liberation Serif" w:hAnsi="Liberation Serif" w:eastAsia="Liberation Serif"/>
          <w:b w:val="0"/>
          <w:i w:val="0"/>
          <w:sz w:val="23"/>
        </w:rPr>
        <w:t>Выберите одну нужду и определите форму помощи, которая не разрушит вас и не создаст зависимость. Сделайте её конкретно: сумма, час времени, звонок, рекомендация, защита, доставка, присутствие.</w:t>
      </w:r>
    </w:p>
    <w:p>
      <w:r>
        <w:br w:type="page"/>
      </w:r>
    </w:p>
    <w:p>
      <w:pPr>
        <w:pStyle w:val="Heading1"/>
        <w:spacing w:after="60"/>
      </w:pPr>
      <w:r>
        <w:rPr>
          <w:rFonts w:ascii="Liberation Sans" w:hAnsi="Liberation Sans" w:eastAsia="Liberation Sans"/>
          <w:b/>
          <w:sz w:val="36"/>
        </w:rPr>
        <w:t>ГЛАВА 13</w:t>
      </w:r>
    </w:p>
    <w:p>
      <w:pPr>
        <w:spacing w:after="280"/>
      </w:pPr>
      <w:r>
        <w:rPr>
          <w:rFonts w:ascii="Liberation Sans" w:hAnsi="Liberation Sans" w:eastAsia="Liberation Sans"/>
          <w:b/>
          <w:sz w:val="30"/>
        </w:rPr>
        <w:t>Когда сердце обвиняет — 1 Ин. 3:19–24</w:t>
      </w:r>
    </w:p>
    <w:p>
      <w:pPr>
        <w:pStyle w:val="Heading2"/>
      </w:pPr>
      <w:r>
        <w:rPr>
          <w:rFonts w:ascii="Liberation Sans" w:hAnsi="Liberation Sans" w:eastAsia="Liberation Sans"/>
          <w:b/>
          <w:sz w:val="28"/>
        </w:rPr>
        <w:t>Совесть и внутренний суд</w:t>
      </w:r>
    </w:p>
    <w:p>
      <w:pPr>
        <w:spacing w:after="120" w:line="269" w:lineRule="auto"/>
      </w:pPr>
      <w:r>
        <w:rPr>
          <w:rFonts w:ascii="Liberation Serif" w:hAnsi="Liberation Serif" w:eastAsia="Liberation Serif"/>
          <w:b w:val="0"/>
          <w:i w:val="0"/>
          <w:sz w:val="23"/>
        </w:rPr>
        <w:t>Иоанн знает, что даже человек, старающийся любить, может быть обвиняем собственным сердцем. Внутри звучит: «ты недостаточен», «ты лицемер», «Бог тебя не примет». Автор отвечает: Бог больше нашего сердца и знает всё.</w:t>
      </w:r>
    </w:p>
    <w:p>
      <w:pPr>
        <w:spacing w:after="120" w:line="269" w:lineRule="auto"/>
      </w:pPr>
      <w:r>
        <w:rPr>
          <w:rFonts w:ascii="Liberation Serif" w:hAnsi="Liberation Serif" w:eastAsia="Liberation Serif"/>
          <w:b w:val="0"/>
          <w:i w:val="0"/>
          <w:sz w:val="23"/>
        </w:rPr>
        <w:t>Это не отменяет совесть. Это ставит её не на место Бога, а под Божий свет.</w:t>
      </w:r>
    </w:p>
    <w:p>
      <w:pPr>
        <w:pStyle w:val="Heading2"/>
      </w:pPr>
      <w:r>
        <w:rPr>
          <w:rFonts w:ascii="Liberation Sans" w:hAnsi="Liberation Sans" w:eastAsia="Liberation Sans"/>
          <w:b/>
          <w:sz w:val="28"/>
        </w:rPr>
        <w:t>Современный пересказ</w:t>
      </w:r>
    </w:p>
    <w:p>
      <w:pPr>
        <w:spacing w:after="120" w:line="269" w:lineRule="auto"/>
      </w:pPr>
      <w:r>
        <w:rPr>
          <w:rFonts w:ascii="Liberation Serif" w:hAnsi="Liberation Serif" w:eastAsia="Liberation Serif"/>
          <w:b w:val="0"/>
          <w:i w:val="0"/>
          <w:sz w:val="23"/>
        </w:rPr>
        <w:t>Не всякое чувство вины говорит правду. Иногда сердце точно указывает на конкретный поступок. Иногда оно повторяет старое унижение, чужой голос или невозможное требование быть идеальным.</w:t>
      </w:r>
    </w:p>
    <w:p>
      <w:pPr>
        <w:spacing w:after="120" w:line="269" w:lineRule="auto"/>
      </w:pPr>
      <w:r>
        <w:rPr>
          <w:rFonts w:ascii="Liberation Serif" w:hAnsi="Liberation Serif" w:eastAsia="Liberation Serif"/>
          <w:b w:val="0"/>
          <w:i w:val="0"/>
          <w:sz w:val="23"/>
        </w:rPr>
        <w:t>Бог знает больше: не только провал, но и мотив; не только поступок, но и борьбу; не только то, кем ты был, но и куда идёшь. Его знание глубже самооправдания и глубже самоненависти.</w:t>
      </w:r>
    </w:p>
    <w:p>
      <w:pPr>
        <w:pStyle w:val="Heading2"/>
      </w:pPr>
      <w:r>
        <w:rPr>
          <w:rFonts w:ascii="Liberation Sans" w:hAnsi="Liberation Sans" w:eastAsia="Liberation Sans"/>
          <w:b/>
          <w:sz w:val="28"/>
        </w:rPr>
        <w:t>Как различить обвинение</w:t>
      </w:r>
    </w:p>
    <w:p>
      <w:pPr>
        <w:spacing w:after="120" w:line="269" w:lineRule="auto"/>
      </w:pPr>
      <w:r>
        <w:rPr>
          <w:rFonts w:ascii="Liberation Serif" w:hAnsi="Liberation Serif" w:eastAsia="Liberation Serif"/>
          <w:b w:val="0"/>
          <w:i w:val="0"/>
          <w:sz w:val="23"/>
        </w:rPr>
        <w:t>Полезная вина конкретна: «ты солгал этому человеку; признай и исправь». Токсичное обвинение расплывчато: «ты плохой, ничего не получится, спрячься».</w:t>
      </w:r>
    </w:p>
    <w:p>
      <w:pPr>
        <w:spacing w:after="120" w:line="269" w:lineRule="auto"/>
      </w:pPr>
      <w:r>
        <w:rPr>
          <w:rFonts w:ascii="Liberation Serif" w:hAnsi="Liberation Serif" w:eastAsia="Liberation Serif"/>
          <w:b w:val="0"/>
          <w:i w:val="0"/>
          <w:sz w:val="23"/>
        </w:rPr>
        <w:t>Полезная вина ведёт к свету и действию. Токсичный стыд ведёт к изоляции, параличу и повторению.</w:t>
      </w:r>
    </w:p>
    <w:p>
      <w:pPr>
        <w:spacing w:after="120" w:line="269" w:lineRule="auto"/>
      </w:pPr>
      <w:r>
        <w:rPr>
          <w:rFonts w:ascii="Liberation Serif" w:hAnsi="Liberation Serif" w:eastAsia="Liberation Serif"/>
          <w:b w:val="0"/>
          <w:i w:val="0"/>
          <w:sz w:val="23"/>
        </w:rPr>
        <w:t>Иногда религия усиливает стыд, потому что управлять человеком, ненавидящим себя, легче. Но Иоанн связывает уверенность перед Богом с любовью в деле и сохранением заповеди, а не с постоянным самобичеванием.</w:t>
      </w:r>
    </w:p>
    <w:p>
      <w:pPr>
        <w:pStyle w:val="Heading2"/>
      </w:pPr>
      <w:r>
        <w:rPr>
          <w:rFonts w:ascii="Liberation Sans" w:hAnsi="Liberation Sans" w:eastAsia="Liberation Sans"/>
          <w:b/>
          <w:sz w:val="28"/>
        </w:rPr>
        <w:t>Просить и получать</w:t>
      </w:r>
    </w:p>
    <w:p>
      <w:pPr>
        <w:spacing w:after="120" w:line="269" w:lineRule="auto"/>
      </w:pPr>
      <w:r>
        <w:rPr>
          <w:rFonts w:ascii="Liberation Serif" w:hAnsi="Liberation Serif" w:eastAsia="Liberation Serif"/>
          <w:b w:val="0"/>
          <w:i w:val="0"/>
          <w:sz w:val="23"/>
        </w:rPr>
        <w:t>Автор говорит о дерзновении в молитве и получении просимого. Это не формула исполнения любого желания. Контекст — пребывание в Божьем пути. Желание постепенно очищается, когда человек живёт в истине и любви.</w:t>
      </w:r>
    </w:p>
    <w:p>
      <w:pPr>
        <w:spacing w:after="120" w:line="269" w:lineRule="auto"/>
      </w:pPr>
      <w:r>
        <w:rPr>
          <w:rFonts w:ascii="Liberation Serif" w:hAnsi="Liberation Serif" w:eastAsia="Liberation Serif"/>
          <w:b w:val="0"/>
          <w:i w:val="0"/>
          <w:sz w:val="23"/>
        </w:rPr>
        <w:t>Молитва не заставляет Бога обслуживать планы. Она вводит наши планы в Его свет. Иногда ответ меняет обстоятельство, иногда — просителя, иногда разоблачает, что мы хотели использовать Бога как усилитель страха и контроля.</w:t>
      </w:r>
    </w:p>
    <w:p>
      <w:pPr>
        <w:pStyle w:val="Heading2"/>
      </w:pPr>
      <w:r>
        <w:rPr>
          <w:rFonts w:ascii="Liberation Sans" w:hAnsi="Liberation Sans" w:eastAsia="Liberation Sans"/>
          <w:b/>
          <w:sz w:val="28"/>
        </w:rPr>
        <w:t>Заповедь веры и любви</w:t>
      </w:r>
    </w:p>
    <w:p>
      <w:pPr>
        <w:spacing w:after="120" w:line="269" w:lineRule="auto"/>
      </w:pPr>
      <w:r>
        <w:rPr>
          <w:rFonts w:ascii="Liberation Serif" w:hAnsi="Liberation Serif" w:eastAsia="Liberation Serif"/>
          <w:b w:val="0"/>
          <w:i w:val="0"/>
          <w:sz w:val="23"/>
        </w:rPr>
        <w:t>Иоанн соединяет веру в имя Иисуса Христа и любовь друг к другу. Нельзя разорвать вертикаль и горизонталь. Вера без любви становится идеологией. Любовь без истины легко превращается в бесформенное одобрение всего.</w:t>
      </w:r>
    </w:p>
    <w:p>
      <w:pPr>
        <w:pStyle w:val="Heading2"/>
      </w:pPr>
      <w:r>
        <w:rPr>
          <w:rFonts w:ascii="Liberation Sans" w:hAnsi="Liberation Sans" w:eastAsia="Liberation Sans"/>
          <w:b/>
          <w:sz w:val="28"/>
        </w:rPr>
        <w:t>Где мы себя обманываем</w:t>
      </w:r>
    </w:p>
    <w:p>
      <w:pPr>
        <w:spacing w:after="120" w:line="269" w:lineRule="auto"/>
      </w:pPr>
      <w:r>
        <w:rPr>
          <w:rFonts w:ascii="Liberation Serif" w:hAnsi="Liberation Serif" w:eastAsia="Liberation Serif"/>
          <w:b w:val="0"/>
          <w:i w:val="0"/>
          <w:sz w:val="23"/>
        </w:rPr>
        <w:t>Одни заглушают совесть фразой «Бог больше сердца», другие считают всякое самообвинение голосом Бога. Обе крайности опасны. Божий свет называет конкретное зло и одновременно открывает дорогу к жизни.</w:t>
      </w:r>
    </w:p>
    <w:p>
      <w:pPr>
        <w:pStyle w:val="Heading2"/>
      </w:pPr>
      <w:r>
        <w:rPr>
          <w:rFonts w:ascii="Liberation Sans" w:hAnsi="Liberation Sans" w:eastAsia="Liberation Sans"/>
          <w:b/>
          <w:sz w:val="28"/>
        </w:rPr>
        <w:t>Честный вопрос</w:t>
      </w:r>
    </w:p>
    <w:p>
      <w:pPr>
        <w:pStyle w:val="Quote"/>
        <w:spacing w:after="120" w:line="269" w:lineRule="auto"/>
      </w:pPr>
      <w:r>
        <w:rPr>
          <w:rFonts w:ascii="Liberation Serif" w:hAnsi="Liberation Serif" w:eastAsia="Liberation Serif"/>
          <w:b w:val="0"/>
          <w:i w:val="0"/>
          <w:sz w:val="23"/>
        </w:rPr>
        <w:t>Моё нынешнее чувство вины ведёт к конкретному исправлению или только заставляет меня ненавидеть себя?</w:t>
      </w:r>
    </w:p>
    <w:p>
      <w:pPr>
        <w:pStyle w:val="Heading2"/>
      </w:pPr>
      <w:r>
        <w:rPr>
          <w:rFonts w:ascii="Liberation Sans" w:hAnsi="Liberation Sans" w:eastAsia="Liberation Sans"/>
          <w:b/>
          <w:sz w:val="28"/>
        </w:rPr>
        <w:t>Следующий живой шаг</w:t>
      </w:r>
    </w:p>
    <w:p>
      <w:pPr>
        <w:spacing w:after="120" w:line="269" w:lineRule="auto"/>
      </w:pPr>
      <w:r>
        <w:rPr>
          <w:rFonts w:ascii="Liberation Serif" w:hAnsi="Liberation Serif" w:eastAsia="Liberation Serif"/>
          <w:b w:val="0"/>
          <w:i w:val="0"/>
          <w:sz w:val="23"/>
        </w:rPr>
        <w:t>Разделите лист на две части. Слева — конкретные факты, которые нужно исправить. Справа — общие обвинения без действия. С первым работайте. Второму не отдавайте власть.</w:t>
      </w:r>
    </w:p>
    <w:p>
      <w:r>
        <w:br w:type="page"/>
      </w:r>
    </w:p>
    <w:p>
      <w:pPr>
        <w:spacing w:before="3000"/>
        <w:jc w:val="center"/>
      </w:pPr>
      <w:r>
        <w:rPr>
          <w:rFonts w:ascii="Liberation Sans" w:hAnsi="Liberation Sans" w:eastAsia="Liberation Sans"/>
          <w:b/>
          <w:sz w:val="44"/>
        </w:rPr>
        <w:t>ЧАСТЬ V. РАЗЛИЧАЙТЕ ДУХОВ И УЧИТЕСЬ ЛЮБВИ</w:t>
      </w:r>
    </w:p>
    <w:p>
      <w:r>
        <w:br w:type="page"/>
      </w:r>
    </w:p>
    <w:p>
      <w:pPr>
        <w:pStyle w:val="Heading1"/>
        <w:spacing w:after="60"/>
      </w:pPr>
      <w:r>
        <w:rPr>
          <w:rFonts w:ascii="Liberation Sans" w:hAnsi="Liberation Sans" w:eastAsia="Liberation Sans"/>
          <w:b/>
          <w:sz w:val="36"/>
        </w:rPr>
        <w:t>ГЛАВА 14</w:t>
      </w:r>
    </w:p>
    <w:p>
      <w:pPr>
        <w:spacing w:after="280"/>
      </w:pPr>
      <w:r>
        <w:rPr>
          <w:rFonts w:ascii="Liberation Sans" w:hAnsi="Liberation Sans" w:eastAsia="Liberation Sans"/>
          <w:b/>
          <w:sz w:val="30"/>
        </w:rPr>
        <w:t>Испытывайте духов — 1 Ин. 4:1–6</w:t>
      </w:r>
    </w:p>
    <w:p>
      <w:pPr>
        <w:pStyle w:val="Heading2"/>
      </w:pPr>
      <w:r>
        <w:rPr>
          <w:rFonts w:ascii="Liberation Sans" w:hAnsi="Liberation Sans" w:eastAsia="Liberation Sans"/>
          <w:b/>
          <w:sz w:val="28"/>
        </w:rPr>
        <w:t>Не верьте каждому вдохновению</w:t>
      </w:r>
    </w:p>
    <w:p>
      <w:pPr>
        <w:spacing w:after="120" w:line="269" w:lineRule="auto"/>
      </w:pPr>
      <w:r>
        <w:rPr>
          <w:rFonts w:ascii="Liberation Serif" w:hAnsi="Liberation Serif" w:eastAsia="Liberation Serif"/>
          <w:b w:val="0"/>
          <w:i w:val="0"/>
          <w:sz w:val="23"/>
        </w:rPr>
        <w:t>Иоанн прямо говорит: не всякому духу верьте. Духовность сама по себе не является гарантией истины. Сильное переживание, уверенный голос, чудесная история, харизматичный человек — всё это требует проверки.</w:t>
      </w:r>
    </w:p>
    <w:p>
      <w:pPr>
        <w:spacing w:after="120" w:line="269" w:lineRule="auto"/>
      </w:pPr>
      <w:r>
        <w:rPr>
          <w:rFonts w:ascii="Liberation Serif" w:hAnsi="Liberation Serif" w:eastAsia="Liberation Serif"/>
          <w:b w:val="0"/>
          <w:i w:val="0"/>
          <w:sz w:val="23"/>
        </w:rPr>
        <w:t>Это особенно важно, когда люди боятся критического мышления, будто вопросы оскорбляют Бога. Иоанн делает проверку обязанностью.</w:t>
      </w:r>
    </w:p>
    <w:p>
      <w:pPr>
        <w:pStyle w:val="Heading2"/>
      </w:pPr>
      <w:r>
        <w:rPr>
          <w:rFonts w:ascii="Liberation Sans" w:hAnsi="Liberation Sans" w:eastAsia="Liberation Sans"/>
          <w:b/>
          <w:sz w:val="28"/>
        </w:rPr>
        <w:t>Современный пересказ</w:t>
      </w:r>
    </w:p>
    <w:p>
      <w:pPr>
        <w:spacing w:after="120" w:line="269" w:lineRule="auto"/>
      </w:pPr>
      <w:r>
        <w:rPr>
          <w:rFonts w:ascii="Liberation Serif" w:hAnsi="Liberation Serif" w:eastAsia="Liberation Serif"/>
          <w:b w:val="0"/>
          <w:i w:val="0"/>
          <w:sz w:val="23"/>
        </w:rPr>
        <w:t>Не называйте Божьим всё, что звучит возвышенно. Проверяйте источник, содержание и плод. Признаёт ли учение Иисуса Христа, пришедшего во плоти? То есть принимает ли оно реального Христа, а не удобный символ без человеческого пути?</w:t>
      </w:r>
    </w:p>
    <w:p>
      <w:pPr>
        <w:spacing w:after="120" w:line="269" w:lineRule="auto"/>
      </w:pPr>
      <w:r>
        <w:rPr>
          <w:rFonts w:ascii="Liberation Serif" w:hAnsi="Liberation Serif" w:eastAsia="Liberation Serif"/>
          <w:b w:val="0"/>
          <w:i w:val="0"/>
          <w:sz w:val="23"/>
        </w:rPr>
        <w:t>Воплощение защищает от духовной жестокости. Нельзя любить «человечество» и презирать конкретного человека. Нельзя обещать небесное утешение, игнорируя телесное насилие. Нельзя объявлять боль иллюзией. Бог вошёл в плоть, значит человеческая реальность имеет вес.</w:t>
      </w:r>
    </w:p>
    <w:p>
      <w:pPr>
        <w:pStyle w:val="Heading2"/>
      </w:pPr>
      <w:r>
        <w:rPr>
          <w:rFonts w:ascii="Liberation Sans" w:hAnsi="Liberation Sans" w:eastAsia="Liberation Sans"/>
          <w:b/>
          <w:sz w:val="28"/>
        </w:rPr>
        <w:t>Три проверки</w:t>
      </w:r>
    </w:p>
    <w:p>
      <w:pPr>
        <w:spacing w:after="120" w:line="269" w:lineRule="auto"/>
      </w:pPr>
      <w:r>
        <w:rPr>
          <w:rFonts w:ascii="Liberation Serif" w:hAnsi="Liberation Serif" w:eastAsia="Liberation Serif"/>
          <w:b w:val="0"/>
          <w:i w:val="0"/>
          <w:sz w:val="23"/>
        </w:rPr>
        <w:t>Первая — Христос. Соответствует ли учение Его пути, или использует имя для оправдания противоположного?</w:t>
      </w:r>
    </w:p>
    <w:p>
      <w:pPr>
        <w:spacing w:after="120" w:line="269" w:lineRule="auto"/>
      </w:pPr>
      <w:r>
        <w:rPr>
          <w:rFonts w:ascii="Liberation Serif" w:hAnsi="Liberation Serif" w:eastAsia="Liberation Serif"/>
          <w:b w:val="0"/>
          <w:i w:val="0"/>
          <w:sz w:val="23"/>
        </w:rPr>
        <w:t>Вторая — истина. Можно ли проверить факты? Признаёт ли лидер ошибки? Не меняет ли правила, когда оказывается неправ?</w:t>
      </w:r>
    </w:p>
    <w:p>
      <w:pPr>
        <w:spacing w:after="120" w:line="269" w:lineRule="auto"/>
      </w:pPr>
      <w:r>
        <w:rPr>
          <w:rFonts w:ascii="Liberation Serif" w:hAnsi="Liberation Serif" w:eastAsia="Liberation Serif"/>
          <w:b w:val="0"/>
          <w:i w:val="0"/>
          <w:sz w:val="23"/>
        </w:rPr>
        <w:t>Третья — плод. Что происходит с людьми: растут ли свобода, ответственность, любовь и ясность? Или страх, зависимость, культ личности и разрыв с близкими?</w:t>
      </w:r>
    </w:p>
    <w:p>
      <w:pPr>
        <w:pStyle w:val="Heading2"/>
      </w:pPr>
      <w:r>
        <w:rPr>
          <w:rFonts w:ascii="Liberation Sans" w:hAnsi="Liberation Sans" w:eastAsia="Liberation Sans"/>
          <w:b/>
          <w:sz w:val="28"/>
        </w:rPr>
        <w:t>«Они от мира»</w:t>
      </w:r>
    </w:p>
    <w:p>
      <w:pPr>
        <w:spacing w:after="120" w:line="269" w:lineRule="auto"/>
      </w:pPr>
      <w:r>
        <w:rPr>
          <w:rFonts w:ascii="Liberation Serif" w:hAnsi="Liberation Serif" w:eastAsia="Liberation Serif"/>
          <w:b w:val="0"/>
          <w:i w:val="0"/>
          <w:sz w:val="23"/>
        </w:rPr>
        <w:t>Иоанн говорит, что лжеучители говорят по-мирски и мир слушает их. Мирской язык может быть очень религиозным, если его логика остаётся прежней: обещание власти, особого статуса, победы над врагами, освобождения от обычной ответственности.</w:t>
      </w:r>
    </w:p>
    <w:p>
      <w:pPr>
        <w:spacing w:after="120" w:line="269" w:lineRule="auto"/>
      </w:pPr>
      <w:r>
        <w:rPr>
          <w:rFonts w:ascii="Liberation Serif" w:hAnsi="Liberation Serif" w:eastAsia="Liberation Serif"/>
          <w:b w:val="0"/>
          <w:i w:val="0"/>
          <w:sz w:val="23"/>
        </w:rPr>
        <w:t>Люди любят учение, которое подтверждает их исключительность. Труднее принять путь, где нужно признать свою ложь и служить без гарантии славы.</w:t>
      </w:r>
    </w:p>
    <w:p>
      <w:pPr>
        <w:pStyle w:val="Heading2"/>
      </w:pPr>
      <w:r>
        <w:rPr>
          <w:rFonts w:ascii="Liberation Sans" w:hAnsi="Liberation Sans" w:eastAsia="Liberation Sans"/>
          <w:b/>
          <w:sz w:val="28"/>
        </w:rPr>
        <w:t>Различение без паранойи</w:t>
      </w:r>
    </w:p>
    <w:p>
      <w:pPr>
        <w:spacing w:after="120" w:line="269" w:lineRule="auto"/>
      </w:pPr>
      <w:r>
        <w:rPr>
          <w:rFonts w:ascii="Liberation Serif" w:hAnsi="Liberation Serif" w:eastAsia="Liberation Serif"/>
          <w:b w:val="0"/>
          <w:i w:val="0"/>
          <w:sz w:val="23"/>
        </w:rPr>
        <w:t>Проверка духов не означает подозревать каждого. Паранойя тоже делает человека управляемым. Зрелое различение спокойно, допускает время, собирает факты, не требует мгновенно присоединиться к лагерю.</w:t>
      </w:r>
    </w:p>
    <w:p>
      <w:pPr>
        <w:pStyle w:val="Heading2"/>
      </w:pPr>
      <w:r>
        <w:rPr>
          <w:rFonts w:ascii="Liberation Sans" w:hAnsi="Liberation Sans" w:eastAsia="Liberation Sans"/>
          <w:b/>
          <w:sz w:val="28"/>
        </w:rPr>
        <w:t>Где мы себя обманываем</w:t>
      </w:r>
    </w:p>
    <w:p>
      <w:pPr>
        <w:spacing w:after="120" w:line="269" w:lineRule="auto"/>
      </w:pPr>
      <w:r>
        <w:rPr>
          <w:rFonts w:ascii="Liberation Serif" w:hAnsi="Liberation Serif" w:eastAsia="Liberation Serif"/>
          <w:b w:val="0"/>
          <w:i w:val="0"/>
          <w:sz w:val="23"/>
        </w:rPr>
        <w:t>Мы склонны доверять учению, которое говорит то, что нам уже хочется услышать. Поэтому проверять нужно не только говорящего, но и собственную выгоду.</w:t>
      </w:r>
    </w:p>
    <w:p>
      <w:pPr>
        <w:pStyle w:val="Heading2"/>
      </w:pPr>
      <w:r>
        <w:rPr>
          <w:rFonts w:ascii="Liberation Sans" w:hAnsi="Liberation Sans" w:eastAsia="Liberation Sans"/>
          <w:b/>
          <w:sz w:val="28"/>
        </w:rPr>
        <w:t>Честный вопрос</w:t>
      </w:r>
    </w:p>
    <w:p>
      <w:pPr>
        <w:pStyle w:val="Quote"/>
        <w:spacing w:after="120" w:line="269" w:lineRule="auto"/>
      </w:pPr>
      <w:r>
        <w:rPr>
          <w:rFonts w:ascii="Liberation Serif" w:hAnsi="Liberation Serif" w:eastAsia="Liberation Serif"/>
          <w:b w:val="0"/>
          <w:i w:val="0"/>
          <w:sz w:val="23"/>
        </w:rPr>
        <w:t>Почему мне хочется, чтобы именно это утверждение оказалось Божьей волей? Какую мою потребность оно обслуживает?</w:t>
      </w:r>
    </w:p>
    <w:p>
      <w:pPr>
        <w:pStyle w:val="Heading2"/>
      </w:pPr>
      <w:r>
        <w:rPr>
          <w:rFonts w:ascii="Liberation Sans" w:hAnsi="Liberation Sans" w:eastAsia="Liberation Sans"/>
          <w:b/>
          <w:sz w:val="28"/>
        </w:rPr>
        <w:t>Следующий живой шаг</w:t>
      </w:r>
    </w:p>
    <w:p>
      <w:pPr>
        <w:spacing w:after="120" w:line="269" w:lineRule="auto"/>
      </w:pPr>
      <w:r>
        <w:rPr>
          <w:rFonts w:ascii="Liberation Serif" w:hAnsi="Liberation Serif" w:eastAsia="Liberation Serif"/>
          <w:b w:val="0"/>
          <w:i w:val="0"/>
          <w:sz w:val="23"/>
        </w:rPr>
        <w:t>Перед важным решением по «духовному слову» сделайте паузу. Запишите содержание, факты, возможный плод и мнение двух независимых зрелых людей, не зависящих от автора послания.</w:t>
      </w:r>
    </w:p>
    <w:p>
      <w:r>
        <w:br w:type="page"/>
      </w:r>
    </w:p>
    <w:p>
      <w:pPr>
        <w:pStyle w:val="Heading1"/>
        <w:spacing w:after="60"/>
      </w:pPr>
      <w:r>
        <w:rPr>
          <w:rFonts w:ascii="Liberation Sans" w:hAnsi="Liberation Sans" w:eastAsia="Liberation Sans"/>
          <w:b/>
          <w:sz w:val="36"/>
        </w:rPr>
        <w:t>ГЛАВА 15</w:t>
      </w:r>
    </w:p>
    <w:p>
      <w:pPr>
        <w:spacing w:after="280"/>
      </w:pPr>
      <w:r>
        <w:rPr>
          <w:rFonts w:ascii="Liberation Sans" w:hAnsi="Liberation Sans" w:eastAsia="Liberation Sans"/>
          <w:b/>
          <w:sz w:val="30"/>
        </w:rPr>
        <w:t>Бог есть любовь — 1 Ин. 4:7–16</w:t>
      </w:r>
    </w:p>
    <w:p>
      <w:pPr>
        <w:pStyle w:val="Heading2"/>
      </w:pPr>
      <w:r>
        <w:rPr>
          <w:rFonts w:ascii="Liberation Sans" w:hAnsi="Liberation Sans" w:eastAsia="Liberation Sans"/>
          <w:b/>
          <w:sz w:val="28"/>
        </w:rPr>
        <w:t>Не «любовь есть Бог»</w:t>
      </w:r>
    </w:p>
    <w:p>
      <w:pPr>
        <w:spacing w:after="120" w:line="269" w:lineRule="auto"/>
      </w:pPr>
      <w:r>
        <w:rPr>
          <w:rFonts w:ascii="Liberation Serif" w:hAnsi="Liberation Serif" w:eastAsia="Liberation Serif"/>
          <w:b w:val="0"/>
          <w:i w:val="0"/>
          <w:sz w:val="23"/>
        </w:rPr>
        <w:t>Иоанн говорит: Бог есть любовь. Но он не говорит, что любое чувство, названное любовью, автоматически является Богом. Содержание любви раскрывается в том, что Бог послал Сына и первым возлюбил нас.</w:t>
      </w:r>
    </w:p>
    <w:p>
      <w:pPr>
        <w:spacing w:after="120" w:line="269" w:lineRule="auto"/>
      </w:pPr>
      <w:r>
        <w:rPr>
          <w:rFonts w:ascii="Liberation Serif" w:hAnsi="Liberation Serif" w:eastAsia="Liberation Serif"/>
          <w:b w:val="0"/>
          <w:i w:val="0"/>
          <w:sz w:val="23"/>
        </w:rPr>
        <w:t>Любовь получает форму самоотдачи, правды и жизни. Она не равна романтическому теплу, бесконечному одобрению или отсутствию границ.</w:t>
      </w:r>
    </w:p>
    <w:p>
      <w:pPr>
        <w:pStyle w:val="Heading2"/>
      </w:pPr>
      <w:r>
        <w:rPr>
          <w:rFonts w:ascii="Liberation Sans" w:hAnsi="Liberation Sans" w:eastAsia="Liberation Sans"/>
          <w:b/>
          <w:sz w:val="28"/>
        </w:rPr>
        <w:t>Современный пересказ</w:t>
      </w:r>
    </w:p>
    <w:p>
      <w:pPr>
        <w:spacing w:after="120" w:line="269" w:lineRule="auto"/>
      </w:pPr>
      <w:r>
        <w:rPr>
          <w:rFonts w:ascii="Liberation Serif" w:hAnsi="Liberation Serif" w:eastAsia="Liberation Serif"/>
          <w:b w:val="0"/>
          <w:i w:val="0"/>
          <w:sz w:val="23"/>
        </w:rPr>
        <w:t>Мы способны любить не потому, что сами произвели любовь из пустоты. Мы отвечаем на любовь, которая уже пришла к нам. Поэтому настоящая любовь не должна доказывать собственное величие. Она получила источник.</w:t>
      </w:r>
    </w:p>
    <w:p>
      <w:pPr>
        <w:spacing w:after="120" w:line="269" w:lineRule="auto"/>
      </w:pPr>
      <w:r>
        <w:rPr>
          <w:rFonts w:ascii="Liberation Serif" w:hAnsi="Liberation Serif" w:eastAsia="Liberation Serif"/>
          <w:b w:val="0"/>
          <w:i w:val="0"/>
          <w:sz w:val="23"/>
        </w:rPr>
        <w:t>Если Бог любит, никто не может использовать Его как оправдание ненависти. Нельзя сказать: «я люблю Бога», а людей рассматривать только как материал для спасения, исправления, труда или собственного духовного образа.</w:t>
      </w:r>
    </w:p>
    <w:p>
      <w:pPr>
        <w:pStyle w:val="Heading2"/>
      </w:pPr>
      <w:r>
        <w:rPr>
          <w:rFonts w:ascii="Liberation Sans" w:hAnsi="Liberation Sans" w:eastAsia="Liberation Sans"/>
          <w:b/>
          <w:sz w:val="28"/>
        </w:rPr>
        <w:t>Бог невидим, любовь видима</w:t>
      </w:r>
    </w:p>
    <w:p>
      <w:pPr>
        <w:spacing w:after="120" w:line="269" w:lineRule="auto"/>
      </w:pPr>
      <w:r>
        <w:rPr>
          <w:rFonts w:ascii="Liberation Serif" w:hAnsi="Liberation Serif" w:eastAsia="Liberation Serif"/>
          <w:b w:val="0"/>
          <w:i w:val="0"/>
          <w:sz w:val="23"/>
        </w:rPr>
        <w:t>Иоанн произносит парадокс: Бога никто никогда не видел; если мы любим друг друга, Бог пребывает в нас. Невидимое присутствие становится различимым через отношения.</w:t>
      </w:r>
    </w:p>
    <w:p>
      <w:pPr>
        <w:spacing w:after="120" w:line="269" w:lineRule="auto"/>
      </w:pPr>
      <w:r>
        <w:rPr>
          <w:rFonts w:ascii="Liberation Serif" w:hAnsi="Liberation Serif" w:eastAsia="Liberation Serif"/>
          <w:b w:val="0"/>
          <w:i w:val="0"/>
          <w:sz w:val="23"/>
        </w:rPr>
        <w:t>Это не означает, что любой приятный коллектив — доказательство Бога. Любовь проверяется в трудных местах: как группа обращается со слабым, несогласным, ошибившимся, вышедшим из неё. Очень легко быть «семьёй», пока все подчиняются.</w:t>
      </w:r>
    </w:p>
    <w:p>
      <w:pPr>
        <w:pStyle w:val="Heading2"/>
      </w:pPr>
      <w:r>
        <w:rPr>
          <w:rFonts w:ascii="Liberation Sans" w:hAnsi="Liberation Sans" w:eastAsia="Liberation Sans"/>
          <w:b/>
          <w:sz w:val="28"/>
        </w:rPr>
        <w:t>Любовь и искупление</w:t>
      </w:r>
    </w:p>
    <w:p>
      <w:pPr>
        <w:spacing w:after="120" w:line="269" w:lineRule="auto"/>
      </w:pPr>
      <w:r>
        <w:rPr>
          <w:rFonts w:ascii="Liberation Serif" w:hAnsi="Liberation Serif" w:eastAsia="Liberation Serif"/>
          <w:b w:val="0"/>
          <w:i w:val="0"/>
          <w:sz w:val="23"/>
        </w:rPr>
        <w:t>Иоанн связывает любовь с посланием Сына как умилостивления за грехи. Главное движение исходит от Бога. Не человек сначала смягчил злого Бога. Бог Сам идёт навстречу и освобождает от того, что разрушает общение.</w:t>
      </w:r>
    </w:p>
    <w:p>
      <w:pPr>
        <w:spacing w:after="120" w:line="269" w:lineRule="auto"/>
      </w:pPr>
      <w:r>
        <w:rPr>
          <w:rFonts w:ascii="Liberation Serif" w:hAnsi="Liberation Serif" w:eastAsia="Liberation Serif"/>
          <w:b w:val="0"/>
          <w:i w:val="0"/>
          <w:sz w:val="23"/>
        </w:rPr>
        <w:t>Крест показывает не удовольствие Бога от наказания, а глубину Божьего вхождения в человеческое зло и верность любви до конца. Воскресение говорит, что смерть и насилие не получили последнего слова.</w:t>
      </w:r>
    </w:p>
    <w:p>
      <w:pPr>
        <w:pStyle w:val="Heading2"/>
      </w:pPr>
      <w:r>
        <w:rPr>
          <w:rFonts w:ascii="Liberation Sans" w:hAnsi="Liberation Sans" w:eastAsia="Liberation Sans"/>
          <w:b/>
          <w:sz w:val="28"/>
        </w:rPr>
        <w:t>Пребывать в любви</w:t>
      </w:r>
    </w:p>
    <w:p>
      <w:pPr>
        <w:spacing w:after="120" w:line="269" w:lineRule="auto"/>
      </w:pPr>
      <w:r>
        <w:rPr>
          <w:rFonts w:ascii="Liberation Serif" w:hAnsi="Liberation Serif" w:eastAsia="Liberation Serif"/>
          <w:b w:val="0"/>
          <w:i w:val="0"/>
          <w:sz w:val="23"/>
        </w:rPr>
        <w:t>Любовь — не только поступок один раз, а место пребывания. Это среда решений. Человек спрашивает: как сохранить правду, не превращаясь в палача? Как защитить слабого, не построив новую систему унижения? Как дать, не присвоив другого?</w:t>
      </w:r>
    </w:p>
    <w:p>
      <w:pPr>
        <w:pStyle w:val="Heading2"/>
      </w:pPr>
      <w:r>
        <w:rPr>
          <w:rFonts w:ascii="Liberation Sans" w:hAnsi="Liberation Sans" w:eastAsia="Liberation Sans"/>
          <w:b/>
          <w:sz w:val="28"/>
        </w:rPr>
        <w:t>Где мы себя обманываем</w:t>
      </w:r>
    </w:p>
    <w:p>
      <w:pPr>
        <w:spacing w:after="120" w:line="269" w:lineRule="auto"/>
      </w:pPr>
      <w:r>
        <w:rPr>
          <w:rFonts w:ascii="Liberation Serif" w:hAnsi="Liberation Serif" w:eastAsia="Liberation Serif"/>
          <w:b w:val="0"/>
          <w:i w:val="0"/>
          <w:sz w:val="23"/>
        </w:rPr>
        <w:t>Мы называем любовью потребность быть нужным. Спасаем всех, чтобы не встречаться с собственной пустотой. Или называем любовью зависимость: «без тебя я никто». Божья любовь возвращает человеку жизнь, а не поглощает её.</w:t>
      </w:r>
    </w:p>
    <w:p>
      <w:pPr>
        <w:pStyle w:val="Heading2"/>
      </w:pPr>
      <w:r>
        <w:rPr>
          <w:rFonts w:ascii="Liberation Sans" w:hAnsi="Liberation Sans" w:eastAsia="Liberation Sans"/>
          <w:b/>
          <w:sz w:val="28"/>
        </w:rPr>
        <w:t>Честный вопрос</w:t>
      </w:r>
    </w:p>
    <w:p>
      <w:pPr>
        <w:pStyle w:val="Quote"/>
        <w:spacing w:after="120" w:line="269" w:lineRule="auto"/>
      </w:pPr>
      <w:r>
        <w:rPr>
          <w:rFonts w:ascii="Liberation Serif" w:hAnsi="Liberation Serif" w:eastAsia="Liberation Serif"/>
          <w:b w:val="0"/>
          <w:i w:val="0"/>
          <w:sz w:val="23"/>
        </w:rPr>
        <w:t>Моя любовь делает другого свободнее и ответственнее или всё больше зависимым от меня?</w:t>
      </w:r>
    </w:p>
    <w:p>
      <w:pPr>
        <w:pStyle w:val="Heading2"/>
      </w:pPr>
      <w:r>
        <w:rPr>
          <w:rFonts w:ascii="Liberation Sans" w:hAnsi="Liberation Sans" w:eastAsia="Liberation Sans"/>
          <w:b/>
          <w:sz w:val="28"/>
        </w:rPr>
        <w:t>Следующий живой шаг</w:t>
      </w:r>
    </w:p>
    <w:p>
      <w:pPr>
        <w:spacing w:after="120" w:line="269" w:lineRule="auto"/>
      </w:pPr>
      <w:r>
        <w:rPr>
          <w:rFonts w:ascii="Liberation Serif" w:hAnsi="Liberation Serif" w:eastAsia="Liberation Serif"/>
          <w:b w:val="0"/>
          <w:i w:val="0"/>
          <w:sz w:val="23"/>
        </w:rPr>
        <w:t>Выберите близкого человека и спросите не «люблю ли я его», а «какая форма моей любви сейчас нужна»: присутствие, правда, граница, помощь, свобода, признание ошибки. Сделайте именно это, а не то, что удобнее вам.</w:t>
      </w:r>
    </w:p>
    <w:p>
      <w:r>
        <w:br w:type="page"/>
      </w:r>
    </w:p>
    <w:p>
      <w:pPr>
        <w:pStyle w:val="Heading1"/>
        <w:spacing w:after="60"/>
      </w:pPr>
      <w:r>
        <w:rPr>
          <w:rFonts w:ascii="Liberation Sans" w:hAnsi="Liberation Sans" w:eastAsia="Liberation Sans"/>
          <w:b/>
          <w:sz w:val="36"/>
        </w:rPr>
        <w:t>ГЛАВА 16</w:t>
      </w:r>
    </w:p>
    <w:p>
      <w:pPr>
        <w:spacing w:after="280"/>
      </w:pPr>
      <w:r>
        <w:rPr>
          <w:rFonts w:ascii="Liberation Sans" w:hAnsi="Liberation Sans" w:eastAsia="Liberation Sans"/>
          <w:b/>
          <w:sz w:val="30"/>
        </w:rPr>
        <w:t>Совершенная любовь изгоняет страх — 1 Ин. 4:17–21</w:t>
      </w:r>
    </w:p>
    <w:p>
      <w:pPr>
        <w:pStyle w:val="Heading2"/>
      </w:pPr>
      <w:r>
        <w:rPr>
          <w:rFonts w:ascii="Liberation Sans" w:hAnsi="Liberation Sans" w:eastAsia="Liberation Sans"/>
          <w:b/>
          <w:sz w:val="28"/>
        </w:rPr>
        <w:t>О каком страхе речь</w:t>
      </w:r>
    </w:p>
    <w:p>
      <w:pPr>
        <w:spacing w:after="120" w:line="269" w:lineRule="auto"/>
      </w:pPr>
      <w:r>
        <w:rPr>
          <w:rFonts w:ascii="Liberation Serif" w:hAnsi="Liberation Serif" w:eastAsia="Liberation Serif"/>
          <w:b w:val="0"/>
          <w:i w:val="0"/>
          <w:sz w:val="23"/>
        </w:rPr>
        <w:t>Иоанн не говорит, что любящий человек никогда ничего не боится. Страх боли, опасности и потери является частью человеческой природы. Он может предупреждать и защищать. Здесь речь о страхе наказания перед судом, который делает отношения с Богом рабскими.</w:t>
      </w:r>
    </w:p>
    <w:p>
      <w:pPr>
        <w:pStyle w:val="Heading2"/>
      </w:pPr>
      <w:r>
        <w:rPr>
          <w:rFonts w:ascii="Liberation Sans" w:hAnsi="Liberation Sans" w:eastAsia="Liberation Sans"/>
          <w:b/>
          <w:sz w:val="28"/>
        </w:rPr>
        <w:t>Современный пересказ</w:t>
      </w:r>
    </w:p>
    <w:p>
      <w:pPr>
        <w:spacing w:after="120" w:line="269" w:lineRule="auto"/>
      </w:pPr>
      <w:r>
        <w:rPr>
          <w:rFonts w:ascii="Liberation Serif" w:hAnsi="Liberation Serif" w:eastAsia="Liberation Serif"/>
          <w:b w:val="0"/>
          <w:i w:val="0"/>
          <w:sz w:val="23"/>
        </w:rPr>
        <w:t>Любовь доводит человека до свободы стоять перед Богом без маски. Там, где вся вера построена на ужасе: «меня уничтожат, если я ошибусь», — любовь ещё не достигла цели.</w:t>
      </w:r>
    </w:p>
    <w:p>
      <w:pPr>
        <w:spacing w:after="120" w:line="269" w:lineRule="auto"/>
      </w:pPr>
      <w:r>
        <w:rPr>
          <w:rFonts w:ascii="Liberation Serif" w:hAnsi="Liberation Serif" w:eastAsia="Liberation Serif"/>
          <w:b w:val="0"/>
          <w:i w:val="0"/>
          <w:sz w:val="23"/>
        </w:rPr>
        <w:t>Страх наказания способен заставить человека внешне подчиняться. Но он не превращает сердце. Ребёнок может вести себя тихо рядом с жестоким отцом и ненавидеть его внутри. Бог не ищет такую дисциплину.</w:t>
      </w:r>
    </w:p>
    <w:p>
      <w:pPr>
        <w:pStyle w:val="Heading2"/>
      </w:pPr>
      <w:r>
        <w:rPr>
          <w:rFonts w:ascii="Liberation Sans" w:hAnsi="Liberation Sans" w:eastAsia="Liberation Sans"/>
          <w:b/>
          <w:sz w:val="28"/>
        </w:rPr>
        <w:t>Страх как инструмент религии</w:t>
      </w:r>
    </w:p>
    <w:p>
      <w:pPr>
        <w:spacing w:after="120" w:line="269" w:lineRule="auto"/>
      </w:pPr>
      <w:r>
        <w:rPr>
          <w:rFonts w:ascii="Liberation Serif" w:hAnsi="Liberation Serif" w:eastAsia="Liberation Serif"/>
          <w:b w:val="0"/>
          <w:i w:val="0"/>
          <w:sz w:val="23"/>
        </w:rPr>
        <w:t>Страх удобен для управления. Им можно удерживать людей в организации, заставлять платить, молчать, терпеть зло. «Уйдёшь — Бог накажет». «Не подчинишься лидеру — восстанешь против Бога». «Задаёшь вопросы — в тебе гордость».</w:t>
      </w:r>
    </w:p>
    <w:p>
      <w:pPr>
        <w:spacing w:after="120" w:line="269" w:lineRule="auto"/>
      </w:pPr>
      <w:r>
        <w:rPr>
          <w:rFonts w:ascii="Liberation Serif" w:hAnsi="Liberation Serif" w:eastAsia="Liberation Serif"/>
          <w:b w:val="0"/>
          <w:i w:val="0"/>
          <w:sz w:val="23"/>
        </w:rPr>
        <w:t>Иоанн говорит противоположное: Божья любовь изгоняет страх наказания. Значит, система, постоянно увеличивающая такой страх, не может оправдываться именем любви.</w:t>
      </w:r>
    </w:p>
    <w:p>
      <w:pPr>
        <w:pStyle w:val="Heading2"/>
      </w:pPr>
      <w:r>
        <w:rPr>
          <w:rFonts w:ascii="Liberation Sans" w:hAnsi="Liberation Sans" w:eastAsia="Liberation Sans"/>
          <w:b/>
          <w:sz w:val="28"/>
        </w:rPr>
        <w:t>Любовь и ответственность</w:t>
      </w:r>
    </w:p>
    <w:p>
      <w:pPr>
        <w:spacing w:after="120" w:line="269" w:lineRule="auto"/>
      </w:pPr>
      <w:r>
        <w:rPr>
          <w:rFonts w:ascii="Liberation Serif" w:hAnsi="Liberation Serif" w:eastAsia="Liberation Serif"/>
          <w:b w:val="0"/>
          <w:i w:val="0"/>
          <w:sz w:val="23"/>
        </w:rPr>
        <w:t>Свобода от страха не означает отсутствие последствий. Любящий родитель останавливает опасное поведение. Суд защищает общество. Граница ограничивает насилие. Но целью становится не мучение ради подчинения, а правда, защита и возможное восстановление.</w:t>
      </w:r>
    </w:p>
    <w:p>
      <w:pPr>
        <w:spacing w:after="120" w:line="269" w:lineRule="auto"/>
      </w:pPr>
      <w:r>
        <w:rPr>
          <w:rFonts w:ascii="Liberation Serif" w:hAnsi="Liberation Serif" w:eastAsia="Liberation Serif"/>
          <w:b w:val="0"/>
          <w:i w:val="0"/>
          <w:sz w:val="23"/>
        </w:rPr>
        <w:t>Человек, не боящийся Божьей мести, не получает разрешение делать всё. Он получает возможность признать зло без необходимости защищать себя ложью.</w:t>
      </w:r>
    </w:p>
    <w:p>
      <w:pPr>
        <w:pStyle w:val="Heading2"/>
      </w:pPr>
      <w:r>
        <w:rPr>
          <w:rFonts w:ascii="Liberation Sans" w:hAnsi="Liberation Sans" w:eastAsia="Liberation Sans"/>
          <w:b/>
          <w:sz w:val="28"/>
        </w:rPr>
        <w:t>«Кто не любит брата»</w:t>
      </w:r>
    </w:p>
    <w:p>
      <w:pPr>
        <w:spacing w:after="120" w:line="269" w:lineRule="auto"/>
      </w:pPr>
      <w:r>
        <w:rPr>
          <w:rFonts w:ascii="Liberation Serif" w:hAnsi="Liberation Serif" w:eastAsia="Liberation Serif"/>
          <w:b w:val="0"/>
          <w:i w:val="0"/>
          <w:sz w:val="23"/>
        </w:rPr>
        <w:t>Иоанн снова соединяет Бога и видимого человека. Нельзя любить невидимого Бога, ненавидя того, кто перед глазами. Это разрушает религиозную иллюзию, где поклонение компенсирует жестокость дома.</w:t>
      </w:r>
    </w:p>
    <w:p>
      <w:pPr>
        <w:spacing w:after="120" w:line="269" w:lineRule="auto"/>
      </w:pPr>
      <w:r>
        <w:rPr>
          <w:rFonts w:ascii="Liberation Serif" w:hAnsi="Liberation Serif" w:eastAsia="Liberation Serif"/>
          <w:b w:val="0"/>
          <w:i w:val="0"/>
          <w:sz w:val="23"/>
        </w:rPr>
        <w:t>Человек может плакать на молитве и терроризировать семью. Его слёзы не отменяют проверку видимым братом.</w:t>
      </w:r>
    </w:p>
    <w:p>
      <w:pPr>
        <w:pStyle w:val="Heading2"/>
      </w:pPr>
      <w:r>
        <w:rPr>
          <w:rFonts w:ascii="Liberation Sans" w:hAnsi="Liberation Sans" w:eastAsia="Liberation Sans"/>
          <w:b/>
          <w:sz w:val="28"/>
        </w:rPr>
        <w:t>Где мы себя обманываем</w:t>
      </w:r>
    </w:p>
    <w:p>
      <w:pPr>
        <w:spacing w:after="120" w:line="269" w:lineRule="auto"/>
      </w:pPr>
      <w:r>
        <w:rPr>
          <w:rFonts w:ascii="Liberation Serif" w:hAnsi="Liberation Serif" w:eastAsia="Liberation Serif"/>
          <w:b w:val="0"/>
          <w:i w:val="0"/>
          <w:sz w:val="23"/>
        </w:rPr>
        <w:t>Мы иногда называем страх благоговением. Благоговение признаёт величие Бога и делает человека честнее. Панический религиозный страх делает его скрытным, зависимым и жестоким к тем, кто «нарушает порядок».</w:t>
      </w:r>
    </w:p>
    <w:p>
      <w:pPr>
        <w:pStyle w:val="Heading2"/>
      </w:pPr>
      <w:r>
        <w:rPr>
          <w:rFonts w:ascii="Liberation Sans" w:hAnsi="Liberation Sans" w:eastAsia="Liberation Sans"/>
          <w:b/>
          <w:sz w:val="28"/>
        </w:rPr>
        <w:t>Честный вопрос</w:t>
      </w:r>
    </w:p>
    <w:p>
      <w:pPr>
        <w:pStyle w:val="Quote"/>
        <w:spacing w:after="120" w:line="269" w:lineRule="auto"/>
      </w:pPr>
      <w:r>
        <w:rPr>
          <w:rFonts w:ascii="Liberation Serif" w:hAnsi="Liberation Serif" w:eastAsia="Liberation Serif"/>
          <w:b w:val="0"/>
          <w:i w:val="0"/>
          <w:sz w:val="23"/>
        </w:rPr>
        <w:t>Мои отношения с Богом делают меня свободнее для правды или заставляют прятаться и играть роль?</w:t>
      </w:r>
    </w:p>
    <w:p>
      <w:pPr>
        <w:pStyle w:val="Heading2"/>
      </w:pPr>
      <w:r>
        <w:rPr>
          <w:rFonts w:ascii="Liberation Sans" w:hAnsi="Liberation Sans" w:eastAsia="Liberation Sans"/>
          <w:b/>
          <w:sz w:val="28"/>
        </w:rPr>
        <w:t>Следующий живой шаг</w:t>
      </w:r>
    </w:p>
    <w:p>
      <w:pPr>
        <w:spacing w:after="120" w:line="269" w:lineRule="auto"/>
      </w:pPr>
      <w:r>
        <w:rPr>
          <w:rFonts w:ascii="Liberation Serif" w:hAnsi="Liberation Serif" w:eastAsia="Liberation Serif"/>
          <w:b w:val="0"/>
          <w:i w:val="0"/>
          <w:sz w:val="23"/>
        </w:rPr>
        <w:t>Назовите одно решение, которое вы принимаете только из страха наказания или осуждения группы. Отделите реальную ответственность от запугивания. Обсудите это с человеком, который не заинтересован контролировать вас.</w:t>
      </w:r>
    </w:p>
    <w:p>
      <w:r>
        <w:br w:type="page"/>
      </w:r>
    </w:p>
    <w:p>
      <w:pPr>
        <w:spacing w:before="3000"/>
        <w:jc w:val="center"/>
      </w:pPr>
      <w:r>
        <w:rPr>
          <w:rFonts w:ascii="Liberation Sans" w:hAnsi="Liberation Sans" w:eastAsia="Liberation Sans"/>
          <w:b/>
          <w:sz w:val="44"/>
        </w:rPr>
        <w:t>ЧАСТЬ VI. ВЕРА, КОТОРАЯ ПОБЕЖДАЕТ НЕ ЛЮДЕЙ, А РАБСТВО</w:t>
      </w:r>
    </w:p>
    <w:p>
      <w:r>
        <w:br w:type="page"/>
      </w:r>
    </w:p>
    <w:p>
      <w:pPr>
        <w:pStyle w:val="Heading1"/>
        <w:spacing w:after="60"/>
      </w:pPr>
      <w:r>
        <w:rPr>
          <w:rFonts w:ascii="Liberation Sans" w:hAnsi="Liberation Sans" w:eastAsia="Liberation Sans"/>
          <w:b/>
          <w:sz w:val="36"/>
        </w:rPr>
        <w:t>ГЛАВА 17</w:t>
      </w:r>
    </w:p>
    <w:p>
      <w:pPr>
        <w:spacing w:after="280"/>
      </w:pPr>
      <w:r>
        <w:rPr>
          <w:rFonts w:ascii="Liberation Sans" w:hAnsi="Liberation Sans" w:eastAsia="Liberation Sans"/>
          <w:b/>
          <w:sz w:val="30"/>
        </w:rPr>
        <w:t>Любить Бога и Его детей — 1 Ин. 5:1–5</w:t>
      </w:r>
    </w:p>
    <w:p>
      <w:pPr>
        <w:pStyle w:val="Heading2"/>
      </w:pPr>
      <w:r>
        <w:rPr>
          <w:rFonts w:ascii="Liberation Sans" w:hAnsi="Liberation Sans" w:eastAsia="Liberation Sans"/>
          <w:b/>
          <w:sz w:val="28"/>
        </w:rPr>
        <w:t>Любовь к Богу не отрывается от людей</w:t>
      </w:r>
    </w:p>
    <w:p>
      <w:pPr>
        <w:spacing w:after="120" w:line="269" w:lineRule="auto"/>
      </w:pPr>
      <w:r>
        <w:rPr>
          <w:rFonts w:ascii="Liberation Serif" w:hAnsi="Liberation Serif" w:eastAsia="Liberation Serif"/>
          <w:b w:val="0"/>
          <w:i w:val="0"/>
          <w:sz w:val="23"/>
        </w:rPr>
        <w:t>Иоанн снова связывает веру во Христа, рождение от Бога, любовь к Отцу и любовь к Его детям. Это круг, который невозможно разорвать без потери смысла.</w:t>
      </w:r>
    </w:p>
    <w:p>
      <w:pPr>
        <w:spacing w:after="120" w:line="269" w:lineRule="auto"/>
      </w:pPr>
      <w:r>
        <w:rPr>
          <w:rFonts w:ascii="Liberation Serif" w:hAnsi="Liberation Serif" w:eastAsia="Liberation Serif"/>
          <w:b w:val="0"/>
          <w:i w:val="0"/>
          <w:sz w:val="23"/>
        </w:rPr>
        <w:t>Если человек заявляет любовь к Богу, но считает большинство людей расходным материалом, его богословие требует проверки.</w:t>
      </w:r>
    </w:p>
    <w:p>
      <w:pPr>
        <w:pStyle w:val="Heading2"/>
      </w:pPr>
      <w:r>
        <w:rPr>
          <w:rFonts w:ascii="Liberation Sans" w:hAnsi="Liberation Sans" w:eastAsia="Liberation Sans"/>
          <w:b/>
          <w:sz w:val="28"/>
        </w:rPr>
        <w:t>Современный пересказ</w:t>
      </w:r>
    </w:p>
    <w:p>
      <w:pPr>
        <w:spacing w:after="120" w:line="269" w:lineRule="auto"/>
      </w:pPr>
      <w:r>
        <w:rPr>
          <w:rFonts w:ascii="Liberation Serif" w:hAnsi="Liberation Serif" w:eastAsia="Liberation Serif"/>
          <w:b w:val="0"/>
          <w:i w:val="0"/>
          <w:sz w:val="23"/>
        </w:rPr>
        <w:t>Вера не создаёт элитный клуб. Рождённый от Бога учится любить тех, кого любит Отец. Заповеди не должны быть тяжёлой системой произвола, потому что они защищают форму жизни.</w:t>
      </w:r>
    </w:p>
    <w:p>
      <w:pPr>
        <w:spacing w:after="120" w:line="269" w:lineRule="auto"/>
      </w:pPr>
      <w:r>
        <w:rPr>
          <w:rFonts w:ascii="Liberation Serif" w:hAnsi="Liberation Serif" w:eastAsia="Liberation Serif"/>
          <w:b w:val="0"/>
          <w:i w:val="0"/>
          <w:sz w:val="23"/>
        </w:rPr>
        <w:t>Но почему Иоанн говорит, что заповеди не тяжки, если любовь иногда требует огромной цены? Не потому, что исполнять всегда легко. А потому, что заповедь не является чуждым грузом для новой жизни. Семени трудно пробивать почву, но рост соответствует его природе.</w:t>
      </w:r>
    </w:p>
    <w:p>
      <w:pPr>
        <w:pStyle w:val="Heading2"/>
      </w:pPr>
      <w:r>
        <w:rPr>
          <w:rFonts w:ascii="Liberation Sans" w:hAnsi="Liberation Sans" w:eastAsia="Liberation Sans"/>
          <w:b/>
          <w:sz w:val="28"/>
        </w:rPr>
        <w:t>Победа над миром</w:t>
      </w:r>
    </w:p>
    <w:p>
      <w:pPr>
        <w:spacing w:after="120" w:line="269" w:lineRule="auto"/>
      </w:pPr>
      <w:r>
        <w:rPr>
          <w:rFonts w:ascii="Liberation Serif" w:hAnsi="Liberation Serif" w:eastAsia="Liberation Serif"/>
          <w:b w:val="0"/>
          <w:i w:val="0"/>
          <w:sz w:val="23"/>
        </w:rPr>
        <w:t>Вера побеждает мир. Эту фразу легко превратить в триумф: наша группа должна получить власть, победить культуру, заставить всех жить по нашим правилам. Но у Иоанна мир — система похоти, гордости и лжи. Победа происходит прежде всего внутри верности.</w:t>
      </w:r>
    </w:p>
    <w:p>
      <w:pPr>
        <w:spacing w:after="120" w:line="269" w:lineRule="auto"/>
      </w:pPr>
      <w:r>
        <w:rPr>
          <w:rFonts w:ascii="Liberation Serif" w:hAnsi="Liberation Serif" w:eastAsia="Liberation Serif"/>
          <w:b w:val="0"/>
          <w:i w:val="0"/>
          <w:sz w:val="23"/>
        </w:rPr>
        <w:t>Человек побеждает мир, когда мир больше не может купить его совесть. Когда страх потери статуса не заставляет солгать. Когда желание принадлежать толпе не заставляет травить слабого. Когда смерть не делает насилие единственным ответом.</w:t>
      </w:r>
    </w:p>
    <w:p>
      <w:pPr>
        <w:pStyle w:val="Heading2"/>
      </w:pPr>
      <w:r>
        <w:rPr>
          <w:rFonts w:ascii="Liberation Sans" w:hAnsi="Liberation Sans" w:eastAsia="Liberation Sans"/>
          <w:b/>
          <w:sz w:val="28"/>
        </w:rPr>
        <w:t>Вера как доверие пути Христа</w:t>
      </w:r>
    </w:p>
    <w:p>
      <w:pPr>
        <w:spacing w:after="120" w:line="269" w:lineRule="auto"/>
      </w:pPr>
      <w:r>
        <w:rPr>
          <w:rFonts w:ascii="Liberation Serif" w:hAnsi="Liberation Serif" w:eastAsia="Liberation Serif"/>
          <w:b w:val="0"/>
          <w:i w:val="0"/>
          <w:sz w:val="23"/>
        </w:rPr>
        <w:t>Верить, что Иисус есть Христос, — не только соглашаться с формулой. Это доверить Ему определение победы. Его победа проходит через верность, служение, крест и воскресение, а не через превращение врагов в безгласные объекты.</w:t>
      </w:r>
    </w:p>
    <w:p>
      <w:pPr>
        <w:pStyle w:val="Heading2"/>
      </w:pPr>
      <w:r>
        <w:rPr>
          <w:rFonts w:ascii="Liberation Sans" w:hAnsi="Liberation Sans" w:eastAsia="Liberation Sans"/>
          <w:b/>
          <w:sz w:val="28"/>
        </w:rPr>
        <w:t>Где мы себя обманываем</w:t>
      </w:r>
    </w:p>
    <w:p>
      <w:pPr>
        <w:spacing w:after="120" w:line="269" w:lineRule="auto"/>
      </w:pPr>
      <w:r>
        <w:rPr>
          <w:rFonts w:ascii="Liberation Serif" w:hAnsi="Liberation Serif" w:eastAsia="Liberation Serif"/>
          <w:b w:val="0"/>
          <w:i w:val="0"/>
          <w:sz w:val="23"/>
        </w:rPr>
        <w:t>Мы называем победой рост числа, денег и влияния. Иногда это полезные инструменты. Но если для роста пришлось предать правду, мир уже победил нас, даже если организация стала огромной.</w:t>
      </w:r>
    </w:p>
    <w:p>
      <w:pPr>
        <w:pStyle w:val="Heading2"/>
      </w:pPr>
      <w:r>
        <w:rPr>
          <w:rFonts w:ascii="Liberation Sans" w:hAnsi="Liberation Sans" w:eastAsia="Liberation Sans"/>
          <w:b/>
          <w:sz w:val="28"/>
        </w:rPr>
        <w:t>Честный вопрос</w:t>
      </w:r>
    </w:p>
    <w:p>
      <w:pPr>
        <w:pStyle w:val="Quote"/>
        <w:spacing w:after="120" w:line="269" w:lineRule="auto"/>
      </w:pPr>
      <w:r>
        <w:rPr>
          <w:rFonts w:ascii="Liberation Serif" w:hAnsi="Liberation Serif" w:eastAsia="Liberation Serif"/>
          <w:b w:val="0"/>
          <w:i w:val="0"/>
          <w:sz w:val="23"/>
        </w:rPr>
        <w:t>Что мир может предложить мне такого, ради чего я готов перестать быть собой перед Богом?</w:t>
      </w:r>
    </w:p>
    <w:p>
      <w:pPr>
        <w:pStyle w:val="Heading2"/>
      </w:pPr>
      <w:r>
        <w:rPr>
          <w:rFonts w:ascii="Liberation Sans" w:hAnsi="Liberation Sans" w:eastAsia="Liberation Sans"/>
          <w:b/>
          <w:sz w:val="28"/>
        </w:rPr>
        <w:t>Следующий живой шаг</w:t>
      </w:r>
    </w:p>
    <w:p>
      <w:pPr>
        <w:spacing w:after="120" w:line="269" w:lineRule="auto"/>
      </w:pPr>
      <w:r>
        <w:rPr>
          <w:rFonts w:ascii="Liberation Serif" w:hAnsi="Liberation Serif" w:eastAsia="Liberation Serif"/>
          <w:b w:val="0"/>
          <w:i w:val="0"/>
          <w:sz w:val="23"/>
        </w:rPr>
        <w:t>Определите одну цену своей совести: что вы не будете делать ради денег, карьеры, отношений или признания. Запишите это до испытания, а не во время него.</w:t>
      </w:r>
    </w:p>
    <w:p>
      <w:r>
        <w:br w:type="page"/>
      </w:r>
    </w:p>
    <w:p>
      <w:pPr>
        <w:pStyle w:val="Heading1"/>
        <w:spacing w:after="60"/>
      </w:pPr>
      <w:r>
        <w:rPr>
          <w:rFonts w:ascii="Liberation Sans" w:hAnsi="Liberation Sans" w:eastAsia="Liberation Sans"/>
          <w:b/>
          <w:sz w:val="36"/>
        </w:rPr>
        <w:t>ГЛАВА 18</w:t>
      </w:r>
    </w:p>
    <w:p>
      <w:pPr>
        <w:spacing w:after="280"/>
      </w:pPr>
      <w:r>
        <w:rPr>
          <w:rFonts w:ascii="Liberation Sans" w:hAnsi="Liberation Sans" w:eastAsia="Liberation Sans"/>
          <w:b/>
          <w:sz w:val="30"/>
        </w:rPr>
        <w:t>Вода, кровь и свидетельство — 1 Ин. 5:6–12</w:t>
      </w:r>
    </w:p>
    <w:p>
      <w:pPr>
        <w:pStyle w:val="Heading2"/>
      </w:pPr>
      <w:r>
        <w:rPr>
          <w:rFonts w:ascii="Liberation Sans" w:hAnsi="Liberation Sans" w:eastAsia="Liberation Sans"/>
          <w:b/>
          <w:sz w:val="28"/>
        </w:rPr>
        <w:t>Христос не только вдохновляющий образ</w:t>
      </w:r>
    </w:p>
    <w:p>
      <w:pPr>
        <w:spacing w:after="120" w:line="269" w:lineRule="auto"/>
      </w:pPr>
      <w:r>
        <w:rPr>
          <w:rFonts w:ascii="Liberation Serif" w:hAnsi="Liberation Serif" w:eastAsia="Liberation Serif"/>
          <w:b w:val="0"/>
          <w:i w:val="0"/>
          <w:sz w:val="23"/>
        </w:rPr>
        <w:t>Иоанн говорит, что Иисус пришёл водой и кровью, и Дух свидетельствует об этом. Образы воды и крови толковали по-разному: крещение и смерть Христа, начало и завершение служения, очищение и отданная жизнь. Главная линия ясна: свидетельство о Христе нельзя отделить от Его реальной истории и креста.</w:t>
      </w:r>
    </w:p>
    <w:p>
      <w:pPr>
        <w:pStyle w:val="Heading2"/>
      </w:pPr>
      <w:r>
        <w:rPr>
          <w:rFonts w:ascii="Liberation Sans" w:hAnsi="Liberation Sans" w:eastAsia="Liberation Sans"/>
          <w:b/>
          <w:sz w:val="28"/>
        </w:rPr>
        <w:t>Современный пересказ</w:t>
      </w:r>
    </w:p>
    <w:p>
      <w:pPr>
        <w:spacing w:after="120" w:line="269" w:lineRule="auto"/>
      </w:pPr>
      <w:r>
        <w:rPr>
          <w:rFonts w:ascii="Liberation Serif" w:hAnsi="Liberation Serif" w:eastAsia="Liberation Serif"/>
          <w:b w:val="0"/>
          <w:i w:val="0"/>
          <w:sz w:val="23"/>
        </w:rPr>
        <w:t>Не принимайте Христа только там, где Он красив и вдохновляет. Он пришёл не только в момент признания и силы, но и через кровь — страдание, верность и столкновение с человеческим насилием.</w:t>
      </w:r>
    </w:p>
    <w:p>
      <w:pPr>
        <w:spacing w:after="120" w:line="269" w:lineRule="auto"/>
      </w:pPr>
      <w:r>
        <w:rPr>
          <w:rFonts w:ascii="Liberation Serif" w:hAnsi="Liberation Serif" w:eastAsia="Liberation Serif"/>
          <w:b w:val="0"/>
          <w:i w:val="0"/>
          <w:sz w:val="23"/>
        </w:rPr>
        <w:t>Религия любит воду без крови: очищение, новое начало, благословение — без цены правды. Или кровь без воды: культ страдания, где боль сама объявляется святой. Иоанн держит свидетельство целиком.</w:t>
      </w:r>
    </w:p>
    <w:p>
      <w:pPr>
        <w:spacing w:after="120" w:line="269" w:lineRule="auto"/>
      </w:pPr>
      <w:r>
        <w:rPr>
          <w:rFonts w:ascii="Liberation Serif" w:hAnsi="Liberation Serif" w:eastAsia="Liberation Serif"/>
          <w:b w:val="0"/>
          <w:i w:val="0"/>
          <w:sz w:val="23"/>
        </w:rPr>
        <w:t>Христос не учит искать страдание. Он показывает любовь, которая не отказывается от себя, когда за правду приходится платить.</w:t>
      </w:r>
    </w:p>
    <w:p>
      <w:pPr>
        <w:pStyle w:val="Heading2"/>
      </w:pPr>
      <w:r>
        <w:rPr>
          <w:rFonts w:ascii="Liberation Sans" w:hAnsi="Liberation Sans" w:eastAsia="Liberation Sans"/>
          <w:b/>
          <w:sz w:val="28"/>
        </w:rPr>
        <w:t>Свидетельство Бога внутри</w:t>
      </w:r>
    </w:p>
    <w:p>
      <w:pPr>
        <w:spacing w:after="120" w:line="269" w:lineRule="auto"/>
      </w:pPr>
      <w:r>
        <w:rPr>
          <w:rFonts w:ascii="Liberation Serif" w:hAnsi="Liberation Serif" w:eastAsia="Liberation Serif"/>
          <w:b w:val="0"/>
          <w:i w:val="0"/>
          <w:sz w:val="23"/>
        </w:rPr>
        <w:t>Кто верит, имеет свидетельство в себе. Снова это не означает, что любое внутреннее ощущение безошибочно. Внутреннее свидетельство согласуется с тем, что Бог дал жизнь в Сыне.</w:t>
      </w:r>
    </w:p>
    <w:p>
      <w:pPr>
        <w:spacing w:after="120" w:line="269" w:lineRule="auto"/>
      </w:pPr>
      <w:r>
        <w:rPr>
          <w:rFonts w:ascii="Liberation Serif" w:hAnsi="Liberation Serif" w:eastAsia="Liberation Serif"/>
          <w:b w:val="0"/>
          <w:i w:val="0"/>
          <w:sz w:val="23"/>
        </w:rPr>
        <w:t>Жизнь — ключевое слово. Учение, постоянно производящее духовную смерть, страх, ложь и зависимость, не может защищаться правильной формулой о Христе.</w:t>
      </w:r>
    </w:p>
    <w:p>
      <w:pPr>
        <w:pStyle w:val="Heading2"/>
      </w:pPr>
      <w:r>
        <w:rPr>
          <w:rFonts w:ascii="Liberation Sans" w:hAnsi="Liberation Sans" w:eastAsia="Liberation Sans"/>
          <w:b/>
          <w:sz w:val="28"/>
        </w:rPr>
        <w:t>Жизнь в Сыне</w:t>
      </w:r>
    </w:p>
    <w:p>
      <w:pPr>
        <w:spacing w:after="120" w:line="269" w:lineRule="auto"/>
      </w:pPr>
      <w:r>
        <w:rPr>
          <w:rFonts w:ascii="Liberation Serif" w:hAnsi="Liberation Serif" w:eastAsia="Liberation Serif"/>
          <w:b w:val="0"/>
          <w:i w:val="0"/>
          <w:sz w:val="23"/>
        </w:rPr>
        <w:t>Иоанн говорит резко: имеющий Сына имеет жизнь. Это не лицензия презирать всех вне группы. Это утверждение об источнике. Жизнь не производится нашим моральным усилием и не принадлежит религиозной системе. Она принимается в отношениях с Христом.</w:t>
      </w:r>
    </w:p>
    <w:p>
      <w:pPr>
        <w:spacing w:after="120" w:line="269" w:lineRule="auto"/>
      </w:pPr>
      <w:r>
        <w:rPr>
          <w:rFonts w:ascii="Liberation Serif" w:hAnsi="Liberation Serif" w:eastAsia="Liberation Serif"/>
          <w:b w:val="0"/>
          <w:i w:val="0"/>
          <w:sz w:val="23"/>
        </w:rPr>
        <w:t>Но принятая жизнь начинает становиться видимой. Она не остаётся жетоном для загробного контроля.</w:t>
      </w:r>
    </w:p>
    <w:p>
      <w:pPr>
        <w:pStyle w:val="Heading2"/>
      </w:pPr>
      <w:r>
        <w:rPr>
          <w:rFonts w:ascii="Liberation Sans" w:hAnsi="Liberation Sans" w:eastAsia="Liberation Sans"/>
          <w:b/>
          <w:sz w:val="28"/>
        </w:rPr>
        <w:t>Где мы себя обманываем</w:t>
      </w:r>
    </w:p>
    <w:p>
      <w:pPr>
        <w:spacing w:after="120" w:line="269" w:lineRule="auto"/>
      </w:pPr>
      <w:r>
        <w:rPr>
          <w:rFonts w:ascii="Liberation Serif" w:hAnsi="Liberation Serif" w:eastAsia="Liberation Serif"/>
          <w:b w:val="0"/>
          <w:i w:val="0"/>
          <w:sz w:val="23"/>
        </w:rPr>
        <w:t>Мы хотим благословения без креста — результата без верности, влияния без служения, прощения без признания. Или романтизируем собственную боль и считаем всякое страдание доказательством правоты.</w:t>
      </w:r>
    </w:p>
    <w:p>
      <w:pPr>
        <w:spacing w:after="120" w:line="269" w:lineRule="auto"/>
      </w:pPr>
      <w:r>
        <w:rPr>
          <w:rFonts w:ascii="Liberation Serif" w:hAnsi="Liberation Serif" w:eastAsia="Liberation Serif"/>
          <w:b w:val="0"/>
          <w:i w:val="0"/>
          <w:sz w:val="23"/>
        </w:rPr>
        <w:t>Страдание само по себе не освящает. Вопрос — чему человек остаётся верен и какой плод рождается.</w:t>
      </w:r>
    </w:p>
    <w:p>
      <w:pPr>
        <w:pStyle w:val="Heading2"/>
      </w:pPr>
      <w:r>
        <w:rPr>
          <w:rFonts w:ascii="Liberation Sans" w:hAnsi="Liberation Sans" w:eastAsia="Liberation Sans"/>
          <w:b/>
          <w:sz w:val="28"/>
        </w:rPr>
        <w:t>Честный вопрос</w:t>
      </w:r>
    </w:p>
    <w:p>
      <w:pPr>
        <w:pStyle w:val="Quote"/>
        <w:spacing w:after="120" w:line="269" w:lineRule="auto"/>
      </w:pPr>
      <w:r>
        <w:rPr>
          <w:rFonts w:ascii="Liberation Serif" w:hAnsi="Liberation Serif" w:eastAsia="Liberation Serif"/>
          <w:b w:val="0"/>
          <w:i w:val="0"/>
          <w:sz w:val="23"/>
        </w:rPr>
        <w:t>Где я хочу получить новую жизнь, не позволяя ей пройти через правду, которая может стоить мне удобства?</w:t>
      </w:r>
    </w:p>
    <w:p>
      <w:pPr>
        <w:pStyle w:val="Heading2"/>
      </w:pPr>
      <w:r>
        <w:rPr>
          <w:rFonts w:ascii="Liberation Sans" w:hAnsi="Liberation Sans" w:eastAsia="Liberation Sans"/>
          <w:b/>
          <w:sz w:val="28"/>
        </w:rPr>
        <w:t>Следующий живой шаг</w:t>
      </w:r>
    </w:p>
    <w:p>
      <w:pPr>
        <w:spacing w:after="120" w:line="269" w:lineRule="auto"/>
      </w:pPr>
      <w:r>
        <w:rPr>
          <w:rFonts w:ascii="Liberation Serif" w:hAnsi="Liberation Serif" w:eastAsia="Liberation Serif"/>
          <w:b w:val="0"/>
          <w:i w:val="0"/>
          <w:sz w:val="23"/>
        </w:rPr>
        <w:t>Назовите одну правду, которую вы откладываете из-за цены: разговор, отказ, признание, возвращение, прекращение участия. Рассчитайте безопасный и честный первый шаг.</w:t>
      </w:r>
    </w:p>
    <w:p>
      <w:r>
        <w:br w:type="page"/>
      </w:r>
    </w:p>
    <w:p>
      <w:pPr>
        <w:pStyle w:val="Heading1"/>
        <w:spacing w:after="60"/>
      </w:pPr>
      <w:r>
        <w:rPr>
          <w:rFonts w:ascii="Liberation Sans" w:hAnsi="Liberation Sans" w:eastAsia="Liberation Sans"/>
          <w:b/>
          <w:sz w:val="36"/>
        </w:rPr>
        <w:t>ГЛАВА 19</w:t>
      </w:r>
    </w:p>
    <w:p>
      <w:pPr>
        <w:spacing w:after="280"/>
      </w:pPr>
      <w:r>
        <w:rPr>
          <w:rFonts w:ascii="Liberation Sans" w:hAnsi="Liberation Sans" w:eastAsia="Liberation Sans"/>
          <w:b/>
          <w:sz w:val="30"/>
        </w:rPr>
        <w:t>Уверенность в молитве и ответственность за брата — 1 Ин. 5:13–17</w:t>
      </w:r>
    </w:p>
    <w:p>
      <w:pPr>
        <w:pStyle w:val="Heading2"/>
      </w:pPr>
      <w:r>
        <w:rPr>
          <w:rFonts w:ascii="Liberation Sans" w:hAnsi="Liberation Sans" w:eastAsia="Liberation Sans"/>
          <w:b/>
          <w:sz w:val="28"/>
        </w:rPr>
        <w:t>Знать, что имеешь жизнь</w:t>
      </w:r>
    </w:p>
    <w:p>
      <w:pPr>
        <w:spacing w:after="120" w:line="269" w:lineRule="auto"/>
      </w:pPr>
      <w:r>
        <w:rPr>
          <w:rFonts w:ascii="Liberation Serif" w:hAnsi="Liberation Serif" w:eastAsia="Liberation Serif"/>
          <w:b w:val="0"/>
          <w:i w:val="0"/>
          <w:sz w:val="23"/>
        </w:rPr>
        <w:t>Иоанн пишет, чтобы верующие знали, что имеют вечную жизнь. Вера не должна держаться только на постоянной панике: «достаточно ли я сделал, не передумал ли Бог?» Уверенность рождается из доверия Божьему дару, а не из самодовольства.</w:t>
      </w:r>
    </w:p>
    <w:p>
      <w:pPr>
        <w:pStyle w:val="Heading2"/>
      </w:pPr>
      <w:r>
        <w:rPr>
          <w:rFonts w:ascii="Liberation Sans" w:hAnsi="Liberation Sans" w:eastAsia="Liberation Sans"/>
          <w:b/>
          <w:sz w:val="28"/>
        </w:rPr>
        <w:t>Просить по Его воле</w:t>
      </w:r>
    </w:p>
    <w:p>
      <w:pPr>
        <w:spacing w:after="120" w:line="269" w:lineRule="auto"/>
      </w:pPr>
      <w:r>
        <w:rPr>
          <w:rFonts w:ascii="Liberation Serif" w:hAnsi="Liberation Serif" w:eastAsia="Liberation Serif"/>
          <w:b w:val="0"/>
          <w:i w:val="0"/>
          <w:sz w:val="23"/>
        </w:rPr>
        <w:t>Молитва слышима, когда согласуется с волей Бога. Это не техническая формула правильных слов. Божья воля раскрывается в характере Христа: любовь, истина, жизнь, верность.</w:t>
      </w:r>
    </w:p>
    <w:p>
      <w:pPr>
        <w:spacing w:after="120" w:line="269" w:lineRule="auto"/>
      </w:pPr>
      <w:r>
        <w:rPr>
          <w:rFonts w:ascii="Liberation Serif" w:hAnsi="Liberation Serif" w:eastAsia="Liberation Serif"/>
          <w:b w:val="0"/>
          <w:i w:val="0"/>
          <w:sz w:val="23"/>
        </w:rPr>
        <w:t>Мы можем честно просить о чём угодно, включая избавление от боли и успех. Но молитва остаётся разговором, а не приказом. Человек приносит желание и позволяет свету проверить его.</w:t>
      </w:r>
    </w:p>
    <w:p>
      <w:pPr>
        <w:spacing w:after="120" w:line="269" w:lineRule="auto"/>
      </w:pPr>
      <w:r>
        <w:rPr>
          <w:rFonts w:ascii="Liberation Serif" w:hAnsi="Liberation Serif" w:eastAsia="Liberation Serif"/>
          <w:b w:val="0"/>
          <w:i w:val="0"/>
          <w:sz w:val="23"/>
        </w:rPr>
        <w:t>Иногда мы просим, чтобы Бог заставил другого человека сделать то, что нужно нам. Такая молитва может быть духовной формой контроля. Бог не является инструментом вторжения в чужую волю.</w:t>
      </w:r>
    </w:p>
    <w:p>
      <w:pPr>
        <w:pStyle w:val="Heading2"/>
      </w:pPr>
      <w:r>
        <w:rPr>
          <w:rFonts w:ascii="Liberation Sans" w:hAnsi="Liberation Sans" w:eastAsia="Liberation Sans"/>
          <w:b/>
          <w:sz w:val="28"/>
        </w:rPr>
        <w:t>Видеть согрешающего брата</w:t>
      </w:r>
    </w:p>
    <w:p>
      <w:pPr>
        <w:spacing w:after="120" w:line="269" w:lineRule="auto"/>
      </w:pPr>
      <w:r>
        <w:rPr>
          <w:rFonts w:ascii="Liberation Serif" w:hAnsi="Liberation Serif" w:eastAsia="Liberation Serif"/>
          <w:b w:val="0"/>
          <w:i w:val="0"/>
          <w:sz w:val="23"/>
        </w:rPr>
        <w:t>Иоанн говорит молиться за брата, совершающего грех не к смерти. Затем упоминает грех к смерти — один из самых трудных отрывков письма. Он не даёт подробной схемы, и нам опасно превращать загадку в оружие против людей.</w:t>
      </w:r>
    </w:p>
    <w:p>
      <w:pPr>
        <w:spacing w:after="120" w:line="269" w:lineRule="auto"/>
      </w:pPr>
      <w:r>
        <w:rPr>
          <w:rFonts w:ascii="Liberation Serif" w:hAnsi="Liberation Serif" w:eastAsia="Liberation Serif"/>
          <w:b w:val="0"/>
          <w:i w:val="0"/>
          <w:sz w:val="23"/>
        </w:rPr>
        <w:t>Ясно одно: реакция на чужой грех должна начинаться не с наслаждения разоблачением, а с заботы о жизни. Молитва не исключает границ, сообщения о преступлении или защиты пострадавшего. Она отказывается желать окончательной гибели человека.</w:t>
      </w:r>
    </w:p>
    <w:p>
      <w:pPr>
        <w:pStyle w:val="Heading2"/>
      </w:pPr>
      <w:r>
        <w:rPr>
          <w:rFonts w:ascii="Liberation Sans" w:hAnsi="Liberation Sans" w:eastAsia="Liberation Sans"/>
          <w:b/>
          <w:sz w:val="28"/>
        </w:rPr>
        <w:t>Не путать молитву с покрытием</w:t>
      </w:r>
    </w:p>
    <w:p>
      <w:pPr>
        <w:spacing w:after="120" w:line="269" w:lineRule="auto"/>
      </w:pPr>
      <w:r>
        <w:rPr>
          <w:rFonts w:ascii="Liberation Serif" w:hAnsi="Liberation Serif" w:eastAsia="Liberation Serif"/>
          <w:b w:val="0"/>
          <w:i w:val="0"/>
          <w:sz w:val="23"/>
        </w:rPr>
        <w:t>В религиозных сообществах иногда говорят: «не выноси сор из избы, молись». Это не любовь, если преступление продолжается. Молитва за виновного может включать прекращение его доступа к жертвам и справедливое расследование.</w:t>
      </w:r>
    </w:p>
    <w:p>
      <w:pPr>
        <w:spacing w:after="120" w:line="269" w:lineRule="auto"/>
      </w:pPr>
      <w:r>
        <w:rPr>
          <w:rFonts w:ascii="Liberation Serif" w:hAnsi="Liberation Serif" w:eastAsia="Liberation Serif"/>
          <w:b w:val="0"/>
          <w:i w:val="0"/>
          <w:sz w:val="23"/>
        </w:rPr>
        <w:t>Жизнь брата не важнее жизни пострадавшего. Любовь не выбирает тишину в пользу сильного.</w:t>
      </w:r>
    </w:p>
    <w:p>
      <w:pPr>
        <w:pStyle w:val="Heading2"/>
      </w:pPr>
      <w:r>
        <w:rPr>
          <w:rFonts w:ascii="Liberation Sans" w:hAnsi="Liberation Sans" w:eastAsia="Liberation Sans"/>
          <w:b/>
          <w:sz w:val="28"/>
        </w:rPr>
        <w:t>Всякая неправда есть грех</w:t>
      </w:r>
    </w:p>
    <w:p>
      <w:pPr>
        <w:spacing w:after="120" w:line="269" w:lineRule="auto"/>
      </w:pPr>
      <w:r>
        <w:rPr>
          <w:rFonts w:ascii="Liberation Serif" w:hAnsi="Liberation Serif" w:eastAsia="Liberation Serif"/>
          <w:b w:val="0"/>
          <w:i w:val="0"/>
          <w:sz w:val="23"/>
        </w:rPr>
        <w:t>Иоанн не позволяет сосредоточиться только на загадочном «грехе к смерти». Всякая неправда — грех. Не нужно искать экзотическую категорию, чтобы не замечать обычную ложь.</w:t>
      </w:r>
    </w:p>
    <w:p>
      <w:pPr>
        <w:pStyle w:val="Heading2"/>
      </w:pPr>
      <w:r>
        <w:rPr>
          <w:rFonts w:ascii="Liberation Sans" w:hAnsi="Liberation Sans" w:eastAsia="Liberation Sans"/>
          <w:b/>
          <w:sz w:val="28"/>
        </w:rPr>
        <w:t>Где мы себя обманываем</w:t>
      </w:r>
    </w:p>
    <w:p>
      <w:pPr>
        <w:spacing w:after="120" w:line="269" w:lineRule="auto"/>
      </w:pPr>
      <w:r>
        <w:rPr>
          <w:rFonts w:ascii="Liberation Serif" w:hAnsi="Liberation Serif" w:eastAsia="Liberation Serif"/>
          <w:b w:val="0"/>
          <w:i w:val="0"/>
          <w:sz w:val="23"/>
        </w:rPr>
        <w:t>Мы молимся вместо действия там, где можем помочь, и действуем без молитвы там, где нам нравится собственная сила. Зрелость соединяет обращение к Богу и ответственность.</w:t>
      </w:r>
    </w:p>
    <w:p>
      <w:pPr>
        <w:pStyle w:val="Heading2"/>
      </w:pPr>
      <w:r>
        <w:rPr>
          <w:rFonts w:ascii="Liberation Sans" w:hAnsi="Liberation Sans" w:eastAsia="Liberation Sans"/>
          <w:b/>
          <w:sz w:val="28"/>
        </w:rPr>
        <w:t>Честный вопрос</w:t>
      </w:r>
    </w:p>
    <w:p>
      <w:pPr>
        <w:pStyle w:val="Quote"/>
        <w:spacing w:after="120" w:line="269" w:lineRule="auto"/>
      </w:pPr>
      <w:r>
        <w:rPr>
          <w:rFonts w:ascii="Liberation Serif" w:hAnsi="Liberation Serif" w:eastAsia="Liberation Serif"/>
          <w:b w:val="0"/>
          <w:i w:val="0"/>
          <w:sz w:val="23"/>
        </w:rPr>
        <w:t>За чьё изменение я молюсь, не желая менять собственный вклад в проблему?</w:t>
      </w:r>
    </w:p>
    <w:p>
      <w:pPr>
        <w:pStyle w:val="Heading2"/>
      </w:pPr>
      <w:r>
        <w:rPr>
          <w:rFonts w:ascii="Liberation Sans" w:hAnsi="Liberation Sans" w:eastAsia="Liberation Sans"/>
          <w:b/>
          <w:sz w:val="28"/>
        </w:rPr>
        <w:t>Следующий живой шаг</w:t>
      </w:r>
    </w:p>
    <w:p>
      <w:pPr>
        <w:spacing w:after="120" w:line="269" w:lineRule="auto"/>
      </w:pPr>
      <w:r>
        <w:rPr>
          <w:rFonts w:ascii="Liberation Serif" w:hAnsi="Liberation Serif" w:eastAsia="Liberation Serif"/>
          <w:b w:val="0"/>
          <w:i w:val="0"/>
          <w:sz w:val="23"/>
        </w:rPr>
        <w:t>Сформулируйте молитву без управления другим: попросите света, защиты, правды и жизни. Затем определите действие, которое зависит от вас: разговор, граница, сообщение, помощь, прекращение слухов.</w:t>
      </w:r>
    </w:p>
    <w:p>
      <w:r>
        <w:br w:type="page"/>
      </w:r>
    </w:p>
    <w:p>
      <w:pPr>
        <w:pStyle w:val="Heading1"/>
        <w:spacing w:after="60"/>
      </w:pPr>
      <w:r>
        <w:rPr>
          <w:rFonts w:ascii="Liberation Sans" w:hAnsi="Liberation Sans" w:eastAsia="Liberation Sans"/>
          <w:b/>
          <w:sz w:val="36"/>
        </w:rPr>
        <w:t>ГЛАВА 20</w:t>
      </w:r>
    </w:p>
    <w:p>
      <w:pPr>
        <w:spacing w:after="280"/>
      </w:pPr>
      <w:r>
        <w:rPr>
          <w:rFonts w:ascii="Liberation Sans" w:hAnsi="Liberation Sans" w:eastAsia="Liberation Sans"/>
          <w:b/>
          <w:sz w:val="30"/>
        </w:rPr>
        <w:t>Храните себя от идолов — 1 Ин. 5:18–21</w:t>
      </w:r>
    </w:p>
    <w:p>
      <w:pPr>
        <w:pStyle w:val="Heading2"/>
      </w:pPr>
      <w:r>
        <w:rPr>
          <w:rFonts w:ascii="Liberation Sans" w:hAnsi="Liberation Sans" w:eastAsia="Liberation Sans"/>
          <w:b/>
          <w:sz w:val="28"/>
        </w:rPr>
        <w:t>Последняя фраза, которая собирает всё письмо</w:t>
      </w:r>
    </w:p>
    <w:p>
      <w:pPr>
        <w:spacing w:after="120" w:line="269" w:lineRule="auto"/>
      </w:pPr>
      <w:r>
        <w:rPr>
          <w:rFonts w:ascii="Liberation Serif" w:hAnsi="Liberation Serif" w:eastAsia="Liberation Serif"/>
          <w:b w:val="0"/>
          <w:i w:val="0"/>
          <w:sz w:val="23"/>
        </w:rPr>
        <w:t>Послание заканчивается неожиданно коротко: «Дети, храните себя от идолов». После света, любви, Христа, молитвы и вечной жизни — идолы.</w:t>
      </w:r>
    </w:p>
    <w:p>
      <w:pPr>
        <w:spacing w:after="120" w:line="269" w:lineRule="auto"/>
      </w:pPr>
      <w:r>
        <w:rPr>
          <w:rFonts w:ascii="Liberation Serif" w:hAnsi="Liberation Serif" w:eastAsia="Liberation Serif"/>
          <w:b w:val="0"/>
          <w:i w:val="0"/>
          <w:sz w:val="23"/>
        </w:rPr>
        <w:t>Это не случайная приписка. Идол — всё, что занимает место живого Бога и требует абсолютной верности. Он предлагает управляемую святыню: то, что можно использовать для безопасности, власти и самооправдания.</w:t>
      </w:r>
    </w:p>
    <w:p>
      <w:pPr>
        <w:pStyle w:val="Heading2"/>
      </w:pPr>
      <w:r>
        <w:rPr>
          <w:rFonts w:ascii="Liberation Sans" w:hAnsi="Liberation Sans" w:eastAsia="Liberation Sans"/>
          <w:b/>
          <w:sz w:val="28"/>
        </w:rPr>
        <w:t>Современный пересказ</w:t>
      </w:r>
    </w:p>
    <w:p>
      <w:pPr>
        <w:spacing w:after="120" w:line="269" w:lineRule="auto"/>
      </w:pPr>
      <w:r>
        <w:rPr>
          <w:rFonts w:ascii="Liberation Serif" w:hAnsi="Liberation Serif" w:eastAsia="Liberation Serif"/>
          <w:b w:val="0"/>
          <w:i w:val="0"/>
          <w:sz w:val="23"/>
        </w:rPr>
        <w:t>Вы знаете Истинного и получили жизнь в Его Сыне. Поэтому берегитесь подмен. Не превращайте в бога лидера, нацию, семью, деньги, успех, страдание, собственную правоту, даже религиозную организацию или любимую интерпретацию Библии.</w:t>
      </w:r>
    </w:p>
    <w:p>
      <w:pPr>
        <w:spacing w:after="120" w:line="269" w:lineRule="auto"/>
      </w:pPr>
      <w:r>
        <w:rPr>
          <w:rFonts w:ascii="Liberation Serif" w:hAnsi="Liberation Serif" w:eastAsia="Liberation Serif"/>
          <w:b w:val="0"/>
          <w:i w:val="0"/>
          <w:sz w:val="23"/>
        </w:rPr>
        <w:t>Идол не обязательно выглядит злым. Чаще он обещает важное благо: защиту, порядок, принадлежность, смысл. Проблема начинается, когда ради него разрешено всё.</w:t>
      </w:r>
    </w:p>
    <w:p>
      <w:pPr>
        <w:pStyle w:val="Heading2"/>
      </w:pPr>
      <w:r>
        <w:rPr>
          <w:rFonts w:ascii="Liberation Sans" w:hAnsi="Liberation Sans" w:eastAsia="Liberation Sans"/>
          <w:b/>
          <w:sz w:val="28"/>
        </w:rPr>
        <w:t>Как узнать идола</w:t>
      </w:r>
    </w:p>
    <w:p>
      <w:pPr>
        <w:spacing w:after="120" w:line="269" w:lineRule="auto"/>
      </w:pPr>
      <w:r>
        <w:rPr>
          <w:rFonts w:ascii="Liberation Serif" w:hAnsi="Liberation Serif" w:eastAsia="Liberation Serif"/>
          <w:b w:val="0"/>
          <w:i w:val="0"/>
          <w:sz w:val="23"/>
        </w:rPr>
        <w:t>Идол не допускает проверки. Его нельзя критиковать без угрозы изгнания. Ради него можно солгать. Его репутация важнее пострадавшего. Он требует жертвы, но сам не отвечает. Он обещает жизнь, а питается страхом.</w:t>
      </w:r>
    </w:p>
    <w:p>
      <w:pPr>
        <w:spacing w:after="120" w:line="269" w:lineRule="auto"/>
      </w:pPr>
      <w:r>
        <w:rPr>
          <w:rFonts w:ascii="Liberation Serif" w:hAnsi="Liberation Serif" w:eastAsia="Liberation Serif"/>
          <w:b w:val="0"/>
          <w:i w:val="0"/>
          <w:sz w:val="23"/>
        </w:rPr>
        <w:t>Когда семья становится идолом, преступление скрывают ради фамилии. Когда церковь становится идолом, жертву заставляют молчать ради «свидетельства». Когда государство становится идолом, совесть называют предательством. Когда собственная свобода становится идолом, человек отказывается от любой ответственности.</w:t>
      </w:r>
    </w:p>
    <w:p>
      <w:pPr>
        <w:pStyle w:val="Heading2"/>
      </w:pPr>
      <w:r>
        <w:rPr>
          <w:rFonts w:ascii="Liberation Sans" w:hAnsi="Liberation Sans" w:eastAsia="Liberation Sans"/>
          <w:b/>
          <w:sz w:val="28"/>
        </w:rPr>
        <w:t>Рождённый от Бога хранит себя</w:t>
      </w:r>
    </w:p>
    <w:p>
      <w:pPr>
        <w:spacing w:after="120" w:line="269" w:lineRule="auto"/>
      </w:pPr>
      <w:r>
        <w:rPr>
          <w:rFonts w:ascii="Liberation Serif" w:hAnsi="Liberation Serif" w:eastAsia="Liberation Serif"/>
          <w:b w:val="0"/>
          <w:i w:val="0"/>
          <w:sz w:val="23"/>
        </w:rPr>
        <w:t>Иоанн говорит, что рождённый от Бога хранит себя. Божья защита не отменяет внимательности человека. Христос не проживает выбор вместо него.</w:t>
      </w:r>
    </w:p>
    <w:p>
      <w:pPr>
        <w:spacing w:after="120" w:line="269" w:lineRule="auto"/>
      </w:pPr>
      <w:r>
        <w:rPr>
          <w:rFonts w:ascii="Liberation Serif" w:hAnsi="Liberation Serif" w:eastAsia="Liberation Serif"/>
          <w:b w:val="0"/>
          <w:i w:val="0"/>
          <w:sz w:val="23"/>
        </w:rPr>
        <w:t>Хранить себя — знать свои слабые места, не давать желанию стать хозяином, проверять сильные голоса, не заходить снова туда, где свобода уже терялась.</w:t>
      </w:r>
    </w:p>
    <w:p>
      <w:pPr>
        <w:pStyle w:val="Heading2"/>
      </w:pPr>
      <w:r>
        <w:rPr>
          <w:rFonts w:ascii="Liberation Sans" w:hAnsi="Liberation Sans" w:eastAsia="Liberation Sans"/>
          <w:b/>
          <w:sz w:val="28"/>
        </w:rPr>
        <w:t>Весь мир лежит во зле — но не покинут Богом</w:t>
      </w:r>
    </w:p>
    <w:p>
      <w:pPr>
        <w:spacing w:after="120" w:line="269" w:lineRule="auto"/>
      </w:pPr>
      <w:r>
        <w:rPr>
          <w:rFonts w:ascii="Liberation Serif" w:hAnsi="Liberation Serif" w:eastAsia="Liberation Serif"/>
          <w:b w:val="0"/>
          <w:i w:val="0"/>
          <w:sz w:val="23"/>
        </w:rPr>
        <w:t>Иоанн реалистичен: мир находится во власти лукавого. Системы лжи велики. Но письмо не заканчивается отчаянием. Сын пришёл и дал свет и разум, чтобы знать Истинного.</w:t>
      </w:r>
    </w:p>
    <w:p>
      <w:pPr>
        <w:spacing w:after="120" w:line="269" w:lineRule="auto"/>
      </w:pPr>
      <w:r>
        <w:rPr>
          <w:rFonts w:ascii="Liberation Serif" w:hAnsi="Liberation Serif" w:eastAsia="Liberation Serif"/>
          <w:b w:val="0"/>
          <w:i w:val="0"/>
          <w:sz w:val="23"/>
        </w:rPr>
        <w:t>Не нужно отрицать масштаб тьмы. Но нельзя дать ей статус окончательной реальности.</w:t>
      </w:r>
    </w:p>
    <w:p>
      <w:pPr>
        <w:pStyle w:val="Heading2"/>
      </w:pPr>
      <w:r>
        <w:rPr>
          <w:rFonts w:ascii="Liberation Sans" w:hAnsi="Liberation Sans" w:eastAsia="Liberation Sans"/>
          <w:b/>
          <w:sz w:val="28"/>
        </w:rPr>
        <w:t>Где мы себя обманываем</w:t>
      </w:r>
    </w:p>
    <w:p>
      <w:pPr>
        <w:spacing w:after="120" w:line="269" w:lineRule="auto"/>
      </w:pPr>
      <w:r>
        <w:rPr>
          <w:rFonts w:ascii="Liberation Serif" w:hAnsi="Liberation Serif" w:eastAsia="Liberation Serif"/>
          <w:b w:val="0"/>
          <w:i w:val="0"/>
          <w:sz w:val="23"/>
        </w:rPr>
        <w:t>Мы легко видим чужих идолов. Труднее увидеть то, без чего мы не представляем собственной ценности. Иногда главным идолом становится образ себя как человека, который всегда прав и спасает других.</w:t>
      </w:r>
    </w:p>
    <w:p>
      <w:pPr>
        <w:pStyle w:val="Heading2"/>
      </w:pPr>
      <w:r>
        <w:rPr>
          <w:rFonts w:ascii="Liberation Sans" w:hAnsi="Liberation Sans" w:eastAsia="Liberation Sans"/>
          <w:b/>
          <w:sz w:val="28"/>
        </w:rPr>
        <w:t>Честный вопрос</w:t>
      </w:r>
    </w:p>
    <w:p>
      <w:pPr>
        <w:pStyle w:val="Quote"/>
        <w:spacing w:after="120" w:line="269" w:lineRule="auto"/>
      </w:pPr>
      <w:r>
        <w:rPr>
          <w:rFonts w:ascii="Liberation Serif" w:hAnsi="Liberation Serif" w:eastAsia="Liberation Serif"/>
          <w:b w:val="0"/>
          <w:i w:val="0"/>
          <w:sz w:val="23"/>
        </w:rPr>
        <w:t>Что я защищаю даже ценой правды, любви и чужой жизни?</w:t>
      </w:r>
    </w:p>
    <w:p>
      <w:pPr>
        <w:pStyle w:val="Heading2"/>
      </w:pPr>
      <w:r>
        <w:rPr>
          <w:rFonts w:ascii="Liberation Sans" w:hAnsi="Liberation Sans" w:eastAsia="Liberation Sans"/>
          <w:b/>
          <w:sz w:val="28"/>
        </w:rPr>
        <w:t>Следующий живой шаг</w:t>
      </w:r>
    </w:p>
    <w:p>
      <w:pPr>
        <w:spacing w:after="120" w:line="269" w:lineRule="auto"/>
      </w:pPr>
      <w:r>
        <w:rPr>
          <w:rFonts w:ascii="Liberation Serif" w:hAnsi="Liberation Serif" w:eastAsia="Liberation Serif"/>
          <w:b w:val="0"/>
          <w:i w:val="0"/>
          <w:sz w:val="23"/>
        </w:rPr>
        <w:t>Назовите один возможный идол и проведите тест: могу ли я признать его ошибку; могу ли отказаться от выгоды ради истины; кем я буду без него? Сделайте маленький поступок, возвращающий свободу.</w:t>
      </w:r>
    </w:p>
    <w:p>
      <w:r>
        <w:br w:type="page"/>
      </w:r>
    </w:p>
    <w:p>
      <w:pPr>
        <w:pStyle w:val="Heading1"/>
        <w:spacing w:after="60"/>
      </w:pPr>
      <w:r>
        <w:rPr>
          <w:rFonts w:ascii="Liberation Sans" w:hAnsi="Liberation Sans" w:eastAsia="Liberation Sans"/>
          <w:b/>
          <w:sz w:val="36"/>
        </w:rPr>
        <w:t>ЭПИЛОГ</w:t>
      </w:r>
    </w:p>
    <w:p>
      <w:pPr>
        <w:spacing w:after="280"/>
      </w:pPr>
      <w:r>
        <w:rPr>
          <w:rFonts w:ascii="Liberation Sans" w:hAnsi="Liberation Sans" w:eastAsia="Liberation Sans"/>
          <w:b/>
          <w:sz w:val="30"/>
        </w:rPr>
        <w:t>Не словом, а жизнью</w:t>
      </w:r>
    </w:p>
    <w:p>
      <w:pPr>
        <w:spacing w:after="120" w:line="269" w:lineRule="auto"/>
      </w:pPr>
      <w:r>
        <w:rPr>
          <w:rFonts w:ascii="Liberation Serif" w:hAnsi="Liberation Serif" w:eastAsia="Liberation Serif"/>
          <w:b w:val="0"/>
          <w:i w:val="0"/>
          <w:sz w:val="23"/>
        </w:rPr>
        <w:t>Первое послание Иоанна не даёт человеку спрятаться ни в строгом законе, ни в сладкой духовности.</w:t>
      </w:r>
    </w:p>
    <w:p>
      <w:pPr>
        <w:spacing w:after="120" w:line="269" w:lineRule="auto"/>
      </w:pPr>
      <w:r>
        <w:rPr>
          <w:rFonts w:ascii="Liberation Serif" w:hAnsi="Liberation Serif" w:eastAsia="Liberation Serif"/>
          <w:b w:val="0"/>
          <w:i w:val="0"/>
          <w:sz w:val="23"/>
        </w:rPr>
        <w:t>Оно не разрешает сказать: «я без греха». Но и не оставляет нас в приговоре. Есть признание, очищение и Ходатай.</w:t>
      </w:r>
    </w:p>
    <w:p>
      <w:pPr>
        <w:spacing w:after="120" w:line="269" w:lineRule="auto"/>
      </w:pPr>
      <w:r>
        <w:rPr>
          <w:rFonts w:ascii="Liberation Serif" w:hAnsi="Liberation Serif" w:eastAsia="Liberation Serif"/>
          <w:b w:val="0"/>
          <w:i w:val="0"/>
          <w:sz w:val="23"/>
        </w:rPr>
        <w:t>Оно не разрешает сказать: «я знаю Бога», если знание не вошло в путь.</w:t>
      </w:r>
    </w:p>
    <w:p>
      <w:pPr>
        <w:spacing w:after="120" w:line="269" w:lineRule="auto"/>
      </w:pPr>
      <w:r>
        <w:rPr>
          <w:rFonts w:ascii="Liberation Serif" w:hAnsi="Liberation Serif" w:eastAsia="Liberation Serif"/>
          <w:b w:val="0"/>
          <w:i w:val="0"/>
          <w:sz w:val="23"/>
        </w:rPr>
        <w:t>Оно не разрешает говорить о свете, организуя жизнь вокруг тайников.</w:t>
      </w:r>
    </w:p>
    <w:p>
      <w:pPr>
        <w:spacing w:after="120" w:line="269" w:lineRule="auto"/>
      </w:pPr>
      <w:r>
        <w:rPr>
          <w:rFonts w:ascii="Liberation Serif" w:hAnsi="Liberation Serif" w:eastAsia="Liberation Serif"/>
          <w:b w:val="0"/>
          <w:i w:val="0"/>
          <w:sz w:val="23"/>
        </w:rPr>
        <w:t>Оно не разрешает любить невидимого Бога ценой видимого человека.</w:t>
      </w:r>
    </w:p>
    <w:p>
      <w:pPr>
        <w:spacing w:after="120" w:line="269" w:lineRule="auto"/>
      </w:pPr>
      <w:r>
        <w:rPr>
          <w:rFonts w:ascii="Liberation Serif" w:hAnsi="Liberation Serif" w:eastAsia="Liberation Serif"/>
          <w:b w:val="0"/>
          <w:i w:val="0"/>
          <w:sz w:val="23"/>
        </w:rPr>
        <w:t>Оно не разрешает объявить любое сильное переживание Духом. Духов нужно проверять Христом, истиной и плодом.</w:t>
      </w:r>
    </w:p>
    <w:p>
      <w:pPr>
        <w:spacing w:after="120" w:line="269" w:lineRule="auto"/>
      </w:pPr>
      <w:r>
        <w:rPr>
          <w:rFonts w:ascii="Liberation Serif" w:hAnsi="Liberation Serif" w:eastAsia="Liberation Serif"/>
          <w:b w:val="0"/>
          <w:i w:val="0"/>
          <w:sz w:val="23"/>
        </w:rPr>
        <w:t>Оно не разрешает использовать страх наказания как главный двигатель веры. Совершенная любовь выводит человека из рабского укрытия.</w:t>
      </w:r>
    </w:p>
    <w:p>
      <w:pPr>
        <w:spacing w:after="120" w:line="269" w:lineRule="auto"/>
      </w:pPr>
      <w:r>
        <w:rPr>
          <w:rFonts w:ascii="Liberation Serif" w:hAnsi="Liberation Serif" w:eastAsia="Liberation Serif"/>
          <w:b w:val="0"/>
          <w:i w:val="0"/>
          <w:sz w:val="23"/>
        </w:rPr>
        <w:t>Оно не разрешает назвать победой власть над другими. Победа над миром начинается там, где мир больше не может купить совесть.</w:t>
      </w:r>
    </w:p>
    <w:p>
      <w:pPr>
        <w:spacing w:after="120" w:line="269" w:lineRule="auto"/>
      </w:pPr>
      <w:r>
        <w:rPr>
          <w:rFonts w:ascii="Liberation Serif" w:hAnsi="Liberation Serif" w:eastAsia="Liberation Serif"/>
          <w:b w:val="0"/>
          <w:i w:val="0"/>
          <w:sz w:val="23"/>
        </w:rPr>
        <w:t>И в конце оно говорит: храните себя от идолов. Потому что любая живая истина может быть превращена в мёртвый предмет контроля. Даже Библию можно сделать идолом, если использовать её не для встречи с правдой, а для закрытия вопросов и власти над людьми.</w:t>
      </w:r>
    </w:p>
    <w:p>
      <w:pPr>
        <w:pStyle w:val="Heading2"/>
      </w:pPr>
      <w:r>
        <w:rPr>
          <w:rFonts w:ascii="Liberation Sans" w:hAnsi="Liberation Sans" w:eastAsia="Liberation Sans"/>
          <w:b/>
          <w:sz w:val="28"/>
        </w:rPr>
        <w:t>Пять движений живого смысла</w:t>
      </w:r>
    </w:p>
    <w:p>
      <w:pPr>
        <w:spacing w:after="120" w:line="269" w:lineRule="auto"/>
      </w:pPr>
      <w:r>
        <w:rPr>
          <w:rFonts w:ascii="Liberation Serif" w:hAnsi="Liberation Serif" w:eastAsia="Liberation Serif"/>
          <w:b w:val="0"/>
          <w:i w:val="0"/>
          <w:sz w:val="23"/>
        </w:rPr>
        <w:t>Всё письмо можно собрать в пять движений.</w:t>
      </w:r>
    </w:p>
    <w:p>
      <w:pPr>
        <w:spacing w:after="120" w:line="269" w:lineRule="auto"/>
      </w:pPr>
      <w:r>
        <w:rPr>
          <w:rFonts w:ascii="Liberation Serif" w:hAnsi="Liberation Serif" w:eastAsia="Liberation Serif"/>
          <w:b/>
          <w:i w:val="0"/>
          <w:sz w:val="23"/>
        </w:rPr>
        <w:t>Увидеть.</w:t>
      </w:r>
      <w:r>
        <w:rPr>
          <w:rFonts w:ascii="Liberation Serif" w:hAnsi="Liberation Serif" w:eastAsia="Liberation Serif"/>
          <w:b w:val="0"/>
          <w:i w:val="0"/>
          <w:sz w:val="23"/>
        </w:rPr>
        <w:t xml:space="preserve"> Свет обнаруживает то, что есть, а не то, что хотелось бы показать.</w:t>
      </w:r>
    </w:p>
    <w:p>
      <w:pPr>
        <w:spacing w:after="120" w:line="269" w:lineRule="auto"/>
      </w:pPr>
      <w:r>
        <w:rPr>
          <w:rFonts w:ascii="Liberation Serif" w:hAnsi="Liberation Serif" w:eastAsia="Liberation Serif"/>
          <w:b/>
          <w:i w:val="0"/>
          <w:sz w:val="23"/>
        </w:rPr>
        <w:t>Признать.</w:t>
      </w:r>
      <w:r>
        <w:rPr>
          <w:rFonts w:ascii="Liberation Serif" w:hAnsi="Liberation Serif" w:eastAsia="Liberation Serif"/>
          <w:b w:val="0"/>
          <w:i w:val="0"/>
          <w:sz w:val="23"/>
        </w:rPr>
        <w:t xml:space="preserve"> Человек перестаёт защищать ложную версию себя и называет конкретный грех.</w:t>
      </w:r>
    </w:p>
    <w:p>
      <w:pPr>
        <w:spacing w:after="120" w:line="269" w:lineRule="auto"/>
      </w:pPr>
      <w:r>
        <w:rPr>
          <w:rFonts w:ascii="Liberation Serif" w:hAnsi="Liberation Serif" w:eastAsia="Liberation Serif"/>
          <w:b/>
          <w:i w:val="0"/>
          <w:sz w:val="23"/>
        </w:rPr>
        <w:t>Принять жизнь.</w:t>
      </w:r>
      <w:r>
        <w:rPr>
          <w:rFonts w:ascii="Liberation Serif" w:hAnsi="Liberation Serif" w:eastAsia="Liberation Serif"/>
          <w:b w:val="0"/>
          <w:i w:val="0"/>
          <w:sz w:val="23"/>
        </w:rPr>
        <w:t xml:space="preserve"> Прощение и любовь Бога возвращают возможность встать, а не лежать под приговором.</w:t>
      </w:r>
    </w:p>
    <w:p>
      <w:pPr>
        <w:spacing w:after="120" w:line="269" w:lineRule="auto"/>
      </w:pPr>
      <w:r>
        <w:rPr>
          <w:rFonts w:ascii="Liberation Serif" w:hAnsi="Liberation Serif" w:eastAsia="Liberation Serif"/>
          <w:b/>
          <w:i w:val="0"/>
          <w:sz w:val="23"/>
        </w:rPr>
        <w:t>Выбрать.</w:t>
      </w:r>
      <w:r>
        <w:rPr>
          <w:rFonts w:ascii="Liberation Serif" w:hAnsi="Liberation Serif" w:eastAsia="Liberation Serif"/>
          <w:b w:val="0"/>
          <w:i w:val="0"/>
          <w:sz w:val="23"/>
        </w:rPr>
        <w:t xml:space="preserve"> Христос не нажимает тормоз вместо человека. Он открывает дорогу, по которой человек идёт собственными ногами.</w:t>
      </w:r>
    </w:p>
    <w:p>
      <w:pPr>
        <w:spacing w:after="120" w:line="269" w:lineRule="auto"/>
      </w:pPr>
      <w:r>
        <w:rPr>
          <w:rFonts w:ascii="Liberation Serif" w:hAnsi="Liberation Serif" w:eastAsia="Liberation Serif"/>
          <w:b/>
          <w:i w:val="0"/>
          <w:sz w:val="23"/>
        </w:rPr>
        <w:t>Принести плод.</w:t>
      </w:r>
      <w:r>
        <w:rPr>
          <w:rFonts w:ascii="Liberation Serif" w:hAnsi="Liberation Serif" w:eastAsia="Liberation Serif"/>
          <w:b w:val="0"/>
          <w:i w:val="0"/>
          <w:sz w:val="23"/>
        </w:rPr>
        <w:t xml:space="preserve"> Вера становится видимой в любви, правде, верности, милости, границе и исправлении.</w:t>
      </w:r>
    </w:p>
    <w:p>
      <w:pPr>
        <w:spacing w:after="120" w:line="269" w:lineRule="auto"/>
      </w:pPr>
      <w:r>
        <w:rPr>
          <w:rFonts w:ascii="Liberation Serif" w:hAnsi="Liberation Serif" w:eastAsia="Liberation Serif"/>
          <w:b w:val="0"/>
          <w:i w:val="0"/>
          <w:sz w:val="23"/>
        </w:rPr>
        <w:t>Спасение, которое не вошло в поступки человека, ещё не стало его жизнью. Не потому, что поступками нужно купить любовь Бога. А потому, что принятая жизнь начинает дышать, двигаться и расти.</w:t>
      </w:r>
    </w:p>
    <w:p>
      <w:pPr>
        <w:spacing w:after="120" w:line="269" w:lineRule="auto"/>
      </w:pPr>
      <w:r>
        <w:rPr>
          <w:rFonts w:ascii="Liberation Serif" w:hAnsi="Liberation Serif" w:eastAsia="Liberation Serif"/>
          <w:b w:val="0"/>
          <w:i w:val="0"/>
          <w:sz w:val="23"/>
        </w:rPr>
        <w:t>Солнце не растёт вместо семени. Но семя не создаёт себе солнце.</w:t>
      </w:r>
    </w:p>
    <w:p>
      <w:pPr>
        <w:spacing w:after="120" w:line="269" w:lineRule="auto"/>
      </w:pPr>
      <w:r>
        <w:rPr>
          <w:rFonts w:ascii="Liberation Serif" w:hAnsi="Liberation Serif" w:eastAsia="Liberation Serif"/>
          <w:b w:val="0"/>
          <w:i w:val="0"/>
          <w:sz w:val="23"/>
        </w:rPr>
        <w:t>Вода не раскрывает оболочку насильно. Но без воды семя засыхает.</w:t>
      </w:r>
    </w:p>
    <w:p>
      <w:pPr>
        <w:spacing w:after="120" w:line="269" w:lineRule="auto"/>
      </w:pPr>
      <w:r>
        <w:rPr>
          <w:rFonts w:ascii="Liberation Serif" w:hAnsi="Liberation Serif" w:eastAsia="Liberation Serif"/>
          <w:b w:val="0"/>
          <w:i w:val="0"/>
          <w:sz w:val="23"/>
        </w:rPr>
        <w:t>Бог даёт свет — человек открывает глаза.</w:t>
      </w:r>
    </w:p>
    <w:p>
      <w:pPr>
        <w:spacing w:after="120" w:line="269" w:lineRule="auto"/>
      </w:pPr>
      <w:r>
        <w:rPr>
          <w:rFonts w:ascii="Liberation Serif" w:hAnsi="Liberation Serif" w:eastAsia="Liberation Serif"/>
          <w:b w:val="0"/>
          <w:i w:val="0"/>
          <w:sz w:val="23"/>
        </w:rPr>
        <w:t>Бог зовёт — человек идёт.</w:t>
      </w:r>
    </w:p>
    <w:p>
      <w:pPr>
        <w:spacing w:after="120" w:line="269" w:lineRule="auto"/>
      </w:pPr>
      <w:r>
        <w:rPr>
          <w:rFonts w:ascii="Liberation Serif" w:hAnsi="Liberation Serif" w:eastAsia="Liberation Serif"/>
          <w:b w:val="0"/>
          <w:i w:val="0"/>
          <w:sz w:val="23"/>
        </w:rPr>
        <w:t>Бог прощает — человек перестаёт прятаться и исправляет зло.</w:t>
      </w:r>
    </w:p>
    <w:p>
      <w:pPr>
        <w:spacing w:after="120" w:line="269" w:lineRule="auto"/>
      </w:pPr>
      <w:r>
        <w:rPr>
          <w:rFonts w:ascii="Liberation Serif" w:hAnsi="Liberation Serif" w:eastAsia="Liberation Serif"/>
          <w:b w:val="0"/>
          <w:i w:val="0"/>
          <w:sz w:val="23"/>
        </w:rPr>
        <w:t>Бог даёт силу — человек решает, чему она будет служить.</w:t>
      </w:r>
    </w:p>
    <w:p>
      <w:pPr>
        <w:spacing w:after="120" w:line="269" w:lineRule="auto"/>
      </w:pPr>
      <w:r>
        <w:rPr>
          <w:rFonts w:ascii="Liberation Serif" w:hAnsi="Liberation Serif" w:eastAsia="Liberation Serif"/>
          <w:b w:val="0"/>
          <w:i w:val="0"/>
          <w:sz w:val="23"/>
        </w:rPr>
        <w:t>После этой книги не нужно обещать изменить всю жизнь. Выберите один участок, который уже стал видимым. Один разговор. Одно возвращение. Одну границу. Одну помощь. Одно признание.</w:t>
      </w:r>
    </w:p>
    <w:p>
      <w:pPr>
        <w:pStyle w:val="Quote"/>
        <w:spacing w:after="120" w:line="269" w:lineRule="auto"/>
      </w:pPr>
      <w:r>
        <w:rPr>
          <w:rFonts w:ascii="Liberation Serif" w:hAnsi="Liberation Serif" w:eastAsia="Liberation Serif"/>
          <w:b w:val="0"/>
          <w:i w:val="0"/>
          <w:sz w:val="23"/>
        </w:rPr>
        <w:t>Вера становится жизнью там, где следующий честный шаг перестаёт быть мыслью и становится поступком.</w:t>
      </w:r>
    </w:p>
    <w:p>
      <w:r>
        <w:br w:type="page"/>
      </w:r>
    </w:p>
    <w:p>
      <w:pPr>
        <w:pStyle w:val="Heading1"/>
        <w:spacing w:after="60"/>
      </w:pPr>
      <w:r>
        <w:rPr>
          <w:rFonts w:ascii="Liberation Sans" w:hAnsi="Liberation Sans" w:eastAsia="Liberation Sans"/>
          <w:b/>
          <w:sz w:val="36"/>
        </w:rPr>
        <w:t>ПРИЛОЖЕНИЕ</w:t>
      </w:r>
    </w:p>
    <w:p>
      <w:pPr>
        <w:spacing w:after="280"/>
      </w:pPr>
      <w:r>
        <w:rPr>
          <w:rFonts w:ascii="Liberation Sans" w:hAnsi="Liberation Sans" w:eastAsia="Liberation Sans"/>
          <w:b/>
          <w:sz w:val="30"/>
        </w:rPr>
        <w:t>Семидневный путь по Первому посланию Иоанна</w:t>
      </w:r>
    </w:p>
    <w:p>
      <w:pPr>
        <w:spacing w:after="120" w:line="269" w:lineRule="auto"/>
      </w:pPr>
      <w:r>
        <w:rPr>
          <w:rFonts w:ascii="Liberation Serif" w:hAnsi="Liberation Serif" w:eastAsia="Liberation Serif"/>
          <w:b w:val="0"/>
          <w:i w:val="0"/>
          <w:sz w:val="23"/>
        </w:rPr>
        <w:t>Эту практику можно пройти самостоятельно или небольшой группой. Не пытайтесь ответить «правильно». Ответ должен быть достаточно честным, чтобы привести к действию.</w:t>
      </w:r>
    </w:p>
    <w:p>
      <w:pPr>
        <w:pStyle w:val="Heading2"/>
      </w:pPr>
      <w:r>
        <w:rPr>
          <w:rFonts w:ascii="Liberation Sans" w:hAnsi="Liberation Sans" w:eastAsia="Liberation Sans"/>
          <w:b/>
          <w:sz w:val="28"/>
        </w:rPr>
        <w:t>День 1. Свет</w:t>
      </w:r>
    </w:p>
    <w:p>
      <w:pPr>
        <w:spacing w:after="120" w:line="269" w:lineRule="auto"/>
      </w:pPr>
      <w:r>
        <w:rPr>
          <w:rFonts w:ascii="Liberation Serif" w:hAnsi="Liberation Serif" w:eastAsia="Liberation Serif"/>
          <w:b w:val="0"/>
          <w:i w:val="0"/>
          <w:sz w:val="23"/>
        </w:rPr>
        <w:t>Прочитайте 1 Ин. 1:1–10.</w:t>
      </w:r>
    </w:p>
    <w:p>
      <w:pPr>
        <w:spacing w:after="120" w:line="269" w:lineRule="auto"/>
      </w:pPr>
      <w:r>
        <w:rPr>
          <w:rFonts w:ascii="Liberation Serif" w:hAnsi="Liberation Serif" w:eastAsia="Liberation Serif"/>
          <w:b w:val="0"/>
          <w:i w:val="0"/>
          <w:sz w:val="23"/>
        </w:rPr>
        <w:t>Запишите: что в моей жизни сейчас нуждается не в объяснении, а в свете? Какой факт я искажаю словами?</w:t>
      </w:r>
    </w:p>
    <w:p>
      <w:pPr>
        <w:spacing w:after="120" w:line="269" w:lineRule="auto"/>
      </w:pPr>
      <w:r>
        <w:rPr>
          <w:rFonts w:ascii="Liberation Serif" w:hAnsi="Liberation Serif" w:eastAsia="Liberation Serif"/>
          <w:b w:val="0"/>
          <w:i w:val="0"/>
          <w:sz w:val="23"/>
        </w:rPr>
        <w:t>Действие: назвать факт без оправдания.</w:t>
      </w:r>
    </w:p>
    <w:p>
      <w:pPr>
        <w:pStyle w:val="Heading2"/>
      </w:pPr>
      <w:r>
        <w:rPr>
          <w:rFonts w:ascii="Liberation Sans" w:hAnsi="Liberation Sans" w:eastAsia="Liberation Sans"/>
          <w:b/>
          <w:sz w:val="28"/>
        </w:rPr>
        <w:t>День 2. Путь</w:t>
      </w:r>
    </w:p>
    <w:p>
      <w:pPr>
        <w:spacing w:after="120" w:line="269" w:lineRule="auto"/>
      </w:pPr>
      <w:r>
        <w:rPr>
          <w:rFonts w:ascii="Liberation Serif" w:hAnsi="Liberation Serif" w:eastAsia="Liberation Serif"/>
          <w:b w:val="0"/>
          <w:i w:val="0"/>
          <w:sz w:val="23"/>
        </w:rPr>
        <w:t>Прочитайте 1 Ин. 2:1–14.</w:t>
      </w:r>
    </w:p>
    <w:p>
      <w:pPr>
        <w:spacing w:after="120" w:line="269" w:lineRule="auto"/>
      </w:pPr>
      <w:r>
        <w:rPr>
          <w:rFonts w:ascii="Liberation Serif" w:hAnsi="Liberation Serif" w:eastAsia="Liberation Serif"/>
          <w:b w:val="0"/>
          <w:i w:val="0"/>
          <w:sz w:val="23"/>
        </w:rPr>
        <w:t>Запишите: где мои слова о вере и мой привычный путь расходятся?</w:t>
      </w:r>
    </w:p>
    <w:p>
      <w:pPr>
        <w:spacing w:after="120" w:line="269" w:lineRule="auto"/>
      </w:pPr>
      <w:r>
        <w:rPr>
          <w:rFonts w:ascii="Liberation Serif" w:hAnsi="Liberation Serif" w:eastAsia="Liberation Serif"/>
          <w:b w:val="0"/>
          <w:i w:val="0"/>
          <w:sz w:val="23"/>
        </w:rPr>
        <w:t>Действие: изменить один повторяемый поступок.</w:t>
      </w:r>
    </w:p>
    <w:p>
      <w:pPr>
        <w:pStyle w:val="Heading2"/>
      </w:pPr>
      <w:r>
        <w:rPr>
          <w:rFonts w:ascii="Liberation Sans" w:hAnsi="Liberation Sans" w:eastAsia="Liberation Sans"/>
          <w:b/>
          <w:sz w:val="28"/>
        </w:rPr>
        <w:t>День 3. Мир и идолы</w:t>
      </w:r>
    </w:p>
    <w:p>
      <w:pPr>
        <w:spacing w:after="120" w:line="269" w:lineRule="auto"/>
      </w:pPr>
      <w:r>
        <w:rPr>
          <w:rFonts w:ascii="Liberation Serif" w:hAnsi="Liberation Serif" w:eastAsia="Liberation Serif"/>
          <w:b w:val="0"/>
          <w:i w:val="0"/>
          <w:sz w:val="23"/>
        </w:rPr>
        <w:t>Прочитайте 1 Ин. 2:15–27 и 5:21.</w:t>
      </w:r>
    </w:p>
    <w:p>
      <w:pPr>
        <w:spacing w:after="120" w:line="269" w:lineRule="auto"/>
      </w:pPr>
      <w:r>
        <w:rPr>
          <w:rFonts w:ascii="Liberation Serif" w:hAnsi="Liberation Serif" w:eastAsia="Liberation Serif"/>
          <w:b w:val="0"/>
          <w:i w:val="0"/>
          <w:sz w:val="23"/>
        </w:rPr>
        <w:t>Запишите: что сильнее всего управляет моей ценностью — деньги, статус, страх группы, отношения, образ правоты?</w:t>
      </w:r>
    </w:p>
    <w:p>
      <w:pPr>
        <w:spacing w:after="120" w:line="269" w:lineRule="auto"/>
      </w:pPr>
      <w:r>
        <w:rPr>
          <w:rFonts w:ascii="Liberation Serif" w:hAnsi="Liberation Serif" w:eastAsia="Liberation Serif"/>
          <w:b w:val="0"/>
          <w:i w:val="0"/>
          <w:sz w:val="23"/>
        </w:rPr>
        <w:t>Действие: один маленький отказ от зависимости.</w:t>
      </w:r>
    </w:p>
    <w:p>
      <w:pPr>
        <w:pStyle w:val="Heading2"/>
      </w:pPr>
      <w:r>
        <w:rPr>
          <w:rFonts w:ascii="Liberation Sans" w:hAnsi="Liberation Sans" w:eastAsia="Liberation Sans"/>
          <w:b/>
          <w:sz w:val="28"/>
        </w:rPr>
        <w:t>День 4. Семя и направление</w:t>
      </w:r>
    </w:p>
    <w:p>
      <w:pPr>
        <w:spacing w:after="120" w:line="269" w:lineRule="auto"/>
      </w:pPr>
      <w:r>
        <w:rPr>
          <w:rFonts w:ascii="Liberation Serif" w:hAnsi="Liberation Serif" w:eastAsia="Liberation Serif"/>
          <w:b w:val="0"/>
          <w:i w:val="0"/>
          <w:sz w:val="23"/>
        </w:rPr>
        <w:t>Прочитайте 1 Ин. 2:28–3:10.</w:t>
      </w:r>
    </w:p>
    <w:p>
      <w:pPr>
        <w:spacing w:after="120" w:line="269" w:lineRule="auto"/>
      </w:pPr>
      <w:r>
        <w:rPr>
          <w:rFonts w:ascii="Liberation Serif" w:hAnsi="Liberation Serif" w:eastAsia="Liberation Serif"/>
          <w:b w:val="0"/>
          <w:i w:val="0"/>
          <w:sz w:val="23"/>
        </w:rPr>
        <w:t>Запишите: какой грех я называю характером? Какое условие поможет новой жизни расти?</w:t>
      </w:r>
    </w:p>
    <w:p>
      <w:pPr>
        <w:spacing w:after="120" w:line="269" w:lineRule="auto"/>
      </w:pPr>
      <w:r>
        <w:rPr>
          <w:rFonts w:ascii="Liberation Serif" w:hAnsi="Liberation Serif" w:eastAsia="Liberation Serif"/>
          <w:b w:val="0"/>
          <w:i w:val="0"/>
          <w:sz w:val="23"/>
        </w:rPr>
        <w:t>Действие: поставить одно ограничение или попросить помощи.</w:t>
      </w:r>
    </w:p>
    <w:p>
      <w:pPr>
        <w:pStyle w:val="Heading2"/>
      </w:pPr>
      <w:r>
        <w:rPr>
          <w:rFonts w:ascii="Liberation Sans" w:hAnsi="Liberation Sans" w:eastAsia="Liberation Sans"/>
          <w:b/>
          <w:sz w:val="28"/>
        </w:rPr>
        <w:t>День 5. Любовь делом</w:t>
      </w:r>
    </w:p>
    <w:p>
      <w:pPr>
        <w:spacing w:after="120" w:line="269" w:lineRule="auto"/>
      </w:pPr>
      <w:r>
        <w:rPr>
          <w:rFonts w:ascii="Liberation Serif" w:hAnsi="Liberation Serif" w:eastAsia="Liberation Serif"/>
          <w:b w:val="0"/>
          <w:i w:val="0"/>
          <w:sz w:val="23"/>
        </w:rPr>
        <w:t>Прочитайте 1 Ин. 3:11–24.</w:t>
      </w:r>
    </w:p>
    <w:p>
      <w:pPr>
        <w:spacing w:after="120" w:line="269" w:lineRule="auto"/>
      </w:pPr>
      <w:r>
        <w:rPr>
          <w:rFonts w:ascii="Liberation Serif" w:hAnsi="Liberation Serif" w:eastAsia="Liberation Serif"/>
          <w:b w:val="0"/>
          <w:i w:val="0"/>
          <w:sz w:val="23"/>
        </w:rPr>
        <w:t>Запишите: какую нужду я вижу? Где сердце обвиняет меня конкретно, а где только уничтожает?</w:t>
      </w:r>
    </w:p>
    <w:p>
      <w:pPr>
        <w:spacing w:after="120" w:line="269" w:lineRule="auto"/>
      </w:pPr>
      <w:r>
        <w:rPr>
          <w:rFonts w:ascii="Liberation Serif" w:hAnsi="Liberation Serif" w:eastAsia="Liberation Serif"/>
          <w:b w:val="0"/>
          <w:i w:val="0"/>
          <w:sz w:val="23"/>
        </w:rPr>
        <w:t>Действие: помочь или исправить то, что действительно зависит от меня.</w:t>
      </w:r>
    </w:p>
    <w:p>
      <w:pPr>
        <w:pStyle w:val="Heading2"/>
      </w:pPr>
      <w:r>
        <w:rPr>
          <w:rFonts w:ascii="Liberation Sans" w:hAnsi="Liberation Sans" w:eastAsia="Liberation Sans"/>
          <w:b/>
          <w:sz w:val="28"/>
        </w:rPr>
        <w:t>День 6. Различение и страх</w:t>
      </w:r>
    </w:p>
    <w:p>
      <w:pPr>
        <w:spacing w:after="120" w:line="269" w:lineRule="auto"/>
      </w:pPr>
      <w:r>
        <w:rPr>
          <w:rFonts w:ascii="Liberation Serif" w:hAnsi="Liberation Serif" w:eastAsia="Liberation Serif"/>
          <w:b w:val="0"/>
          <w:i w:val="0"/>
          <w:sz w:val="23"/>
        </w:rPr>
        <w:t>Прочитайте 1 Ин. 4.</w:t>
      </w:r>
    </w:p>
    <w:p>
      <w:pPr>
        <w:spacing w:after="120" w:line="269" w:lineRule="auto"/>
      </w:pPr>
      <w:r>
        <w:rPr>
          <w:rFonts w:ascii="Liberation Serif" w:hAnsi="Liberation Serif" w:eastAsia="Liberation Serif"/>
          <w:b w:val="0"/>
          <w:i w:val="0"/>
          <w:sz w:val="23"/>
        </w:rPr>
        <w:t>Запишите: какое учение или влияние делает меня зависимым от страха? Какой плод оно производит?</w:t>
      </w:r>
    </w:p>
    <w:p>
      <w:pPr>
        <w:spacing w:after="120" w:line="269" w:lineRule="auto"/>
      </w:pPr>
      <w:r>
        <w:rPr>
          <w:rFonts w:ascii="Liberation Serif" w:hAnsi="Liberation Serif" w:eastAsia="Liberation Serif"/>
          <w:b w:val="0"/>
          <w:i w:val="0"/>
          <w:sz w:val="23"/>
        </w:rPr>
        <w:t>Действие: проверить один сильный голос по Христу, истине и плоду.</w:t>
      </w:r>
    </w:p>
    <w:p>
      <w:pPr>
        <w:pStyle w:val="Heading2"/>
      </w:pPr>
      <w:r>
        <w:rPr>
          <w:rFonts w:ascii="Liberation Sans" w:hAnsi="Liberation Sans" w:eastAsia="Liberation Sans"/>
          <w:b/>
          <w:sz w:val="28"/>
        </w:rPr>
        <w:t>День 7. Победа и свобода</w:t>
      </w:r>
    </w:p>
    <w:p>
      <w:pPr>
        <w:spacing w:after="120" w:line="269" w:lineRule="auto"/>
      </w:pPr>
      <w:r>
        <w:rPr>
          <w:rFonts w:ascii="Liberation Serif" w:hAnsi="Liberation Serif" w:eastAsia="Liberation Serif"/>
          <w:b w:val="0"/>
          <w:i w:val="0"/>
          <w:sz w:val="23"/>
        </w:rPr>
        <w:t>Прочитайте 1 Ин. 5.</w:t>
      </w:r>
    </w:p>
    <w:p>
      <w:pPr>
        <w:spacing w:after="120" w:line="269" w:lineRule="auto"/>
      </w:pPr>
      <w:r>
        <w:rPr>
          <w:rFonts w:ascii="Liberation Serif" w:hAnsi="Liberation Serif" w:eastAsia="Liberation Serif"/>
          <w:b w:val="0"/>
          <w:i w:val="0"/>
          <w:sz w:val="23"/>
        </w:rPr>
        <w:t>Запишите: что может купить мою совесть? Что я защищаю ценой правды?</w:t>
      </w:r>
    </w:p>
    <w:p>
      <w:pPr>
        <w:spacing w:after="120" w:line="269" w:lineRule="auto"/>
      </w:pPr>
      <w:r>
        <w:rPr>
          <w:rFonts w:ascii="Liberation Serif" w:hAnsi="Liberation Serif" w:eastAsia="Liberation Serif"/>
          <w:b w:val="0"/>
          <w:i w:val="0"/>
          <w:sz w:val="23"/>
        </w:rPr>
        <w:t>Действие: сформулировать границу, которую вы не переступите ради выгоды.</w:t>
      </w:r>
    </w:p>
    <w:p>
      <w:pPr>
        <w:pStyle w:val="Heading2"/>
      </w:pPr>
      <w:r>
        <w:rPr>
          <w:rFonts w:ascii="Liberation Sans" w:hAnsi="Liberation Sans" w:eastAsia="Liberation Sans"/>
          <w:b/>
          <w:sz w:val="28"/>
        </w:rPr>
        <w:t>Для совместного обсуждения</w:t>
      </w:r>
    </w:p>
    <w:p>
      <w:pPr>
        <w:pStyle w:val="ListNumber"/>
      </w:pPr>
      <w:r>
        <w:rPr>
          <w:rFonts w:ascii="Liberation Serif" w:hAnsi="Liberation Serif" w:eastAsia="Liberation Serif"/>
          <w:b w:val="0"/>
          <w:i w:val="0"/>
          <w:sz w:val="23"/>
        </w:rPr>
        <w:t>Где мы подменяем признание самоосуждением?</w:t>
      </w:r>
    </w:p>
    <w:p>
      <w:pPr>
        <w:pStyle w:val="ListNumber"/>
      </w:pPr>
      <w:r>
        <w:rPr>
          <w:rFonts w:ascii="Liberation Serif" w:hAnsi="Liberation Serif" w:eastAsia="Liberation Serif"/>
          <w:b w:val="0"/>
          <w:i w:val="0"/>
          <w:sz w:val="23"/>
        </w:rPr>
        <w:t>Как отличить любовь от зависимости и контроля?</w:t>
      </w:r>
    </w:p>
    <w:p>
      <w:pPr>
        <w:pStyle w:val="ListNumber"/>
      </w:pPr>
      <w:r>
        <w:rPr>
          <w:rFonts w:ascii="Liberation Serif" w:hAnsi="Liberation Serif" w:eastAsia="Liberation Serif"/>
          <w:b w:val="0"/>
          <w:i w:val="0"/>
          <w:sz w:val="23"/>
        </w:rPr>
        <w:t>Где наша община или семья боится света?</w:t>
      </w:r>
    </w:p>
    <w:p>
      <w:pPr>
        <w:pStyle w:val="ListNumber"/>
      </w:pPr>
      <w:r>
        <w:rPr>
          <w:rFonts w:ascii="Liberation Serif" w:hAnsi="Liberation Serif" w:eastAsia="Liberation Serif"/>
          <w:b w:val="0"/>
          <w:i w:val="0"/>
          <w:sz w:val="23"/>
        </w:rPr>
        <w:t>Какие «правильные» слова не подтверждаются плодом?</w:t>
      </w:r>
    </w:p>
    <w:p>
      <w:pPr>
        <w:pStyle w:val="ListNumber"/>
      </w:pPr>
      <w:r>
        <w:rPr>
          <w:rFonts w:ascii="Liberation Serif" w:hAnsi="Liberation Serif" w:eastAsia="Liberation Serif"/>
          <w:b w:val="0"/>
          <w:i w:val="0"/>
          <w:sz w:val="23"/>
        </w:rPr>
        <w:t>Кого мы перестали видеть человеком из-за ярлыка?</w:t>
      </w:r>
    </w:p>
    <w:p>
      <w:pPr>
        <w:pStyle w:val="ListNumber"/>
      </w:pPr>
      <w:r>
        <w:rPr>
          <w:rFonts w:ascii="Liberation Serif" w:hAnsi="Liberation Serif" w:eastAsia="Liberation Serif"/>
          <w:b w:val="0"/>
          <w:i w:val="0"/>
          <w:sz w:val="23"/>
        </w:rPr>
        <w:t>Как защитить пострадавшего и не превратить справедливость в наслаждение местью?</w:t>
      </w:r>
    </w:p>
    <w:p>
      <w:pPr>
        <w:pStyle w:val="ListNumber"/>
      </w:pPr>
      <w:r>
        <w:rPr>
          <w:rFonts w:ascii="Liberation Serif" w:hAnsi="Liberation Serif" w:eastAsia="Liberation Serif"/>
          <w:b w:val="0"/>
          <w:i w:val="0"/>
          <w:sz w:val="23"/>
        </w:rPr>
        <w:t>Что будет нашим следующим живым шагом?</w:t>
      </w:r>
    </w:p>
    <w:sectPr w:rsidR="00FC693F" w:rsidRPr="0006063C" w:rsidSect="00034616">
      <w:footerReference w:type="default" r:id="rId9"/>
      <w:headerReference w:type="default" r:id="rId10"/>
      <w:pgSz w:w="12240" w:h="15840"/>
      <w:pgMar w:top="1134" w:right="1134" w:bottom="1020" w:left="1247"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erif" w:hAnsi="Liberation Serif" w:eastAsia="Liberation Serif"/>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Liberation Sans" w:hAnsi="Liberation Sans" w:eastAsia="Liberation Sans"/>
        <w:sz w:val="16"/>
      </w:rPr>
      <w:t>БИБЛИЯ: ЖИВОЙ СМЫСЛ — ПЕРВОЕ ПОСЛАНИЕ ИОАННА</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69" w:lineRule="auto" w:after="120"/>
    </w:pPr>
    <w:rPr>
      <w:rFonts w:ascii="Liberation Serif" w:hAnsi="Liberation Serif"/>
      <w:sz w:val="23"/>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Liberation Sans" w:hAnsi="Liberation Sans"/>
      <w:b/>
      <w:bCs/>
      <w:color w:val="365F91" w:themeColor="accent1" w:themeShade="BF"/>
      <w:sz w:val="4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Liberation Sans" w:hAnsi="Liberation Sans"/>
      <w:b/>
      <w:bCs/>
      <w:color w:val="4F81BD" w:themeColor="accent1"/>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Liberation Sans" w:hAnsi="Liberation Sans"/>
      <w:b/>
      <w:color w:val="17365D" w:themeColor="text2" w:themeShade="BF"/>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Liberation Sans" w:hAnsi="Liberation Sans"/>
      <w:i/>
      <w:iCs/>
      <w:color w:val="4F81BD" w:themeColor="accent1"/>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pPr>
      <w:spacing w:before="120" w:after="160"/>
      <w:ind w:left="567" w:right="567"/>
    </w:pPr>
    <w:rPr>
      <w:rFonts w:ascii="Liberation Serif" w:hAnsi="Liberation Serif"/>
      <w:i/>
      <w:iCs/>
      <w:color w:val="000000" w:themeColor="text1"/>
      <w:sz w:val="23"/>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БИБЛИЯ: ЖИВОЙ СМЫСЛ</dc:title>
  <dc:subject>Современный смысловой пересказ и практический разбор Первого послания Иоанна</dc:subject>
  <dc:creator>python-docx</dc:creator>
  <cp:keywords/>
  <dc:description>Авторский черновик</dc:description>
  <cp:lastModifiedBy/>
  <cp:revision>1</cp:revision>
  <dcterms:created xsi:type="dcterms:W3CDTF">2013-12-23T23:15:00Z</dcterms:created>
  <dcterms:modified xsi:type="dcterms:W3CDTF">2013-12-23T23:15:00Z</dcterms:modified>
  <cp:category/>
</cp:coreProperties>
</file>