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760"/>
        <w:jc w:val="center"/>
      </w:pPr>
      <w:r>
        <w:rPr>
          <w:rFonts w:ascii="Liberation Sans" w:hAnsi="Liberation Sans" w:eastAsia="Liberation Sans"/>
          <w:b/>
          <w:i w:val="0"/>
          <w:sz w:val="56"/>
        </w:rPr>
        <w:t>БИБЛИЯ: ЖИВОЙ СМЫСЛ</w:t>
      </w:r>
    </w:p>
    <w:p>
      <w:pPr>
        <w:spacing w:before="360"/>
        <w:jc w:val="center"/>
      </w:pPr>
      <w:r>
        <w:rPr>
          <w:rFonts w:ascii="Liberation Sans" w:hAnsi="Liberation Sans" w:eastAsia="Liberation Sans"/>
          <w:b/>
          <w:i w:val="0"/>
          <w:sz w:val="30"/>
        </w:rPr>
        <w:t>Послание Иакова</w:t>
        <w:br/>
      </w:r>
      <w:r>
        <w:rPr>
          <w:rFonts w:ascii="Liberation Sans" w:hAnsi="Liberation Sans" w:eastAsia="Liberation Sans"/>
          <w:b w:val="0"/>
          <w:i w:val="0"/>
          <w:sz w:val="30"/>
        </w:rPr>
        <w:t>Вера, которая вошла в поступки</w:t>
      </w:r>
    </w:p>
    <w:p>
      <w:pPr>
        <w:spacing w:before="1100"/>
        <w:jc w:val="center"/>
      </w:pPr>
      <w:r>
        <w:rPr>
          <w:rFonts w:ascii="Liberation Sans" w:hAnsi="Liberation Sans" w:eastAsia="Liberation Sans"/>
          <w:b w:val="0"/>
          <w:i/>
          <w:sz w:val="22"/>
        </w:rPr>
        <w:t>Авторский черновик</w:t>
      </w:r>
    </w:p>
    <w:p>
      <w:pPr>
        <w:pStyle w:val="Quote"/>
        <w:spacing w:before="1100"/>
        <w:jc w:val="center"/>
      </w:pPr>
      <w:r>
        <w:rPr>
          <w:rFonts w:ascii="Liberation Serif" w:hAnsi="Liberation Serif" w:eastAsia="Liberation Serif"/>
          <w:b w:val="0"/>
          <w:i/>
          <w:sz w:val="24"/>
        </w:rPr>
        <w:t>Будьте исполнителями слова, а не только слушателями. — Иак. 1:22</w:t>
      </w:r>
    </w:p>
    <w:p>
      <w:pPr>
        <w:spacing w:before="1400"/>
        <w:jc w:val="center"/>
      </w:pPr>
      <w:r>
        <w:rPr>
          <w:rFonts w:ascii="Liberation Sans" w:hAnsi="Liberation Sans" w:eastAsia="Liberation Sans"/>
          <w:b w:val="0"/>
          <w:i w:val="0"/>
          <w:sz w:val="20"/>
        </w:rPr>
        <w:t>2026</w:t>
      </w:r>
    </w:p>
    <w:p>
      <w:r>
        <w:br w:type="page"/>
      </w:r>
    </w:p>
    <w:p>
      <w:pPr>
        <w:pStyle w:val="Heading1"/>
      </w:pPr>
      <w:r>
        <w:rPr>
          <w:rFonts w:ascii="Liberation Sans" w:hAnsi="Liberation Sans" w:eastAsia="Liberation Sans"/>
          <w:b/>
          <w:i w:val="0"/>
          <w:sz w:val="38"/>
        </w:rPr>
        <w:t>Об этой книге</w:t>
      </w:r>
    </w:p>
    <w:p>
      <w:pPr>
        <w:spacing w:after="120" w:line="269" w:lineRule="auto"/>
      </w:pPr>
      <w:r>
        <w:rPr>
          <w:rFonts w:ascii="Liberation Serif" w:hAnsi="Liberation Serif" w:eastAsia="Liberation Serif"/>
          <w:b w:val="0"/>
          <w:i w:val="0"/>
          <w:sz w:val="22"/>
        </w:rPr>
        <w:t>Это современный смысловой пересказ и авторский комментарий к Посланию Иакова. Книга не является новым переводом Библии и не заменяет чтение самого библейского текста. Ссылки на отрывки даны для самостоятельной проверки по выбранному читателем переводу.</w:t>
      </w:r>
    </w:p>
    <w:p>
      <w:pPr>
        <w:spacing w:after="120" w:line="269" w:lineRule="auto"/>
      </w:pPr>
      <w:r>
        <w:rPr>
          <w:rFonts w:ascii="Liberation Serif" w:hAnsi="Liberation Serif" w:eastAsia="Liberation Serif"/>
          <w:b w:val="0"/>
          <w:i w:val="0"/>
          <w:sz w:val="22"/>
        </w:rPr>
        <w:t>Формулировки Писания преимущественно передаются кратким пересказом. Богословские и практические выводы отражают авторское прочтение и должны проверяться по самому тексту, историческому контексту и плодам, которые они производят.</w:t>
      </w:r>
    </w:p>
    <w:p>
      <w:pPr>
        <w:spacing w:after="120" w:line="269" w:lineRule="auto"/>
      </w:pPr>
      <w:r>
        <w:rPr>
          <w:rFonts w:ascii="Liberation Serif" w:hAnsi="Liberation Serif" w:eastAsia="Liberation Serif"/>
          <w:b w:val="0"/>
          <w:i w:val="0"/>
          <w:sz w:val="22"/>
        </w:rPr>
        <w:t>Рабочее издание. Перед публичной или коммерческой публикацией необходимы внимательное авторское чтение, литературная редактура, богословская проверка и проверка прав на используемые цитаты.</w:t>
      </w:r>
    </w:p>
    <w:p>
      <w:r>
        <w:br w:type="page"/>
      </w:r>
    </w:p>
    <w:p>
      <w:pPr>
        <w:pStyle w:val="Heading1"/>
      </w:pPr>
      <w:r>
        <w:rPr>
          <w:rFonts w:ascii="Liberation Sans" w:hAnsi="Liberation Sans" w:eastAsia="Liberation Sans"/>
          <w:b/>
          <w:i w:val="0"/>
          <w:sz w:val="38"/>
        </w:rPr>
        <w:t>Содержание</w:t>
      </w:r>
    </w:p>
    <w:p>
      <w:pPr>
        <w:ind w:left="227"/>
      </w:pPr>
      <w:r>
        <w:rPr>
          <w:rFonts w:ascii="Liberation Serif" w:hAnsi="Liberation Serif" w:eastAsia="Liberation Serif"/>
          <w:b w:val="0"/>
          <w:i w:val="0"/>
          <w:sz w:val="20"/>
        </w:rPr>
        <w:t>ПРЕДИСЛОВИЕ. Когда правильные слова ничего не изменили</w:t>
      </w:r>
    </w:p>
    <w:p>
      <w:pPr>
        <w:ind w:left="227"/>
      </w:pPr>
      <w:r>
        <w:rPr>
          <w:rFonts w:ascii="Liberation Serif" w:hAnsi="Liberation Serif" w:eastAsia="Liberation Serif"/>
          <w:b w:val="0"/>
          <w:i w:val="0"/>
          <w:sz w:val="20"/>
        </w:rPr>
        <w:t>ВВЕДЕНИЕ. Письмо рассеянным людям</w:t>
      </w:r>
    </w:p>
    <w:p>
      <w:pPr>
        <w:spacing w:before="140"/>
      </w:pPr>
      <w:r>
        <w:rPr>
          <w:rFonts w:ascii="Liberation Sans" w:hAnsi="Liberation Sans" w:eastAsia="Liberation Sans"/>
          <w:b/>
          <w:i w:val="0"/>
          <w:sz w:val="22"/>
        </w:rPr>
        <w:t>ЧАСТЬ I. ИСПЫТАНИЕ, КОТОРОЕ ОБНАЖАЕТ ЧЕЛОВЕКА</w:t>
      </w:r>
    </w:p>
    <w:p>
      <w:pPr>
        <w:ind w:left="227"/>
      </w:pPr>
      <w:r>
        <w:rPr>
          <w:rFonts w:ascii="Liberation Serif" w:hAnsi="Liberation Serif" w:eastAsia="Liberation Serif"/>
          <w:b w:val="0"/>
          <w:i w:val="0"/>
          <w:sz w:val="20"/>
        </w:rPr>
        <w:t>ГЛАВА 1. Радость не означает притворяться — Иак. 1:1–4</w:t>
      </w:r>
    </w:p>
    <w:p>
      <w:pPr>
        <w:ind w:left="227"/>
      </w:pPr>
      <w:r>
        <w:rPr>
          <w:rFonts w:ascii="Liberation Serif" w:hAnsi="Liberation Serif" w:eastAsia="Liberation Serif"/>
          <w:b w:val="0"/>
          <w:i w:val="0"/>
          <w:sz w:val="20"/>
        </w:rPr>
        <w:t>ГЛАВА 2. Просить мудрости и не жить двумя волями — Иак. 1:5–8</w:t>
      </w:r>
    </w:p>
    <w:p>
      <w:pPr>
        <w:ind w:left="227"/>
      </w:pPr>
      <w:r>
        <w:rPr>
          <w:rFonts w:ascii="Liberation Serif" w:hAnsi="Liberation Serif" w:eastAsia="Liberation Serif"/>
          <w:b w:val="0"/>
          <w:i w:val="0"/>
          <w:sz w:val="20"/>
        </w:rPr>
        <w:t>ГЛАВА 3. Бедный и богатый перед исчезающей травой — Иак. 1:9–11</w:t>
      </w:r>
    </w:p>
    <w:p>
      <w:pPr>
        <w:ind w:left="227"/>
      </w:pPr>
      <w:r>
        <w:rPr>
          <w:rFonts w:ascii="Liberation Serif" w:hAnsi="Liberation Serif" w:eastAsia="Liberation Serif"/>
          <w:b w:val="0"/>
          <w:i w:val="0"/>
          <w:sz w:val="20"/>
        </w:rPr>
        <w:t>ГЛАВА 4. Искушение не надо приписывать Богу — Иак. 1:12–18</w:t>
      </w:r>
    </w:p>
    <w:p>
      <w:pPr>
        <w:spacing w:before="140"/>
      </w:pPr>
      <w:r>
        <w:rPr>
          <w:rFonts w:ascii="Liberation Sans" w:hAnsi="Liberation Sans" w:eastAsia="Liberation Sans"/>
          <w:b/>
          <w:i w:val="0"/>
          <w:sz w:val="22"/>
        </w:rPr>
        <w:t>ЧАСТЬ II. СЛОВО, КОТОРОЕ ВХОДИТ В РУКИ</w:t>
      </w:r>
    </w:p>
    <w:p>
      <w:pPr>
        <w:ind w:left="227"/>
      </w:pPr>
      <w:r>
        <w:rPr>
          <w:rFonts w:ascii="Liberation Serif" w:hAnsi="Liberation Serif" w:eastAsia="Liberation Serif"/>
          <w:b w:val="0"/>
          <w:i w:val="0"/>
          <w:sz w:val="20"/>
        </w:rPr>
        <w:t>ГЛАВА 5. Скор на слышание, медлен на слова и гнев — Иак. 1:19–21</w:t>
      </w:r>
    </w:p>
    <w:p>
      <w:pPr>
        <w:ind w:left="227"/>
      </w:pPr>
      <w:r>
        <w:rPr>
          <w:rFonts w:ascii="Liberation Serif" w:hAnsi="Liberation Serif" w:eastAsia="Liberation Serif"/>
          <w:b w:val="0"/>
          <w:i w:val="0"/>
          <w:sz w:val="20"/>
        </w:rPr>
        <w:t>ГЛАВА 6. Зеркало, от которого человек сразу ушёл — Иак. 1:22–25</w:t>
      </w:r>
    </w:p>
    <w:p>
      <w:pPr>
        <w:ind w:left="227"/>
      </w:pPr>
      <w:r>
        <w:rPr>
          <w:rFonts w:ascii="Liberation Serif" w:hAnsi="Liberation Serif" w:eastAsia="Liberation Serif"/>
          <w:b w:val="0"/>
          <w:i w:val="0"/>
          <w:sz w:val="20"/>
        </w:rPr>
        <w:t>ГЛАВА 7. Язык, сирота и незапятнанная вера — Иак. 1:26–27</w:t>
      </w:r>
    </w:p>
    <w:p>
      <w:pPr>
        <w:spacing w:before="140"/>
      </w:pPr>
      <w:r>
        <w:rPr>
          <w:rFonts w:ascii="Liberation Sans" w:hAnsi="Liberation Sans" w:eastAsia="Liberation Sans"/>
          <w:b/>
          <w:i w:val="0"/>
          <w:sz w:val="22"/>
        </w:rPr>
        <w:t>ЧАСТЬ III. ЛИЦА, ДЕНЬГИ И МЁРТВАЯ ВЕРА</w:t>
      </w:r>
    </w:p>
    <w:p>
      <w:pPr>
        <w:ind w:left="227"/>
      </w:pPr>
      <w:r>
        <w:rPr>
          <w:rFonts w:ascii="Liberation Serif" w:hAnsi="Liberation Serif" w:eastAsia="Liberation Serif"/>
          <w:b w:val="0"/>
          <w:i w:val="0"/>
          <w:sz w:val="20"/>
        </w:rPr>
        <w:t>ГЛАВА 8. Богатый в первом ряду — Иак. 2:1–7</w:t>
      </w:r>
    </w:p>
    <w:p>
      <w:pPr>
        <w:ind w:left="227"/>
      </w:pPr>
      <w:r>
        <w:rPr>
          <w:rFonts w:ascii="Liberation Serif" w:hAnsi="Liberation Serif" w:eastAsia="Liberation Serif"/>
          <w:b w:val="0"/>
          <w:i w:val="0"/>
          <w:sz w:val="20"/>
        </w:rPr>
        <w:t>ГЛАВА 9. Милость сильнее суда — Иак. 2:8–13</w:t>
      </w:r>
    </w:p>
    <w:p>
      <w:pPr>
        <w:ind w:left="227"/>
      </w:pPr>
      <w:r>
        <w:rPr>
          <w:rFonts w:ascii="Liberation Serif" w:hAnsi="Liberation Serif" w:eastAsia="Liberation Serif"/>
          <w:b w:val="0"/>
          <w:i w:val="0"/>
          <w:sz w:val="20"/>
        </w:rPr>
        <w:t>ГЛАВА 10. Вера без дел не дышит — Иак. 2:14–26</w:t>
      </w:r>
    </w:p>
    <w:p>
      <w:pPr>
        <w:spacing w:before="140"/>
      </w:pPr>
      <w:r>
        <w:rPr>
          <w:rFonts w:ascii="Liberation Sans" w:hAnsi="Liberation Sans" w:eastAsia="Liberation Sans"/>
          <w:b/>
          <w:i w:val="0"/>
          <w:sz w:val="22"/>
        </w:rPr>
        <w:t>ЧАСТЬ IV. ЯЗЫК, КОТОРЫЙ ПОДЖИГАЕТ МИР</w:t>
      </w:r>
    </w:p>
    <w:p>
      <w:pPr>
        <w:ind w:left="227"/>
      </w:pPr>
      <w:r>
        <w:rPr>
          <w:rFonts w:ascii="Liberation Serif" w:hAnsi="Liberation Serif" w:eastAsia="Liberation Serif"/>
          <w:b w:val="0"/>
          <w:i w:val="0"/>
          <w:sz w:val="20"/>
        </w:rPr>
        <w:t>ГЛАВА 11. Учитель отвечает строже — Иак. 3:1–2</w:t>
      </w:r>
    </w:p>
    <w:p>
      <w:pPr>
        <w:ind w:left="227"/>
      </w:pPr>
      <w:r>
        <w:rPr>
          <w:rFonts w:ascii="Liberation Serif" w:hAnsi="Liberation Serif" w:eastAsia="Liberation Serif"/>
          <w:b w:val="0"/>
          <w:i w:val="0"/>
          <w:sz w:val="20"/>
        </w:rPr>
        <w:t>ГЛАВА 12. Маленький огонь и большой лес — Иак. 3:3–12</w:t>
      </w:r>
    </w:p>
    <w:p>
      <w:pPr>
        <w:ind w:left="227"/>
      </w:pPr>
      <w:r>
        <w:rPr>
          <w:rFonts w:ascii="Liberation Serif" w:hAnsi="Liberation Serif" w:eastAsia="Liberation Serif"/>
          <w:b w:val="0"/>
          <w:i w:val="0"/>
          <w:sz w:val="20"/>
        </w:rPr>
        <w:t>ГЛАВА 13. Мудрость сверху узнаётся по атмосфере — Иак. 3:13–18</w:t>
      </w:r>
    </w:p>
    <w:p>
      <w:pPr>
        <w:spacing w:before="140"/>
      </w:pPr>
      <w:r>
        <w:rPr>
          <w:rFonts w:ascii="Liberation Sans" w:hAnsi="Liberation Sans" w:eastAsia="Liberation Sans"/>
          <w:b/>
          <w:i w:val="0"/>
          <w:sz w:val="22"/>
        </w:rPr>
        <w:t>ЧАСТЬ V. ВОЙНА, КОТОРАЯ НАЧИНАЕТСЯ ВНУТРИ</w:t>
      </w:r>
    </w:p>
    <w:p>
      <w:pPr>
        <w:ind w:left="227"/>
      </w:pPr>
      <w:r>
        <w:rPr>
          <w:rFonts w:ascii="Liberation Serif" w:hAnsi="Liberation Serif" w:eastAsia="Liberation Serif"/>
          <w:b w:val="0"/>
          <w:i w:val="0"/>
          <w:sz w:val="20"/>
        </w:rPr>
        <w:t>ГЛАВА 14. Откуда войны между вами — Иак. 4:1–3</w:t>
      </w:r>
    </w:p>
    <w:p>
      <w:pPr>
        <w:ind w:left="227"/>
      </w:pPr>
      <w:r>
        <w:rPr>
          <w:rFonts w:ascii="Liberation Serif" w:hAnsi="Liberation Serif" w:eastAsia="Liberation Serif"/>
          <w:b w:val="0"/>
          <w:i w:val="0"/>
          <w:sz w:val="20"/>
        </w:rPr>
        <w:t>ГЛАВА 15. Дружба с миром и благодать для гордых — Иак. 4:4–6</w:t>
      </w:r>
    </w:p>
    <w:p>
      <w:pPr>
        <w:ind w:left="227"/>
      </w:pPr>
      <w:r>
        <w:rPr>
          <w:rFonts w:ascii="Liberation Serif" w:hAnsi="Liberation Serif" w:eastAsia="Liberation Serif"/>
          <w:b w:val="0"/>
          <w:i w:val="0"/>
          <w:sz w:val="20"/>
        </w:rPr>
        <w:t>ГЛАВА 16. Приблизьтесь к Богу — и перестаньте делать вид — Иак. 4:7–10</w:t>
      </w:r>
    </w:p>
    <w:p>
      <w:pPr>
        <w:ind w:left="227"/>
      </w:pPr>
      <w:r>
        <w:rPr>
          <w:rFonts w:ascii="Liberation Serif" w:hAnsi="Liberation Serif" w:eastAsia="Liberation Serif"/>
          <w:b w:val="0"/>
          <w:i w:val="0"/>
          <w:sz w:val="20"/>
        </w:rPr>
        <w:t>ГЛАВА 17. Не становись судьёй чужой души — Иак. 4:11–12</w:t>
      </w:r>
    </w:p>
    <w:p>
      <w:pPr>
        <w:ind w:left="227"/>
      </w:pPr>
      <w:r>
        <w:rPr>
          <w:rFonts w:ascii="Liberation Serif" w:hAnsi="Liberation Serif" w:eastAsia="Liberation Serif"/>
          <w:b w:val="0"/>
          <w:i w:val="0"/>
          <w:sz w:val="20"/>
        </w:rPr>
        <w:t>ГЛАВА 18. Завтра не принадлежит тебе — Иак. 4:13–17</w:t>
      </w:r>
    </w:p>
    <w:p>
      <w:pPr>
        <w:spacing w:before="140"/>
      </w:pPr>
      <w:r>
        <w:rPr>
          <w:rFonts w:ascii="Liberation Sans" w:hAnsi="Liberation Sans" w:eastAsia="Liberation Sans"/>
          <w:b/>
          <w:i w:val="0"/>
          <w:sz w:val="22"/>
        </w:rPr>
        <w:t>ЧАСТЬ VI. БОГАТСТВО, ТЕРПЕНИЕ И МОЛИТВА</w:t>
      </w:r>
    </w:p>
    <w:p>
      <w:pPr>
        <w:ind w:left="227"/>
      </w:pPr>
      <w:r>
        <w:rPr>
          <w:rFonts w:ascii="Liberation Serif" w:hAnsi="Liberation Serif" w:eastAsia="Liberation Serif"/>
          <w:b w:val="0"/>
          <w:i w:val="0"/>
          <w:sz w:val="20"/>
        </w:rPr>
        <w:t>ГЛАВА 19. Задержанная зарплата кричит — Иак. 5:1–6</w:t>
      </w:r>
    </w:p>
    <w:p>
      <w:pPr>
        <w:ind w:left="227"/>
      </w:pPr>
      <w:r>
        <w:rPr>
          <w:rFonts w:ascii="Liberation Serif" w:hAnsi="Liberation Serif" w:eastAsia="Liberation Serif"/>
          <w:b w:val="0"/>
          <w:i w:val="0"/>
          <w:sz w:val="20"/>
        </w:rPr>
        <w:t>ГЛАВА 20. Терпение не равно пассивности — Иак. 5:7–11</w:t>
      </w:r>
    </w:p>
    <w:p>
      <w:pPr>
        <w:ind w:left="227"/>
      </w:pPr>
      <w:r>
        <w:rPr>
          <w:rFonts w:ascii="Liberation Serif" w:hAnsi="Liberation Serif" w:eastAsia="Liberation Serif"/>
          <w:b w:val="0"/>
          <w:i w:val="0"/>
          <w:sz w:val="20"/>
        </w:rPr>
        <w:t>ГЛАВА 21. Пусть «да» означает да — Иак. 5:12</w:t>
      </w:r>
    </w:p>
    <w:p>
      <w:pPr>
        <w:ind w:left="227"/>
      </w:pPr>
      <w:r>
        <w:rPr>
          <w:rFonts w:ascii="Liberation Serif" w:hAnsi="Liberation Serif" w:eastAsia="Liberation Serif"/>
          <w:b w:val="0"/>
          <w:i w:val="0"/>
          <w:sz w:val="20"/>
        </w:rPr>
        <w:t>ГЛАВА 22. Молитва, которая не убегает от реальности — Иак. 5:13–18</w:t>
      </w:r>
    </w:p>
    <w:p>
      <w:pPr>
        <w:ind w:left="227"/>
      </w:pPr>
      <w:r>
        <w:rPr>
          <w:rFonts w:ascii="Liberation Serif" w:hAnsi="Liberation Serif" w:eastAsia="Liberation Serif"/>
          <w:b w:val="0"/>
          <w:i w:val="0"/>
          <w:sz w:val="20"/>
        </w:rPr>
        <w:t>ГЛАВА 23. Вернуть заблудившегося без охоты на него — Иак. 5:19–20</w:t>
      </w:r>
    </w:p>
    <w:p>
      <w:pPr>
        <w:ind w:left="227"/>
      </w:pPr>
      <w:r>
        <w:rPr>
          <w:rFonts w:ascii="Liberation Serif" w:hAnsi="Liberation Serif" w:eastAsia="Liberation Serif"/>
          <w:b w:val="0"/>
          <w:i w:val="0"/>
          <w:sz w:val="20"/>
        </w:rPr>
        <w:t>ЭПИЛОГ. Слово ищет руки</w:t>
      </w:r>
    </w:p>
    <w:p>
      <w:pPr>
        <w:ind w:left="227"/>
      </w:pPr>
      <w:r>
        <w:rPr>
          <w:rFonts w:ascii="Liberation Serif" w:hAnsi="Liberation Serif" w:eastAsia="Liberation Serif"/>
          <w:b w:val="0"/>
          <w:i w:val="0"/>
          <w:sz w:val="20"/>
        </w:rPr>
        <w:t>ПРИЛОЖЕНИЕ. Семь дней с Посланием Иакова</w:t>
      </w:r>
    </w:p>
    <w:p>
      <w:r>
        <w:br w:type="page"/>
      </w:r>
    </w:p>
    <w:p>
      <w:pPr>
        <w:pStyle w:val="Heading1"/>
        <w:spacing w:after="60"/>
      </w:pPr>
      <w:r>
        <w:rPr>
          <w:rFonts w:ascii="Liberation Sans" w:hAnsi="Liberation Sans" w:eastAsia="Liberation Sans"/>
          <w:b/>
          <w:i w:val="0"/>
          <w:sz w:val="36"/>
        </w:rPr>
        <w:t>ПРЕДИСЛОВИЕ</w:t>
      </w:r>
    </w:p>
    <w:p>
      <w:pPr>
        <w:spacing w:after="280"/>
      </w:pPr>
      <w:r>
        <w:rPr>
          <w:rFonts w:ascii="Liberation Sans" w:hAnsi="Liberation Sans" w:eastAsia="Liberation Sans"/>
          <w:b/>
          <w:i w:val="0"/>
          <w:sz w:val="30"/>
        </w:rPr>
        <w:t>Когда правильные слова ничего не изменили</w:t>
      </w:r>
    </w:p>
    <w:p>
      <w:pPr>
        <w:spacing w:after="120" w:line="269" w:lineRule="auto"/>
      </w:pPr>
      <w:r>
        <w:rPr>
          <w:rFonts w:ascii="Liberation Serif" w:hAnsi="Liberation Serif" w:eastAsia="Liberation Serif"/>
          <w:b w:val="0"/>
          <w:i w:val="0"/>
          <w:sz w:val="22"/>
        </w:rPr>
        <w:t>Эта книга не является новым переводом Библии. Перед вами современный смысловой пересказ и практический разбор Послания Иакова. Мы будем возвращаться к самому тексту, но не станем прятаться за привычными религиозными формулировками.</w:t>
      </w:r>
    </w:p>
    <w:p>
      <w:pPr>
        <w:spacing w:after="120" w:line="269" w:lineRule="auto"/>
      </w:pPr>
      <w:r>
        <w:rPr>
          <w:rFonts w:ascii="Liberation Serif" w:hAnsi="Liberation Serif" w:eastAsia="Liberation Serif"/>
          <w:b w:val="0"/>
          <w:i w:val="0"/>
          <w:sz w:val="22"/>
        </w:rPr>
        <w:t>Послание Иакова неудобно для человека, который хочет считать веру отдельной областью жизни. Оно не позволяет оставить Бога внутри молитвы, богослужения или правильного мнения. Иаков ведёт веру в язык, деньги, власть, работу, конфликт, обещание, отношение к бедному и способ переживать испытание.</w:t>
      </w:r>
    </w:p>
    <w:p>
      <w:pPr>
        <w:spacing w:after="120" w:line="269" w:lineRule="auto"/>
      </w:pPr>
      <w:r>
        <w:rPr>
          <w:rFonts w:ascii="Liberation Serif" w:hAnsi="Liberation Serif" w:eastAsia="Liberation Serif"/>
          <w:b w:val="0"/>
          <w:i w:val="0"/>
          <w:sz w:val="22"/>
        </w:rPr>
        <w:t>Он почти не спрашивает, насколько красиво человек может объяснить свою веру. Его интересуют другие вопросы:</w:t>
      </w:r>
    </w:p>
    <w:p>
      <w:pPr>
        <w:pStyle w:val="ListBullet"/>
        <w:spacing w:after="120" w:line="269" w:lineRule="auto"/>
      </w:pPr>
      <w:r>
        <w:rPr>
          <w:rFonts w:ascii="Liberation Serif" w:hAnsi="Liberation Serif" w:eastAsia="Liberation Serif"/>
          <w:b w:val="0"/>
          <w:i w:val="0"/>
          <w:sz w:val="22"/>
        </w:rPr>
        <w:t>что происходит с твоим языком, когда ты злишься;</w:t>
      </w:r>
    </w:p>
    <w:p>
      <w:pPr>
        <w:pStyle w:val="ListBullet"/>
        <w:spacing w:after="120" w:line="269" w:lineRule="auto"/>
      </w:pPr>
      <w:r>
        <w:rPr>
          <w:rFonts w:ascii="Liberation Serif" w:hAnsi="Liberation Serif" w:eastAsia="Liberation Serif"/>
          <w:b w:val="0"/>
          <w:i w:val="0"/>
          <w:sz w:val="22"/>
        </w:rPr>
        <w:t>как ты обращаешься с человеком, который не может быть тебе полезен;</w:t>
      </w:r>
    </w:p>
    <w:p>
      <w:pPr>
        <w:pStyle w:val="ListBullet"/>
        <w:spacing w:after="120" w:line="269" w:lineRule="auto"/>
      </w:pPr>
      <w:r>
        <w:rPr>
          <w:rFonts w:ascii="Liberation Serif" w:hAnsi="Liberation Serif" w:eastAsia="Liberation Serif"/>
          <w:b w:val="0"/>
          <w:i w:val="0"/>
          <w:sz w:val="22"/>
        </w:rPr>
        <w:t>что ты делаешь, когда деньги дают власть;</w:t>
      </w:r>
    </w:p>
    <w:p>
      <w:pPr>
        <w:pStyle w:val="ListBullet"/>
        <w:spacing w:after="120" w:line="269" w:lineRule="auto"/>
      </w:pPr>
      <w:r>
        <w:rPr>
          <w:rFonts w:ascii="Liberation Serif" w:hAnsi="Liberation Serif" w:eastAsia="Liberation Serif"/>
          <w:b w:val="0"/>
          <w:i w:val="0"/>
          <w:sz w:val="22"/>
        </w:rPr>
        <w:t>умеешь ли ты слышать, прежде чем отвечать;</w:t>
      </w:r>
    </w:p>
    <w:p>
      <w:pPr>
        <w:pStyle w:val="ListBullet"/>
        <w:spacing w:after="120" w:line="269" w:lineRule="auto"/>
      </w:pPr>
      <w:r>
        <w:rPr>
          <w:rFonts w:ascii="Liberation Serif" w:hAnsi="Liberation Serif" w:eastAsia="Liberation Serif"/>
          <w:b w:val="0"/>
          <w:i w:val="0"/>
          <w:sz w:val="22"/>
        </w:rPr>
        <w:t>становишься ли ты миротворцем или приносишь войну в каждую комнату;</w:t>
      </w:r>
    </w:p>
    <w:p>
      <w:pPr>
        <w:pStyle w:val="ListBullet"/>
        <w:spacing w:after="120" w:line="269" w:lineRule="auto"/>
      </w:pPr>
      <w:r>
        <w:rPr>
          <w:rFonts w:ascii="Liberation Serif" w:hAnsi="Liberation Serif" w:eastAsia="Liberation Serif"/>
          <w:b w:val="0"/>
          <w:i w:val="0"/>
          <w:sz w:val="22"/>
        </w:rPr>
        <w:t>исполняешь ли то, что понял;</w:t>
      </w:r>
    </w:p>
    <w:p>
      <w:pPr>
        <w:pStyle w:val="ListBullet"/>
        <w:spacing w:after="120" w:line="269" w:lineRule="auto"/>
      </w:pPr>
      <w:r>
        <w:rPr>
          <w:rFonts w:ascii="Liberation Serif" w:hAnsi="Liberation Serif" w:eastAsia="Liberation Serif"/>
          <w:b w:val="0"/>
          <w:i w:val="0"/>
          <w:sz w:val="22"/>
        </w:rPr>
        <w:t>способна ли твоя молитва войти в поступок.</w:t>
      </w:r>
    </w:p>
    <w:p>
      <w:pPr>
        <w:spacing w:after="120" w:line="269" w:lineRule="auto"/>
      </w:pPr>
      <w:r>
        <w:rPr>
          <w:rFonts w:ascii="Liberation Serif" w:hAnsi="Liberation Serif" w:eastAsia="Liberation Serif"/>
          <w:b w:val="0"/>
          <w:i w:val="0"/>
          <w:sz w:val="22"/>
        </w:rPr>
        <w:t>Иаков не противопоставляет веру делам, будто человеку нужно выбрать одно. Он разоблачает веру, которая существует только в речи. Живая вера действует не потому, что пытается купить Божью любовь, а потому, что уже не может оставаться неподвижной.</w:t>
      </w:r>
    </w:p>
    <w:p>
      <w:pPr>
        <w:spacing w:after="120" w:line="269" w:lineRule="auto"/>
      </w:pPr>
      <w:r>
        <w:rPr>
          <w:rFonts w:ascii="Liberation Serif" w:hAnsi="Liberation Serif" w:eastAsia="Liberation Serif"/>
          <w:b w:val="0"/>
          <w:i w:val="0"/>
          <w:sz w:val="22"/>
        </w:rPr>
        <w:t>Семя не доказывает, что оно живое, споря о природе дерева. Оно раскрывается, пускает корень и приносит плод.</w:t>
      </w:r>
    </w:p>
    <w:p>
      <w:pPr>
        <w:pStyle w:val="Quote"/>
        <w:spacing w:after="120" w:line="269" w:lineRule="auto"/>
      </w:pPr>
      <w:r>
        <w:rPr>
          <w:rFonts w:ascii="Liberation Serif" w:hAnsi="Liberation Serif" w:eastAsia="Liberation Serif"/>
          <w:b w:val="0"/>
          <w:i w:val="0"/>
          <w:sz w:val="22"/>
        </w:rPr>
        <w:t>Слово становится жизнью не тогда, когда человек согласился с ним, а тогда, когда оно изменило его следующий поступок.</w:t>
      </w:r>
    </w:p>
    <w:p>
      <w:r>
        <w:br w:type="page"/>
      </w:r>
    </w:p>
    <w:p>
      <w:pPr>
        <w:pStyle w:val="Heading1"/>
        <w:spacing w:after="60"/>
      </w:pPr>
      <w:r>
        <w:rPr>
          <w:rFonts w:ascii="Liberation Sans" w:hAnsi="Liberation Sans" w:eastAsia="Liberation Sans"/>
          <w:b/>
          <w:i w:val="0"/>
          <w:sz w:val="36"/>
        </w:rPr>
        <w:t>ВВЕДЕНИЕ</w:t>
      </w:r>
    </w:p>
    <w:p>
      <w:pPr>
        <w:spacing w:after="280"/>
      </w:pPr>
      <w:r>
        <w:rPr>
          <w:rFonts w:ascii="Liberation Sans" w:hAnsi="Liberation Sans" w:eastAsia="Liberation Sans"/>
          <w:b/>
          <w:i w:val="0"/>
          <w:sz w:val="30"/>
        </w:rPr>
        <w:t>Письмо рассеянным людям</w:t>
      </w:r>
    </w:p>
    <w:p>
      <w:pPr>
        <w:spacing w:after="120" w:line="269" w:lineRule="auto"/>
      </w:pPr>
      <w:r>
        <w:rPr>
          <w:rFonts w:ascii="Liberation Serif" w:hAnsi="Liberation Serif" w:eastAsia="Liberation Serif"/>
          <w:b w:val="0"/>
          <w:i w:val="0"/>
          <w:sz w:val="22"/>
        </w:rPr>
        <w:t>Послание начинается обращением к людям, которые живут в рассеянии. Это были общины, оказавшиеся вдали от привычного центра, среди давления, бедности, конфликтов и неравенства. Но слово «рассеяние» звучит современно и без исторической справки.</w:t>
      </w:r>
    </w:p>
    <w:p>
      <w:pPr>
        <w:spacing w:after="120" w:line="269" w:lineRule="auto"/>
      </w:pPr>
      <w:r>
        <w:rPr>
          <w:rFonts w:ascii="Liberation Serif" w:hAnsi="Liberation Serif" w:eastAsia="Liberation Serif"/>
          <w:b w:val="0"/>
          <w:i w:val="0"/>
          <w:sz w:val="22"/>
        </w:rPr>
        <w:t>Человек может жить в собственном доме и быть рассеянным внутри. Одной частью хотеть правды, другой — выгоды. Утром говорить о любви, вечером унижать близкого. Молиться о мире и питаться яростью. Хотеть быть свободным и одновременно искать хозяина, который решит за него.</w:t>
      </w:r>
    </w:p>
    <w:p>
      <w:pPr>
        <w:spacing w:after="120" w:line="269" w:lineRule="auto"/>
      </w:pPr>
      <w:r>
        <w:rPr>
          <w:rFonts w:ascii="Liberation Serif" w:hAnsi="Liberation Serif" w:eastAsia="Liberation Serif"/>
          <w:b w:val="0"/>
          <w:i w:val="0"/>
          <w:sz w:val="22"/>
        </w:rPr>
        <w:t>Иаков обращается именно к такому человеку — раздвоенному, уставшему, вовлечённому в мир, где богатых встречают лучше бедных, язык поджигает сообщества, а желания превращают отношения в войну.</w:t>
      </w:r>
    </w:p>
    <w:p>
      <w:pPr>
        <w:spacing w:after="120" w:line="269" w:lineRule="auto"/>
      </w:pPr>
      <w:r>
        <w:rPr>
          <w:rFonts w:ascii="Liberation Serif" w:hAnsi="Liberation Serif" w:eastAsia="Liberation Serif"/>
          <w:b w:val="0"/>
          <w:i w:val="0"/>
          <w:sz w:val="22"/>
        </w:rPr>
        <w:t>Его письмо не похоже на спокойный трактат. Оно движется быстро. Мысль возвращается к одним и тем же темам с разных сторон: цельность, терпение, мудрость, язык, богатство, милость, молитва, ответственность. Иаков не строит идеально прямую схему, потому что жизнь редко движется по учебнику.</w:t>
      </w:r>
    </w:p>
    <w:p>
      <w:pPr>
        <w:spacing w:after="120" w:line="269" w:lineRule="auto"/>
      </w:pPr>
      <w:r>
        <w:rPr>
          <w:rFonts w:ascii="Liberation Serif" w:hAnsi="Liberation Serif" w:eastAsia="Liberation Serif"/>
          <w:b w:val="0"/>
          <w:i w:val="0"/>
          <w:sz w:val="22"/>
        </w:rPr>
        <w:t>Но внутри письма есть ясная ось:</w:t>
      </w:r>
    </w:p>
    <w:p>
      <w:pPr>
        <w:pStyle w:val="Quote"/>
        <w:spacing w:after="120" w:line="269" w:lineRule="auto"/>
      </w:pPr>
      <w:r>
        <w:rPr>
          <w:rFonts w:ascii="Liberation Serif" w:hAnsi="Liberation Serif" w:eastAsia="Liberation Serif"/>
          <w:b w:val="0"/>
          <w:i w:val="0"/>
          <w:sz w:val="22"/>
        </w:rPr>
        <w:t>Бог даёт добро и мудрость. Человек принимает слово. Слово прорастает в поступок. Поступок показывает, чему человек действительно доверяет.</w:t>
      </w:r>
    </w:p>
    <w:p>
      <w:pPr>
        <w:spacing w:after="120" w:line="269" w:lineRule="auto"/>
      </w:pPr>
      <w:r>
        <w:rPr>
          <w:rFonts w:ascii="Liberation Serif" w:hAnsi="Liberation Serif" w:eastAsia="Liberation Serif"/>
          <w:b w:val="0"/>
          <w:i w:val="0"/>
          <w:sz w:val="22"/>
        </w:rPr>
        <w:t>Эта книга не предназначена для того, чтобы сделать читателя ещё более уверенным в чужой неправоте. Иаков слишком легко становится дубинкой: «вот видите, вера без дел мертва». Но его письмо сначала обращено к тому, кто читает.</w:t>
      </w:r>
    </w:p>
    <w:p>
      <w:pPr>
        <w:spacing w:after="120" w:line="269" w:lineRule="auto"/>
      </w:pPr>
      <w:r>
        <w:rPr>
          <w:rFonts w:ascii="Liberation Serif" w:hAnsi="Liberation Serif" w:eastAsia="Liberation Serif"/>
          <w:b w:val="0"/>
          <w:i w:val="0"/>
          <w:sz w:val="22"/>
        </w:rPr>
        <w:t>Поэтому после каждого раздела будет не только объяснение, но и вопрос. Не экзамен на духовность, а остановка. Иногда один честный ответ полезнее десяти новых глав.</w:t>
      </w:r>
    </w:p>
    <w:p>
      <w:r>
        <w:br w:type="page"/>
      </w:r>
    </w:p>
    <w:p>
      <w:pPr>
        <w:spacing w:before="3000"/>
        <w:jc w:val="center"/>
      </w:pPr>
      <w:r>
        <w:rPr>
          <w:rFonts w:ascii="Liberation Sans" w:hAnsi="Liberation Sans" w:eastAsia="Liberation Sans"/>
          <w:b/>
          <w:i w:val="0"/>
          <w:sz w:val="44"/>
        </w:rPr>
        <w:t>ЧАСТЬ I. ИСПЫТАНИЕ, КОТОРОЕ ОБНАЖАЕТ ЧЕЛОВЕКА</w:t>
      </w:r>
    </w:p>
    <w:p>
      <w:r>
        <w:br w:type="page"/>
      </w:r>
    </w:p>
    <w:p>
      <w:pPr>
        <w:pStyle w:val="Heading1"/>
        <w:spacing w:after="60"/>
      </w:pPr>
      <w:r>
        <w:rPr>
          <w:rFonts w:ascii="Liberation Sans" w:hAnsi="Liberation Sans" w:eastAsia="Liberation Sans"/>
          <w:b/>
          <w:i w:val="0"/>
          <w:sz w:val="36"/>
        </w:rPr>
        <w:t>ГЛАВА 1</w:t>
      </w:r>
    </w:p>
    <w:p>
      <w:pPr>
        <w:spacing w:after="280"/>
      </w:pPr>
      <w:r>
        <w:rPr>
          <w:rFonts w:ascii="Liberation Sans" w:hAnsi="Liberation Sans" w:eastAsia="Liberation Sans"/>
          <w:b/>
          <w:i w:val="0"/>
          <w:sz w:val="30"/>
        </w:rPr>
        <w:t>Радость не означает притворяться — Иак. 1:1–4</w:t>
      </w:r>
    </w:p>
    <w:p>
      <w:pPr>
        <w:pStyle w:val="Heading2"/>
      </w:pPr>
      <w:r>
        <w:rPr>
          <w:rFonts w:ascii="Liberation Sans" w:hAnsi="Liberation Sans" w:eastAsia="Liberation Sans"/>
          <w:b/>
          <w:i w:val="0"/>
          <w:sz w:val="28"/>
        </w:rPr>
        <w:t>Не приказ улыбаться во время боли</w:t>
      </w:r>
    </w:p>
    <w:p>
      <w:pPr>
        <w:spacing w:after="120" w:line="269" w:lineRule="auto"/>
      </w:pPr>
      <w:r>
        <w:rPr>
          <w:rFonts w:ascii="Liberation Serif" w:hAnsi="Liberation Serif" w:eastAsia="Liberation Serif"/>
          <w:b w:val="0"/>
          <w:i w:val="0"/>
          <w:sz w:val="22"/>
        </w:rPr>
        <w:t>Иаков начинает с фразы, которая может прозвучать жестоко: принимать испытания с радостью. Если вырвать её из контекста, получится религиозный приказ человеку перестать чувствовать. Тебе больно — радуйся. Тебя предали — улыбайся. Ты потерял дом — благодари.</w:t>
      </w:r>
    </w:p>
    <w:p>
      <w:pPr>
        <w:spacing w:after="120" w:line="269" w:lineRule="auto"/>
      </w:pPr>
      <w:r>
        <w:rPr>
          <w:rFonts w:ascii="Liberation Serif" w:hAnsi="Liberation Serif" w:eastAsia="Liberation Serif"/>
          <w:b w:val="0"/>
          <w:i w:val="0"/>
          <w:sz w:val="22"/>
        </w:rPr>
        <w:t>Но притворство не является радостью. Запрет на слёзы не делает человека верующим. Иаков говорит не о приятности страдания, а о том, что испытание может произвести стойкость.</w:t>
      </w:r>
    </w:p>
    <w:p>
      <w:pPr>
        <w:pStyle w:val="Heading2"/>
      </w:pPr>
      <w:r>
        <w:rPr>
          <w:rFonts w:ascii="Liberation Sans" w:hAnsi="Liberation Sans" w:eastAsia="Liberation Sans"/>
          <w:b/>
          <w:i w:val="0"/>
          <w:sz w:val="28"/>
        </w:rPr>
        <w:t>Современный смысл</w:t>
      </w:r>
    </w:p>
    <w:p>
      <w:pPr>
        <w:spacing w:after="120" w:line="269" w:lineRule="auto"/>
      </w:pPr>
      <w:r>
        <w:rPr>
          <w:rFonts w:ascii="Liberation Serif" w:hAnsi="Liberation Serif" w:eastAsia="Liberation Serif"/>
          <w:b w:val="0"/>
          <w:i w:val="0"/>
          <w:sz w:val="22"/>
        </w:rPr>
        <w:t>Испытание показывает, на чём держалась жизнь. Пока всё работает, легко считать себя терпеливым, честным и свободным. Но когда появляется страх, потеря, унижение или неопределённость, наружу выходит настоящий хозяин: паника, гордость, жажда контроля, привычка обвинять.</w:t>
      </w:r>
    </w:p>
    <w:p>
      <w:pPr>
        <w:spacing w:after="120" w:line="269" w:lineRule="auto"/>
      </w:pPr>
      <w:r>
        <w:rPr>
          <w:rFonts w:ascii="Liberation Serif" w:hAnsi="Liberation Serif" w:eastAsia="Liberation Serif"/>
          <w:b w:val="0"/>
          <w:i w:val="0"/>
          <w:sz w:val="22"/>
        </w:rPr>
        <w:t>Это не значит, что беда послана специально, чтобы преподать урок. Не каждое зло является личным заданием от Бога. Но даже то, что не было добром, может стать местом роста, если человек не отдаёт злу последнее слово.</w:t>
      </w:r>
    </w:p>
    <w:p>
      <w:pPr>
        <w:spacing w:after="120" w:line="269" w:lineRule="auto"/>
      </w:pPr>
      <w:r>
        <w:rPr>
          <w:rFonts w:ascii="Liberation Serif" w:hAnsi="Liberation Serif" w:eastAsia="Liberation Serif"/>
          <w:b w:val="0"/>
          <w:i w:val="0"/>
          <w:sz w:val="22"/>
        </w:rPr>
        <w:t>Стойкость — не бесчувственность. Это способность продолжать верный шаг, когда привычная опора исчезла. Она растёт медленно: один разговор без лжи, один день без мести, одно выполненное обещание в условиях, когда легче было исчезнуть.</w:t>
      </w:r>
    </w:p>
    <w:p>
      <w:pPr>
        <w:pStyle w:val="Heading2"/>
      </w:pPr>
      <w:r>
        <w:rPr>
          <w:rFonts w:ascii="Liberation Sans" w:hAnsi="Liberation Sans" w:eastAsia="Liberation Sans"/>
          <w:b/>
          <w:i w:val="0"/>
          <w:sz w:val="28"/>
        </w:rPr>
        <w:t>Цельность вместо героизма</w:t>
      </w:r>
    </w:p>
    <w:p>
      <w:pPr>
        <w:spacing w:after="120" w:line="269" w:lineRule="auto"/>
      </w:pPr>
      <w:r>
        <w:rPr>
          <w:rFonts w:ascii="Liberation Serif" w:hAnsi="Liberation Serif" w:eastAsia="Liberation Serif"/>
          <w:b w:val="0"/>
          <w:i w:val="0"/>
          <w:sz w:val="22"/>
        </w:rPr>
        <w:t>Иаков говорит, что стойкость ведёт к зрелости и цельности. Зрелый человек не тот, кто никогда не падает. Он перестаёт быть собранием несвязанных ролей. Его вера, деньги, язык и отношения постепенно начинают подчиняться одному направлению.</w:t>
      </w:r>
    </w:p>
    <w:p>
      <w:pPr>
        <w:spacing w:after="120" w:line="269" w:lineRule="auto"/>
      </w:pPr>
      <w:r>
        <w:rPr>
          <w:rFonts w:ascii="Liberation Serif" w:hAnsi="Liberation Serif" w:eastAsia="Liberation Serif"/>
          <w:b w:val="0"/>
          <w:i w:val="0"/>
          <w:sz w:val="22"/>
        </w:rPr>
        <w:t>Именно поэтому испытание может стать радостью — не само по себе, а потому, что обнаруживает возможность стать цельнее. Радость здесь похожа на надежду садовника, который видит не только холодную землю, но и корень, продолжающий расти.</w:t>
      </w:r>
    </w:p>
    <w:p>
      <w:pPr>
        <w:pStyle w:val="Heading2"/>
      </w:pPr>
      <w:r>
        <w:rPr>
          <w:rFonts w:ascii="Liberation Sans" w:hAnsi="Liberation Sans" w:eastAsia="Liberation Sans"/>
          <w:b/>
          <w:i w:val="0"/>
          <w:sz w:val="28"/>
        </w:rPr>
        <w:t>Как это искажают</w:t>
      </w:r>
    </w:p>
    <w:p>
      <w:pPr>
        <w:spacing w:after="120" w:line="269" w:lineRule="auto"/>
      </w:pPr>
      <w:r>
        <w:rPr>
          <w:rFonts w:ascii="Liberation Serif" w:hAnsi="Liberation Serif" w:eastAsia="Liberation Serif"/>
          <w:b w:val="0"/>
          <w:i w:val="0"/>
          <w:sz w:val="22"/>
        </w:rPr>
        <w:t>Религиозная среда иногда требует от страдающего немедленного вдохновения. Это удобно окружающим: не нужно слушать его боль, помогать деньгами, защищать или сидеть рядом в молчании. Достаточно сказать: «Бог всё устроит».</w:t>
      </w:r>
    </w:p>
    <w:p>
      <w:pPr>
        <w:spacing w:after="120" w:line="269" w:lineRule="auto"/>
      </w:pPr>
      <w:r>
        <w:rPr>
          <w:rFonts w:ascii="Liberation Serif" w:hAnsi="Liberation Serif" w:eastAsia="Liberation Serif"/>
          <w:b w:val="0"/>
          <w:i w:val="0"/>
          <w:sz w:val="22"/>
        </w:rPr>
        <w:t>Но Иаков позже потребует конкретной помощи голодному и раздетому. Его радость не освобождает общину от участия.</w:t>
      </w:r>
    </w:p>
    <w:p>
      <w:pPr>
        <w:pStyle w:val="Heading2"/>
      </w:pPr>
      <w:r>
        <w:rPr>
          <w:rFonts w:ascii="Liberation Sans" w:hAnsi="Liberation Sans" w:eastAsia="Liberation Sans"/>
          <w:b/>
          <w:i w:val="0"/>
          <w:sz w:val="28"/>
        </w:rPr>
        <w:t>Честный вопрос</w:t>
      </w:r>
    </w:p>
    <w:p>
      <w:pPr>
        <w:pStyle w:val="Quote"/>
        <w:spacing w:after="120" w:line="269" w:lineRule="auto"/>
      </w:pPr>
      <w:r>
        <w:rPr>
          <w:rFonts w:ascii="Liberation Serif" w:hAnsi="Liberation Serif" w:eastAsia="Liberation Serif"/>
          <w:b w:val="0"/>
          <w:i w:val="0"/>
          <w:sz w:val="22"/>
        </w:rPr>
        <w:t>Что последнее испытание обнаружило во мне такого, чего я раньше не хотел видеть?</w:t>
      </w:r>
    </w:p>
    <w:p>
      <w:pPr>
        <w:pStyle w:val="Heading2"/>
      </w:pPr>
      <w:r>
        <w:rPr>
          <w:rFonts w:ascii="Liberation Sans" w:hAnsi="Liberation Sans" w:eastAsia="Liberation Sans"/>
          <w:b/>
          <w:i w:val="0"/>
          <w:sz w:val="28"/>
        </w:rPr>
        <w:t>Следующий живой шаг</w:t>
      </w:r>
    </w:p>
    <w:p>
      <w:pPr>
        <w:spacing w:after="120" w:line="269" w:lineRule="auto"/>
      </w:pPr>
      <w:r>
        <w:rPr>
          <w:rFonts w:ascii="Liberation Serif" w:hAnsi="Liberation Serif" w:eastAsia="Liberation Serif"/>
          <w:b w:val="0"/>
          <w:i w:val="0"/>
          <w:sz w:val="22"/>
        </w:rPr>
        <w:t>Назовите не весь кризис, а один участок, где требуется стойкость сегодня. Не «исправить жизнь», а позвонить, отказаться от лжи, закончить обещанную работу, обратиться за помощью или спокойно пережить сутки без разрушительного решения.</w:t>
      </w:r>
    </w:p>
    <w:p>
      <w:r>
        <w:br w:type="page"/>
      </w:r>
    </w:p>
    <w:p>
      <w:pPr>
        <w:pStyle w:val="Heading1"/>
        <w:spacing w:after="60"/>
      </w:pPr>
      <w:r>
        <w:rPr>
          <w:rFonts w:ascii="Liberation Sans" w:hAnsi="Liberation Sans" w:eastAsia="Liberation Sans"/>
          <w:b/>
          <w:i w:val="0"/>
          <w:sz w:val="36"/>
        </w:rPr>
        <w:t>ГЛАВА 2</w:t>
      </w:r>
    </w:p>
    <w:p>
      <w:pPr>
        <w:spacing w:after="280"/>
      </w:pPr>
      <w:r>
        <w:rPr>
          <w:rFonts w:ascii="Liberation Sans" w:hAnsi="Liberation Sans" w:eastAsia="Liberation Sans"/>
          <w:b/>
          <w:i w:val="0"/>
          <w:sz w:val="30"/>
        </w:rPr>
        <w:t>Просить мудрости и не жить двумя волями — Иак. 1:5–8</w:t>
      </w:r>
    </w:p>
    <w:p>
      <w:pPr>
        <w:pStyle w:val="Heading2"/>
      </w:pPr>
      <w:r>
        <w:rPr>
          <w:rFonts w:ascii="Liberation Sans" w:hAnsi="Liberation Sans" w:eastAsia="Liberation Sans"/>
          <w:b/>
          <w:i w:val="0"/>
          <w:sz w:val="28"/>
        </w:rPr>
        <w:t>Мудрость — не тайный ответ</w:t>
      </w:r>
    </w:p>
    <w:p>
      <w:pPr>
        <w:spacing w:after="120" w:line="269" w:lineRule="auto"/>
      </w:pPr>
      <w:r>
        <w:rPr>
          <w:rFonts w:ascii="Liberation Serif" w:hAnsi="Liberation Serif" w:eastAsia="Liberation Serif"/>
          <w:b w:val="0"/>
          <w:i w:val="0"/>
          <w:sz w:val="22"/>
        </w:rPr>
        <w:t>Когда человек не знает, что делать, Иаков предлагает просить мудрости у Бога. Мудрость здесь не означает получить секретную информацию о будущем. Это способность увидеть ситуацию целиком и выбрать добро, даже если оно не даёт мгновенной выгоды.</w:t>
      </w:r>
    </w:p>
    <w:p>
      <w:pPr>
        <w:spacing w:after="120" w:line="269" w:lineRule="auto"/>
      </w:pPr>
      <w:r>
        <w:rPr>
          <w:rFonts w:ascii="Liberation Serif" w:hAnsi="Liberation Serif" w:eastAsia="Liberation Serif"/>
          <w:b w:val="0"/>
          <w:i w:val="0"/>
          <w:sz w:val="22"/>
        </w:rPr>
        <w:t>Часто мы просим не мудрости, а подтверждения уже принятого решения. Хотим, чтобы Бог благословил нашу месть, переезд, отношения, покупку или отказ от ответственности. Мы задаём вопрос, но заранее объявляем неправильным любой ответ, который требует от нас измениться.</w:t>
      </w:r>
    </w:p>
    <w:p>
      <w:pPr>
        <w:pStyle w:val="Heading2"/>
      </w:pPr>
      <w:r>
        <w:rPr>
          <w:rFonts w:ascii="Liberation Sans" w:hAnsi="Liberation Sans" w:eastAsia="Liberation Sans"/>
          <w:b/>
          <w:i w:val="0"/>
          <w:sz w:val="28"/>
        </w:rPr>
        <w:t>Раздвоенный человек</w:t>
      </w:r>
    </w:p>
    <w:p>
      <w:pPr>
        <w:spacing w:after="120" w:line="269" w:lineRule="auto"/>
      </w:pPr>
      <w:r>
        <w:rPr>
          <w:rFonts w:ascii="Liberation Serif" w:hAnsi="Liberation Serif" w:eastAsia="Liberation Serif"/>
          <w:b w:val="0"/>
          <w:i w:val="0"/>
          <w:sz w:val="22"/>
        </w:rPr>
        <w:t>Иаков описывает сомневающегося как человека с двумя душами, непостоянного во всех путях. Речь не о честном интеллектуальном сомнении. Вопросы и неуверенность не делают человека врагом Бога.</w:t>
      </w:r>
    </w:p>
    <w:p>
      <w:pPr>
        <w:spacing w:after="120" w:line="269" w:lineRule="auto"/>
      </w:pPr>
      <w:r>
        <w:rPr>
          <w:rFonts w:ascii="Liberation Serif" w:hAnsi="Liberation Serif" w:eastAsia="Liberation Serif"/>
          <w:b w:val="0"/>
          <w:i w:val="0"/>
          <w:sz w:val="22"/>
        </w:rPr>
        <w:t>Раздвоенность возникает, когда внутри действуют две противоположные воли. Одна хочет истины, другая — только сохранить лицо. Одна просит свободы, другая не желает отпускать привычную зависимость. Одна говорит: «покажи мне», другая шепчет: «только не это».</w:t>
      </w:r>
    </w:p>
    <w:p>
      <w:pPr>
        <w:pStyle w:val="Heading2"/>
      </w:pPr>
      <w:r>
        <w:rPr>
          <w:rFonts w:ascii="Liberation Sans" w:hAnsi="Liberation Sans" w:eastAsia="Liberation Sans"/>
          <w:b/>
          <w:i w:val="0"/>
          <w:sz w:val="28"/>
        </w:rPr>
        <w:t>Современный смысл</w:t>
      </w:r>
    </w:p>
    <w:p>
      <w:pPr>
        <w:spacing w:after="120" w:line="269" w:lineRule="auto"/>
      </w:pPr>
      <w:r>
        <w:rPr>
          <w:rFonts w:ascii="Liberation Serif" w:hAnsi="Liberation Serif" w:eastAsia="Liberation Serif"/>
          <w:b w:val="0"/>
          <w:i w:val="0"/>
          <w:sz w:val="22"/>
        </w:rPr>
        <w:t>Просить с верой означает быть готовым последовать увиденному. Не гарантировать себе безошибочность, а перестать заранее торговаться.</w:t>
      </w:r>
    </w:p>
    <w:p>
      <w:pPr>
        <w:spacing w:after="120" w:line="269" w:lineRule="auto"/>
      </w:pPr>
      <w:r>
        <w:rPr>
          <w:rFonts w:ascii="Liberation Serif" w:hAnsi="Liberation Serif" w:eastAsia="Liberation Serif"/>
          <w:b w:val="0"/>
          <w:i w:val="0"/>
          <w:sz w:val="22"/>
        </w:rPr>
        <w:t>Мудрость может привести не к великому решению, а к простому признанию: сейчас я слишком зол; сейчас мне нужен совет; сейчас нельзя подписывать договор; сейчас надо вернуть деньги; сейчас надо спать, а не объявлять себе новую миссию.</w:t>
      </w:r>
    </w:p>
    <w:p>
      <w:pPr>
        <w:spacing w:after="120" w:line="269" w:lineRule="auto"/>
      </w:pPr>
      <w:r>
        <w:rPr>
          <w:rFonts w:ascii="Liberation Serif" w:hAnsi="Liberation Serif" w:eastAsia="Liberation Serif"/>
          <w:b w:val="0"/>
          <w:i w:val="0"/>
          <w:sz w:val="22"/>
        </w:rPr>
        <w:t>Она не всегда выглядит вдохновляюще. Иногда мудрый ответ скучен и неприятен, потому что защищает жизнь от импульса.</w:t>
      </w:r>
    </w:p>
    <w:p>
      <w:pPr>
        <w:pStyle w:val="Heading2"/>
      </w:pPr>
      <w:r>
        <w:rPr>
          <w:rFonts w:ascii="Liberation Sans" w:hAnsi="Liberation Sans" w:eastAsia="Liberation Sans"/>
          <w:b/>
          <w:i w:val="0"/>
          <w:sz w:val="28"/>
        </w:rPr>
        <w:t>Проверка советов</w:t>
      </w:r>
    </w:p>
    <w:p>
      <w:pPr>
        <w:spacing w:after="120" w:line="269" w:lineRule="auto"/>
      </w:pPr>
      <w:r>
        <w:rPr>
          <w:rFonts w:ascii="Liberation Serif" w:hAnsi="Liberation Serif" w:eastAsia="Liberation Serif"/>
          <w:b w:val="0"/>
          <w:i w:val="0"/>
          <w:sz w:val="22"/>
        </w:rPr>
        <w:t>Человек может принять собственный страх за Божье предупреждение, а возбуждение — за призвание. Поэтому мудрость проверяется временем, фактами, плодом и разговором с людьми, которые не зависят от вашего одобрения.</w:t>
      </w:r>
    </w:p>
    <w:p>
      <w:pPr>
        <w:spacing w:after="120" w:line="269" w:lineRule="auto"/>
      </w:pPr>
      <w:r>
        <w:rPr>
          <w:rFonts w:ascii="Liberation Serif" w:hAnsi="Liberation Serif" w:eastAsia="Liberation Serif"/>
          <w:b w:val="0"/>
          <w:i w:val="0"/>
          <w:sz w:val="22"/>
        </w:rPr>
        <w:t>Настоящая мудрость не боится уточнений. Она не требует немедленного подчинения под угрозой. Она допускает остановку и проверку.</w:t>
      </w:r>
    </w:p>
    <w:p>
      <w:pPr>
        <w:pStyle w:val="Heading2"/>
      </w:pPr>
      <w:r>
        <w:rPr>
          <w:rFonts w:ascii="Liberation Sans" w:hAnsi="Liberation Sans" w:eastAsia="Liberation Sans"/>
          <w:b/>
          <w:i w:val="0"/>
          <w:sz w:val="28"/>
        </w:rPr>
        <w:t>Честный вопрос</w:t>
      </w:r>
    </w:p>
    <w:p>
      <w:pPr>
        <w:pStyle w:val="Quote"/>
        <w:spacing w:after="120" w:line="269" w:lineRule="auto"/>
      </w:pPr>
      <w:r>
        <w:rPr>
          <w:rFonts w:ascii="Liberation Serif" w:hAnsi="Liberation Serif" w:eastAsia="Liberation Serif"/>
          <w:b w:val="0"/>
          <w:i w:val="0"/>
          <w:sz w:val="22"/>
        </w:rPr>
        <w:t>О чём я прошу Бога, но какой ответ заранее отказываюсь принимать?</w:t>
      </w:r>
    </w:p>
    <w:p>
      <w:pPr>
        <w:pStyle w:val="Heading2"/>
      </w:pPr>
      <w:r>
        <w:rPr>
          <w:rFonts w:ascii="Liberation Sans" w:hAnsi="Liberation Sans" w:eastAsia="Liberation Sans"/>
          <w:b/>
          <w:i w:val="0"/>
          <w:sz w:val="28"/>
        </w:rPr>
        <w:t>Следующий живой шаг</w:t>
      </w:r>
    </w:p>
    <w:p>
      <w:pPr>
        <w:spacing w:after="120" w:line="269" w:lineRule="auto"/>
      </w:pPr>
      <w:r>
        <w:rPr>
          <w:rFonts w:ascii="Liberation Serif" w:hAnsi="Liberation Serif" w:eastAsia="Liberation Serif"/>
          <w:b w:val="0"/>
          <w:i w:val="0"/>
          <w:sz w:val="22"/>
        </w:rPr>
        <w:t>Сформулируйте решение, которое вас занимает, и выпишите три колонки: факты; мои страхи и желания; возможный добрый следующий шаг. Не принимайте сильное чувство за факт.</w:t>
      </w:r>
    </w:p>
    <w:p>
      <w:r>
        <w:br w:type="page"/>
      </w:r>
    </w:p>
    <w:p>
      <w:pPr>
        <w:pStyle w:val="Heading1"/>
        <w:spacing w:after="60"/>
      </w:pPr>
      <w:r>
        <w:rPr>
          <w:rFonts w:ascii="Liberation Sans" w:hAnsi="Liberation Sans" w:eastAsia="Liberation Sans"/>
          <w:b/>
          <w:i w:val="0"/>
          <w:sz w:val="36"/>
        </w:rPr>
        <w:t>ГЛАВА 3</w:t>
      </w:r>
    </w:p>
    <w:p>
      <w:pPr>
        <w:spacing w:after="280"/>
      </w:pPr>
      <w:r>
        <w:rPr>
          <w:rFonts w:ascii="Liberation Sans" w:hAnsi="Liberation Sans" w:eastAsia="Liberation Sans"/>
          <w:b/>
          <w:i w:val="0"/>
          <w:sz w:val="30"/>
        </w:rPr>
        <w:t>Бедный и богатый перед исчезающей травой — Иак. 1:9–11</w:t>
      </w:r>
    </w:p>
    <w:p>
      <w:pPr>
        <w:pStyle w:val="Heading2"/>
      </w:pPr>
      <w:r>
        <w:rPr>
          <w:rFonts w:ascii="Liberation Sans" w:hAnsi="Liberation Sans" w:eastAsia="Liberation Sans"/>
          <w:b/>
          <w:i w:val="0"/>
          <w:sz w:val="28"/>
        </w:rPr>
        <w:t>Достоинство, которое не покупается</w:t>
      </w:r>
    </w:p>
    <w:p>
      <w:pPr>
        <w:spacing w:after="120" w:line="269" w:lineRule="auto"/>
      </w:pPr>
      <w:r>
        <w:rPr>
          <w:rFonts w:ascii="Liberation Serif" w:hAnsi="Liberation Serif" w:eastAsia="Liberation Serif"/>
          <w:b w:val="0"/>
          <w:i w:val="0"/>
          <w:sz w:val="22"/>
        </w:rPr>
        <w:t>Иаков обращается к бедному и богатому. Бедному он напоминает о высоте его достоинства, богатому — о собственной хрупкости. Это не романтизация нищеты и не ненависть к деньгам. Это разрушение социальной лжи, будто стоимость человека определяется ресурсами.</w:t>
      </w:r>
    </w:p>
    <w:p>
      <w:pPr>
        <w:spacing w:after="120" w:line="269" w:lineRule="auto"/>
      </w:pPr>
      <w:r>
        <w:rPr>
          <w:rFonts w:ascii="Liberation Serif" w:hAnsi="Liberation Serif" w:eastAsia="Liberation Serif"/>
          <w:b w:val="0"/>
          <w:i w:val="0"/>
          <w:sz w:val="22"/>
        </w:rPr>
        <w:t>Бедность часто унижает не только отсутствием денег. Она заставляет просить, ждать, зависеть от решения других. Человека перестают замечать. Иаков говорит: твоя цена не стала меньше из-за того, что у тебя нет доступа, статуса или красивой одежды.</w:t>
      </w:r>
    </w:p>
    <w:p>
      <w:pPr>
        <w:spacing w:after="120" w:line="269" w:lineRule="auto"/>
      </w:pPr>
      <w:r>
        <w:rPr>
          <w:rFonts w:ascii="Liberation Serif" w:hAnsi="Liberation Serif" w:eastAsia="Liberation Serif"/>
          <w:b w:val="0"/>
          <w:i w:val="0"/>
          <w:sz w:val="22"/>
        </w:rPr>
        <w:t>Богатому он говорит обратное: деньги дают возможности, но не отменяют смертность. Успех похож на цветок травы — прекрасен и недолговечен.</w:t>
      </w:r>
    </w:p>
    <w:p>
      <w:pPr>
        <w:pStyle w:val="Heading2"/>
      </w:pPr>
      <w:r>
        <w:rPr>
          <w:rFonts w:ascii="Liberation Sans" w:hAnsi="Liberation Sans" w:eastAsia="Liberation Sans"/>
          <w:b/>
          <w:i w:val="0"/>
          <w:sz w:val="28"/>
        </w:rPr>
        <w:t>Современный смысл</w:t>
      </w:r>
    </w:p>
    <w:p>
      <w:pPr>
        <w:spacing w:after="120" w:line="269" w:lineRule="auto"/>
      </w:pPr>
      <w:r>
        <w:rPr>
          <w:rFonts w:ascii="Liberation Serif" w:hAnsi="Liberation Serif" w:eastAsia="Liberation Serif"/>
          <w:b w:val="0"/>
          <w:i w:val="0"/>
          <w:sz w:val="22"/>
        </w:rPr>
        <w:t>Не строй личность на том, что может исчезнуть за неделю: доходе, подписчиках, должности, здоровье, гражданстве, внешности. Пользуйся этим, отвечай за это, делись этим — но не называй это собой.</w:t>
      </w:r>
    </w:p>
    <w:p>
      <w:pPr>
        <w:spacing w:after="120" w:line="269" w:lineRule="auto"/>
      </w:pPr>
      <w:r>
        <w:rPr>
          <w:rFonts w:ascii="Liberation Serif" w:hAnsi="Liberation Serif" w:eastAsia="Liberation Serif"/>
          <w:b w:val="0"/>
          <w:i w:val="0"/>
          <w:sz w:val="22"/>
        </w:rPr>
        <w:t>Богатство особенно опасно тем, что заставляет реальность соглашаться. Можно купить тишину, комфорт, внимание, услуги и окружение. Возникает иллюзия, будто ты стал мудрее и значительнее. Но деньги не умеют сделать человека верным, любящим или честным.</w:t>
      </w:r>
    </w:p>
    <w:p>
      <w:pPr>
        <w:pStyle w:val="Heading2"/>
      </w:pPr>
      <w:r>
        <w:rPr>
          <w:rFonts w:ascii="Liberation Sans" w:hAnsi="Liberation Sans" w:eastAsia="Liberation Sans"/>
          <w:b/>
          <w:i w:val="0"/>
          <w:sz w:val="28"/>
        </w:rPr>
        <w:t>Бедность тоже не делает святым</w:t>
      </w:r>
    </w:p>
    <w:p>
      <w:pPr>
        <w:spacing w:after="120" w:line="269" w:lineRule="auto"/>
      </w:pPr>
      <w:r>
        <w:rPr>
          <w:rFonts w:ascii="Liberation Serif" w:hAnsi="Liberation Serif" w:eastAsia="Liberation Serif"/>
          <w:b w:val="0"/>
          <w:i w:val="0"/>
          <w:sz w:val="22"/>
        </w:rPr>
        <w:t>У бедного могут быть зависть, гордость, жестокость и желание господствовать. Отсутствие ресурсов не очищает автоматически. Иаков не меняет местами кумиров. Он возвращает обоих к одному основанию.</w:t>
      </w:r>
    </w:p>
    <w:p>
      <w:pPr>
        <w:spacing w:after="120" w:line="269" w:lineRule="auto"/>
      </w:pPr>
      <w:r>
        <w:rPr>
          <w:rFonts w:ascii="Liberation Serif" w:hAnsi="Liberation Serif" w:eastAsia="Liberation Serif"/>
          <w:b w:val="0"/>
          <w:i w:val="0"/>
          <w:sz w:val="22"/>
        </w:rPr>
        <w:t>Бедный не обязан стыдиться. Богатый не обязан стыдиться каждого удобства. Но оба должны спросить: чему служит то, что у меня есть, и кем я становлюсь рядом с теми, у кого меньше?</w:t>
      </w:r>
    </w:p>
    <w:p>
      <w:pPr>
        <w:pStyle w:val="Heading2"/>
      </w:pPr>
      <w:r>
        <w:rPr>
          <w:rFonts w:ascii="Liberation Sans" w:hAnsi="Liberation Sans" w:eastAsia="Liberation Sans"/>
          <w:b/>
          <w:i w:val="0"/>
          <w:sz w:val="28"/>
        </w:rPr>
        <w:t>Честный вопрос</w:t>
      </w:r>
    </w:p>
    <w:p>
      <w:pPr>
        <w:pStyle w:val="Quote"/>
        <w:spacing w:after="120" w:line="269" w:lineRule="auto"/>
      </w:pPr>
      <w:r>
        <w:rPr>
          <w:rFonts w:ascii="Liberation Serif" w:hAnsi="Liberation Serif" w:eastAsia="Liberation Serif"/>
          <w:b w:val="0"/>
          <w:i w:val="0"/>
          <w:sz w:val="22"/>
        </w:rPr>
        <w:t>Как изменяется моё отношение к человеку, когда я узнаю его доход, профессию или число подписчиков?</w:t>
      </w:r>
    </w:p>
    <w:p>
      <w:pPr>
        <w:pStyle w:val="Heading2"/>
      </w:pPr>
      <w:r>
        <w:rPr>
          <w:rFonts w:ascii="Liberation Sans" w:hAnsi="Liberation Sans" w:eastAsia="Liberation Sans"/>
          <w:b/>
          <w:i w:val="0"/>
          <w:sz w:val="28"/>
        </w:rPr>
        <w:t>Следующий живой шаг</w:t>
      </w:r>
    </w:p>
    <w:p>
      <w:pPr>
        <w:spacing w:after="120" w:line="269" w:lineRule="auto"/>
      </w:pPr>
      <w:r>
        <w:rPr>
          <w:rFonts w:ascii="Liberation Serif" w:hAnsi="Liberation Serif" w:eastAsia="Liberation Serif"/>
          <w:b w:val="0"/>
          <w:i w:val="0"/>
          <w:sz w:val="22"/>
        </w:rPr>
        <w:t>Заметьте одного человека, которого обычно обслуживают, но не видят: уборщика, курьера, продавца, водителя. Узнайте его имя или хотя бы обратитесь к нему как к человеку, а не функции.</w:t>
      </w:r>
    </w:p>
    <w:p>
      <w:r>
        <w:br w:type="page"/>
      </w:r>
    </w:p>
    <w:p>
      <w:pPr>
        <w:pStyle w:val="Heading1"/>
        <w:spacing w:after="60"/>
      </w:pPr>
      <w:r>
        <w:rPr>
          <w:rFonts w:ascii="Liberation Sans" w:hAnsi="Liberation Sans" w:eastAsia="Liberation Sans"/>
          <w:b/>
          <w:i w:val="0"/>
          <w:sz w:val="36"/>
        </w:rPr>
        <w:t>ГЛАВА 4</w:t>
      </w:r>
    </w:p>
    <w:p>
      <w:pPr>
        <w:spacing w:after="280"/>
      </w:pPr>
      <w:r>
        <w:rPr>
          <w:rFonts w:ascii="Liberation Sans" w:hAnsi="Liberation Sans" w:eastAsia="Liberation Sans"/>
          <w:b/>
          <w:i w:val="0"/>
          <w:sz w:val="30"/>
        </w:rPr>
        <w:t>Искушение не надо приписывать Богу — Иак. 1:12–18</w:t>
      </w:r>
    </w:p>
    <w:p>
      <w:pPr>
        <w:pStyle w:val="Heading2"/>
      </w:pPr>
      <w:r>
        <w:rPr>
          <w:rFonts w:ascii="Liberation Sans" w:hAnsi="Liberation Sans" w:eastAsia="Liberation Sans"/>
          <w:b/>
          <w:i w:val="0"/>
          <w:sz w:val="28"/>
        </w:rPr>
        <w:t>Бог не заманивает в зло</w:t>
      </w:r>
    </w:p>
    <w:p>
      <w:pPr>
        <w:spacing w:after="120" w:line="269" w:lineRule="auto"/>
      </w:pPr>
      <w:r>
        <w:rPr>
          <w:rFonts w:ascii="Liberation Serif" w:hAnsi="Liberation Serif" w:eastAsia="Liberation Serif"/>
          <w:b w:val="0"/>
          <w:i w:val="0"/>
          <w:sz w:val="22"/>
        </w:rPr>
        <w:t>Иаков резко отделяет испытание от искушения. Человек не должен говорить: «Меня искушает Бог». Источник зла нельзя переносить на Него, чтобы снять с себя ответственность.</w:t>
      </w:r>
    </w:p>
    <w:p>
      <w:pPr>
        <w:spacing w:after="120" w:line="269" w:lineRule="auto"/>
      </w:pPr>
      <w:r>
        <w:rPr>
          <w:rFonts w:ascii="Liberation Serif" w:hAnsi="Liberation Serif" w:eastAsia="Liberation Serif"/>
          <w:b w:val="0"/>
          <w:i w:val="0"/>
          <w:sz w:val="22"/>
        </w:rPr>
        <w:t>Искушение начинается там, где желание захватывает воображение. Само желание ещё не поступок. Гнев, сексуальное влечение, страх, стремление к признанию и безопасности принадлежат человеческой природе. Но желание может зачать ложь: «мне необходимо это получить любой ценой».</w:t>
      </w:r>
    </w:p>
    <w:p>
      <w:pPr>
        <w:pStyle w:val="Heading2"/>
      </w:pPr>
      <w:r>
        <w:rPr>
          <w:rFonts w:ascii="Liberation Sans" w:hAnsi="Liberation Sans" w:eastAsia="Liberation Sans"/>
          <w:b/>
          <w:i w:val="0"/>
          <w:sz w:val="28"/>
        </w:rPr>
        <w:t>Как растёт зло</w:t>
      </w:r>
    </w:p>
    <w:p>
      <w:pPr>
        <w:spacing w:after="120" w:line="269" w:lineRule="auto"/>
      </w:pPr>
      <w:r>
        <w:rPr>
          <w:rFonts w:ascii="Liberation Serif" w:hAnsi="Liberation Serif" w:eastAsia="Liberation Serif"/>
          <w:b w:val="0"/>
          <w:i w:val="0"/>
          <w:sz w:val="22"/>
        </w:rPr>
        <w:t>Иаков описывает цепочку рождения: желание увлекает, затем рождает грех, а грех приносит смерть. Между импульсом и поступком существует пространство. Оно может быть коротким, но именно там живёт свобода.</w:t>
      </w:r>
    </w:p>
    <w:p>
      <w:pPr>
        <w:spacing w:after="120" w:line="269" w:lineRule="auto"/>
      </w:pPr>
      <w:r>
        <w:rPr>
          <w:rFonts w:ascii="Liberation Serif" w:hAnsi="Liberation Serif" w:eastAsia="Liberation Serif"/>
          <w:b w:val="0"/>
          <w:i w:val="0"/>
          <w:sz w:val="22"/>
        </w:rPr>
        <w:t>Человек редко просыпается с решением разрушить семью, украсть крупную сумму или стать жестоким. Обычно зло растёт маленькими разрешениями: один секрет, одна удобная ложь, одно унижение, которое показалось заслуженным.</w:t>
      </w:r>
    </w:p>
    <w:p>
      <w:pPr>
        <w:pStyle w:val="Heading2"/>
      </w:pPr>
      <w:r>
        <w:rPr>
          <w:rFonts w:ascii="Liberation Sans" w:hAnsi="Liberation Sans" w:eastAsia="Liberation Sans"/>
          <w:b/>
          <w:i w:val="0"/>
          <w:sz w:val="28"/>
        </w:rPr>
        <w:t>Современный смысл</w:t>
      </w:r>
    </w:p>
    <w:p>
      <w:pPr>
        <w:spacing w:after="120" w:line="269" w:lineRule="auto"/>
      </w:pPr>
      <w:r>
        <w:rPr>
          <w:rFonts w:ascii="Liberation Serif" w:hAnsi="Liberation Serif" w:eastAsia="Liberation Serif"/>
          <w:b w:val="0"/>
          <w:i w:val="0"/>
          <w:sz w:val="22"/>
        </w:rPr>
        <w:t>Не надо ненавидеть своё желание. Надо научиться видеть, куда оно ведёт и какую историю рассказывает.</w:t>
      </w:r>
    </w:p>
    <w:p>
      <w:pPr>
        <w:spacing w:after="120" w:line="269" w:lineRule="auto"/>
      </w:pPr>
      <w:r>
        <w:rPr>
          <w:rFonts w:ascii="Liberation Serif" w:hAnsi="Liberation Serif" w:eastAsia="Liberation Serif"/>
          <w:b w:val="0"/>
          <w:i w:val="0"/>
          <w:sz w:val="22"/>
        </w:rPr>
        <w:t>Желание признания может стать трудом, который приносит пользу. А может превратить людей в зрителей, без которых человек не чувствует существования. Гнев может защитить слабого. А может искать тело, в которое можно ударить. Страх может предупредить об опасности. А может заставить предать.</w:t>
      </w:r>
    </w:p>
    <w:p>
      <w:pPr>
        <w:spacing w:after="120" w:line="269" w:lineRule="auto"/>
      </w:pPr>
      <w:r>
        <w:rPr>
          <w:rFonts w:ascii="Liberation Serif" w:hAnsi="Liberation Serif" w:eastAsia="Liberation Serif"/>
          <w:b w:val="0"/>
          <w:i w:val="0"/>
          <w:sz w:val="22"/>
        </w:rPr>
        <w:t>Духовная зрелость не убивает энергию желания. Она перестаёт отдавать ему руль.</w:t>
      </w:r>
    </w:p>
    <w:p>
      <w:pPr>
        <w:pStyle w:val="Heading2"/>
      </w:pPr>
      <w:r>
        <w:rPr>
          <w:rFonts w:ascii="Liberation Sans" w:hAnsi="Liberation Sans" w:eastAsia="Liberation Sans"/>
          <w:b/>
          <w:i w:val="0"/>
          <w:sz w:val="28"/>
        </w:rPr>
        <w:t>Добрый источник</w:t>
      </w:r>
    </w:p>
    <w:p>
      <w:pPr>
        <w:spacing w:after="120" w:line="269" w:lineRule="auto"/>
      </w:pPr>
      <w:r>
        <w:rPr>
          <w:rFonts w:ascii="Liberation Serif" w:hAnsi="Liberation Serif" w:eastAsia="Liberation Serif"/>
          <w:b w:val="0"/>
          <w:i w:val="0"/>
          <w:sz w:val="22"/>
        </w:rPr>
        <w:t>Иаков противопоставляет искушению Бога как Подателя всякого доброго дара. В Нём нет перемены света и тени. Это значит: когда религиозное учение делает Бога похожим на манипулятора, который заманивает человека, ломает и наслаждается его провалом, такое изображение следует проверить.</w:t>
      </w:r>
    </w:p>
    <w:p>
      <w:pPr>
        <w:spacing w:after="120" w:line="269" w:lineRule="auto"/>
      </w:pPr>
      <w:r>
        <w:rPr>
          <w:rFonts w:ascii="Liberation Serif" w:hAnsi="Liberation Serif" w:eastAsia="Liberation Serif"/>
          <w:b w:val="0"/>
          <w:i w:val="0"/>
          <w:sz w:val="22"/>
        </w:rPr>
        <w:t>Бог рождает словом истины, а не ловушкой.</w:t>
      </w:r>
    </w:p>
    <w:p>
      <w:pPr>
        <w:pStyle w:val="Heading2"/>
      </w:pPr>
      <w:r>
        <w:rPr>
          <w:rFonts w:ascii="Liberation Sans" w:hAnsi="Liberation Sans" w:eastAsia="Liberation Sans"/>
          <w:b/>
          <w:i w:val="0"/>
          <w:sz w:val="28"/>
        </w:rPr>
        <w:t>Честный вопрос</w:t>
      </w:r>
    </w:p>
    <w:p>
      <w:pPr>
        <w:pStyle w:val="Quote"/>
        <w:spacing w:after="120" w:line="269" w:lineRule="auto"/>
      </w:pPr>
      <w:r>
        <w:rPr>
          <w:rFonts w:ascii="Liberation Serif" w:hAnsi="Liberation Serif" w:eastAsia="Liberation Serif"/>
          <w:b w:val="0"/>
          <w:i w:val="0"/>
          <w:sz w:val="22"/>
        </w:rPr>
        <w:t>Какое желание сейчас рассказывает мне, что без его немедленного исполнения я не смогу жить?</w:t>
      </w:r>
    </w:p>
    <w:p>
      <w:pPr>
        <w:pStyle w:val="Heading2"/>
      </w:pPr>
      <w:r>
        <w:rPr>
          <w:rFonts w:ascii="Liberation Sans" w:hAnsi="Liberation Sans" w:eastAsia="Liberation Sans"/>
          <w:b/>
          <w:i w:val="0"/>
          <w:sz w:val="28"/>
        </w:rPr>
        <w:t>Следующий живой шаг</w:t>
      </w:r>
    </w:p>
    <w:p>
      <w:pPr>
        <w:spacing w:after="120" w:line="269" w:lineRule="auto"/>
      </w:pPr>
      <w:r>
        <w:rPr>
          <w:rFonts w:ascii="Liberation Serif" w:hAnsi="Liberation Serif" w:eastAsia="Liberation Serif"/>
          <w:b w:val="0"/>
          <w:i w:val="0"/>
          <w:sz w:val="22"/>
        </w:rPr>
        <w:t>Не принимайте решение на пике импульса. Назовите желание вслух или письменно, подождите, поговорите с надёжным человеком и выберите форму, в которой энергия желания сможет служить жизни.</w:t>
      </w:r>
    </w:p>
    <w:p>
      <w:r>
        <w:br w:type="page"/>
      </w:r>
    </w:p>
    <w:p>
      <w:pPr>
        <w:spacing w:before="3000"/>
        <w:jc w:val="center"/>
      </w:pPr>
      <w:r>
        <w:rPr>
          <w:rFonts w:ascii="Liberation Sans" w:hAnsi="Liberation Sans" w:eastAsia="Liberation Sans"/>
          <w:b/>
          <w:i w:val="0"/>
          <w:sz w:val="44"/>
        </w:rPr>
        <w:t>ЧАСТЬ II. СЛОВО, КОТОРОЕ ВХОДИТ В РУКИ</w:t>
      </w:r>
    </w:p>
    <w:p>
      <w:r>
        <w:br w:type="page"/>
      </w:r>
    </w:p>
    <w:p>
      <w:pPr>
        <w:pStyle w:val="Heading1"/>
        <w:spacing w:after="60"/>
      </w:pPr>
      <w:r>
        <w:rPr>
          <w:rFonts w:ascii="Liberation Sans" w:hAnsi="Liberation Sans" w:eastAsia="Liberation Sans"/>
          <w:b/>
          <w:i w:val="0"/>
          <w:sz w:val="36"/>
        </w:rPr>
        <w:t>ГЛАВА 5</w:t>
      </w:r>
    </w:p>
    <w:p>
      <w:pPr>
        <w:spacing w:after="280"/>
      </w:pPr>
      <w:r>
        <w:rPr>
          <w:rFonts w:ascii="Liberation Sans" w:hAnsi="Liberation Sans" w:eastAsia="Liberation Sans"/>
          <w:b/>
          <w:i w:val="0"/>
          <w:sz w:val="30"/>
        </w:rPr>
        <w:t>Скор на слышание, медлен на слова и гнев — Иак. 1:19–21</w:t>
      </w:r>
    </w:p>
    <w:p>
      <w:pPr>
        <w:pStyle w:val="Heading2"/>
      </w:pPr>
      <w:r>
        <w:rPr>
          <w:rFonts w:ascii="Liberation Sans" w:hAnsi="Liberation Sans" w:eastAsia="Liberation Sans"/>
          <w:b/>
          <w:i w:val="0"/>
          <w:sz w:val="28"/>
        </w:rPr>
        <w:t>Быстрый ответ редко является сильным</w:t>
      </w:r>
    </w:p>
    <w:p>
      <w:pPr>
        <w:spacing w:after="120" w:line="269" w:lineRule="auto"/>
      </w:pPr>
      <w:r>
        <w:rPr>
          <w:rFonts w:ascii="Liberation Serif" w:hAnsi="Liberation Serif" w:eastAsia="Liberation Serif"/>
          <w:b w:val="0"/>
          <w:i w:val="0"/>
          <w:sz w:val="22"/>
        </w:rPr>
        <w:t>Современная среда награждает немедленную реакцию. Первым ответить, жёстко поставить на место, разоблачить, показать уверенность. Но Иаков предлагает противоположный ритм: быстро слушать, медленно говорить, медленно гневаться.</w:t>
      </w:r>
    </w:p>
    <w:p>
      <w:pPr>
        <w:spacing w:after="120" w:line="269" w:lineRule="auto"/>
      </w:pPr>
      <w:r>
        <w:rPr>
          <w:rFonts w:ascii="Liberation Serif" w:hAnsi="Liberation Serif" w:eastAsia="Liberation Serif"/>
          <w:b w:val="0"/>
          <w:i w:val="0"/>
          <w:sz w:val="22"/>
        </w:rPr>
        <w:t>Это не призыв стать бессловесным. Он защищает речь от захвата импульсом.</w:t>
      </w:r>
    </w:p>
    <w:p>
      <w:pPr>
        <w:pStyle w:val="Heading2"/>
      </w:pPr>
      <w:r>
        <w:rPr>
          <w:rFonts w:ascii="Liberation Sans" w:hAnsi="Liberation Sans" w:eastAsia="Liberation Sans"/>
          <w:b/>
          <w:i w:val="0"/>
          <w:sz w:val="28"/>
        </w:rPr>
        <w:t>Гнев и праведность</w:t>
      </w:r>
    </w:p>
    <w:p>
      <w:pPr>
        <w:spacing w:after="120" w:line="269" w:lineRule="auto"/>
      </w:pPr>
      <w:r>
        <w:rPr>
          <w:rFonts w:ascii="Liberation Serif" w:hAnsi="Liberation Serif" w:eastAsia="Liberation Serif"/>
          <w:b w:val="0"/>
          <w:i w:val="0"/>
          <w:sz w:val="22"/>
        </w:rPr>
        <w:t>Иаков говорит, что человеческий гнев не производит Божьей праведности. Гнев может указывать на несправедливость, но сам по себе не знает, что делать. Он даёт энергию и сужает зрение.</w:t>
      </w:r>
    </w:p>
    <w:p>
      <w:pPr>
        <w:spacing w:after="120" w:line="269" w:lineRule="auto"/>
      </w:pPr>
      <w:r>
        <w:rPr>
          <w:rFonts w:ascii="Liberation Serif" w:hAnsi="Liberation Serif" w:eastAsia="Liberation Serif"/>
          <w:b w:val="0"/>
          <w:i w:val="0"/>
          <w:sz w:val="22"/>
        </w:rPr>
        <w:t>Под властью гнева человек легко перепутывает справедливость с местью. Ему уже недостаточно остановить зло — хочется, чтобы виновный был унижен, испуган, уничтожен. Тогда борьба за правду начинает производить новую неправду.</w:t>
      </w:r>
    </w:p>
    <w:p>
      <w:pPr>
        <w:pStyle w:val="Heading2"/>
      </w:pPr>
      <w:r>
        <w:rPr>
          <w:rFonts w:ascii="Liberation Sans" w:hAnsi="Liberation Sans" w:eastAsia="Liberation Sans"/>
          <w:b/>
          <w:i w:val="0"/>
          <w:sz w:val="28"/>
        </w:rPr>
        <w:t>Слушание как действие</w:t>
      </w:r>
    </w:p>
    <w:p>
      <w:pPr>
        <w:spacing w:after="120" w:line="269" w:lineRule="auto"/>
      </w:pPr>
      <w:r>
        <w:rPr>
          <w:rFonts w:ascii="Liberation Serif" w:hAnsi="Liberation Serif" w:eastAsia="Liberation Serif"/>
          <w:b w:val="0"/>
          <w:i w:val="0"/>
          <w:sz w:val="22"/>
        </w:rPr>
        <w:t>Слушать — не значит соглашаться. Это значит дать фактам и чужому опыту войти раньше собственной защиты.</w:t>
      </w:r>
    </w:p>
    <w:p>
      <w:pPr>
        <w:spacing w:after="120" w:line="269" w:lineRule="auto"/>
      </w:pPr>
      <w:r>
        <w:rPr>
          <w:rFonts w:ascii="Liberation Serif" w:hAnsi="Liberation Serif" w:eastAsia="Liberation Serif"/>
          <w:b w:val="0"/>
          <w:i w:val="0"/>
          <w:sz w:val="22"/>
        </w:rPr>
        <w:t>В семейном конфликте человек часто слушает только для того, чтобы найти слабое место в аргументе. В политическом споре — чтобы приклеить ярлык. В религиозном разговоре — чтобы определить, свой перед ним или чужой.</w:t>
      </w:r>
    </w:p>
    <w:p>
      <w:pPr>
        <w:spacing w:after="120" w:line="269" w:lineRule="auto"/>
      </w:pPr>
      <w:r>
        <w:rPr>
          <w:rFonts w:ascii="Liberation Serif" w:hAnsi="Liberation Serif" w:eastAsia="Liberation Serif"/>
          <w:b w:val="0"/>
          <w:i w:val="0"/>
          <w:sz w:val="22"/>
        </w:rPr>
        <w:t>Живое слушание спрашивает: что действительно произошло? Чего этот человек боится? Что я мог не заметить? Где в его словах факт, а где боль?</w:t>
      </w:r>
    </w:p>
    <w:p>
      <w:pPr>
        <w:pStyle w:val="Heading2"/>
      </w:pPr>
      <w:r>
        <w:rPr>
          <w:rFonts w:ascii="Liberation Sans" w:hAnsi="Liberation Sans" w:eastAsia="Liberation Sans"/>
          <w:b/>
          <w:i w:val="0"/>
          <w:sz w:val="28"/>
        </w:rPr>
        <w:t>Принять посаженное слово</w:t>
      </w:r>
    </w:p>
    <w:p>
      <w:pPr>
        <w:spacing w:after="120" w:line="269" w:lineRule="auto"/>
      </w:pPr>
      <w:r>
        <w:rPr>
          <w:rFonts w:ascii="Liberation Serif" w:hAnsi="Liberation Serif" w:eastAsia="Liberation Serif"/>
          <w:b w:val="0"/>
          <w:i w:val="0"/>
          <w:sz w:val="22"/>
        </w:rPr>
        <w:t>Иаков использует образ слова, посаженного внутрь. Семя нельзя заставить расти криком. Ему нужно место. Грязь злобы и избыток разрушительного поведения забивают почву.</w:t>
      </w:r>
    </w:p>
    <w:p>
      <w:pPr>
        <w:spacing w:after="120" w:line="269" w:lineRule="auto"/>
      </w:pPr>
      <w:r>
        <w:rPr>
          <w:rFonts w:ascii="Liberation Serif" w:hAnsi="Liberation Serif" w:eastAsia="Liberation Serif"/>
          <w:b w:val="0"/>
          <w:i w:val="0"/>
          <w:sz w:val="22"/>
        </w:rPr>
        <w:t>Смирение здесь — не считать себя хуже всех. Это готовность быть поправленным.</w:t>
      </w:r>
    </w:p>
    <w:p>
      <w:pPr>
        <w:pStyle w:val="Heading2"/>
      </w:pPr>
      <w:r>
        <w:rPr>
          <w:rFonts w:ascii="Liberation Sans" w:hAnsi="Liberation Sans" w:eastAsia="Liberation Sans"/>
          <w:b/>
          <w:i w:val="0"/>
          <w:sz w:val="28"/>
        </w:rPr>
        <w:t>Честный вопрос</w:t>
      </w:r>
    </w:p>
    <w:p>
      <w:pPr>
        <w:pStyle w:val="Quote"/>
        <w:spacing w:after="120" w:line="269" w:lineRule="auto"/>
      </w:pPr>
      <w:r>
        <w:rPr>
          <w:rFonts w:ascii="Liberation Serif" w:hAnsi="Liberation Serif" w:eastAsia="Liberation Serif"/>
          <w:b w:val="0"/>
          <w:i w:val="0"/>
          <w:sz w:val="22"/>
        </w:rPr>
        <w:t>В каком разговоре я уже подготовил ответ и поэтому перестал слышать человека?</w:t>
      </w:r>
    </w:p>
    <w:p>
      <w:pPr>
        <w:pStyle w:val="Heading2"/>
      </w:pPr>
      <w:r>
        <w:rPr>
          <w:rFonts w:ascii="Liberation Sans" w:hAnsi="Liberation Sans" w:eastAsia="Liberation Sans"/>
          <w:b/>
          <w:i w:val="0"/>
          <w:sz w:val="28"/>
        </w:rPr>
        <w:t>Следующий живой шаг</w:t>
      </w:r>
    </w:p>
    <w:p>
      <w:pPr>
        <w:spacing w:after="120" w:line="269" w:lineRule="auto"/>
      </w:pPr>
      <w:r>
        <w:rPr>
          <w:rFonts w:ascii="Liberation Serif" w:hAnsi="Liberation Serif" w:eastAsia="Liberation Serif"/>
          <w:b w:val="0"/>
          <w:i w:val="0"/>
          <w:sz w:val="22"/>
        </w:rPr>
        <w:t>В следующем напряжённом разговоре сначала перескажите позицию другого так, чтобы он согласился: «Да, ты меня понял». Только потом отвечайте.</w:t>
      </w:r>
    </w:p>
    <w:p>
      <w:r>
        <w:br w:type="page"/>
      </w:r>
    </w:p>
    <w:p>
      <w:pPr>
        <w:pStyle w:val="Heading1"/>
        <w:spacing w:after="60"/>
      </w:pPr>
      <w:r>
        <w:rPr>
          <w:rFonts w:ascii="Liberation Sans" w:hAnsi="Liberation Sans" w:eastAsia="Liberation Sans"/>
          <w:b/>
          <w:i w:val="0"/>
          <w:sz w:val="36"/>
        </w:rPr>
        <w:t>ГЛАВА 6</w:t>
      </w:r>
    </w:p>
    <w:p>
      <w:pPr>
        <w:spacing w:after="280"/>
      </w:pPr>
      <w:r>
        <w:rPr>
          <w:rFonts w:ascii="Liberation Sans" w:hAnsi="Liberation Sans" w:eastAsia="Liberation Sans"/>
          <w:b/>
          <w:i w:val="0"/>
          <w:sz w:val="30"/>
        </w:rPr>
        <w:t>Зеркало, от которого человек сразу ушёл — Иак. 1:22–25</w:t>
      </w:r>
    </w:p>
    <w:p>
      <w:pPr>
        <w:pStyle w:val="Heading2"/>
      </w:pPr>
      <w:r>
        <w:rPr>
          <w:rFonts w:ascii="Liberation Sans" w:hAnsi="Liberation Sans" w:eastAsia="Liberation Sans"/>
          <w:b/>
          <w:i w:val="0"/>
          <w:sz w:val="28"/>
        </w:rPr>
        <w:t>Слушатель, который ничего не меняет</w:t>
      </w:r>
    </w:p>
    <w:p>
      <w:pPr>
        <w:spacing w:after="120" w:line="269" w:lineRule="auto"/>
      </w:pPr>
      <w:r>
        <w:rPr>
          <w:rFonts w:ascii="Liberation Serif" w:hAnsi="Liberation Serif" w:eastAsia="Liberation Serif"/>
          <w:b w:val="0"/>
          <w:i w:val="0"/>
          <w:sz w:val="22"/>
        </w:rPr>
        <w:t>Человек смотрит в зеркало, замечает грязь на лице и тут же забывает увиденное. Так Иаков описывает слушателя, который не исполняет слово.</w:t>
      </w:r>
    </w:p>
    <w:p>
      <w:pPr>
        <w:spacing w:after="120" w:line="269" w:lineRule="auto"/>
      </w:pPr>
      <w:r>
        <w:rPr>
          <w:rFonts w:ascii="Liberation Serif" w:hAnsi="Liberation Serif" w:eastAsia="Liberation Serif"/>
          <w:b w:val="0"/>
          <w:i w:val="0"/>
          <w:sz w:val="22"/>
        </w:rPr>
        <w:t>Религиозное чтение может давать сильное чувство без перемены. Человек растрогался, согласился, поставил отметку, поделился цитатой — и вернулся к прежнему способу жить. Он спутал узнавание истины с послушанием ей.</w:t>
      </w:r>
    </w:p>
    <w:p>
      <w:pPr>
        <w:pStyle w:val="Heading2"/>
      </w:pPr>
      <w:r>
        <w:rPr>
          <w:rFonts w:ascii="Liberation Sans" w:hAnsi="Liberation Sans" w:eastAsia="Liberation Sans"/>
          <w:b/>
          <w:i w:val="0"/>
          <w:sz w:val="28"/>
        </w:rPr>
        <w:t>Современный смысл</w:t>
      </w:r>
    </w:p>
    <w:p>
      <w:pPr>
        <w:spacing w:after="120" w:line="269" w:lineRule="auto"/>
      </w:pPr>
      <w:r>
        <w:rPr>
          <w:rFonts w:ascii="Liberation Serif" w:hAnsi="Liberation Serif" w:eastAsia="Liberation Serif"/>
          <w:b w:val="0"/>
          <w:i w:val="0"/>
          <w:sz w:val="22"/>
        </w:rPr>
        <w:t>Информация не превращается в характер автоматически. Можно прочитать сто книг о границах и продолжать контролировать близких. Знать психологию манипуляции и использовать её точнее. Говорить о любви и не выносить чужой свободы.</w:t>
      </w:r>
    </w:p>
    <w:p>
      <w:pPr>
        <w:spacing w:after="120" w:line="269" w:lineRule="auto"/>
      </w:pPr>
      <w:r>
        <w:rPr>
          <w:rFonts w:ascii="Liberation Serif" w:hAnsi="Liberation Serif" w:eastAsia="Liberation Serif"/>
          <w:b w:val="0"/>
          <w:i w:val="0"/>
          <w:sz w:val="22"/>
        </w:rPr>
        <w:t>Зеркало полезно только потому, что после него можно умыться. Писание не предназначено для украшения образа верующего. Оно показывает то, что требует ответа.</w:t>
      </w:r>
    </w:p>
    <w:p>
      <w:pPr>
        <w:pStyle w:val="Heading2"/>
      </w:pPr>
      <w:r>
        <w:rPr>
          <w:rFonts w:ascii="Liberation Sans" w:hAnsi="Liberation Sans" w:eastAsia="Liberation Sans"/>
          <w:b/>
          <w:i w:val="0"/>
          <w:sz w:val="28"/>
        </w:rPr>
        <w:t>Закон свободы</w:t>
      </w:r>
    </w:p>
    <w:p>
      <w:pPr>
        <w:spacing w:after="120" w:line="269" w:lineRule="auto"/>
      </w:pPr>
      <w:r>
        <w:rPr>
          <w:rFonts w:ascii="Liberation Serif" w:hAnsi="Liberation Serif" w:eastAsia="Liberation Serif"/>
          <w:b w:val="0"/>
          <w:i w:val="0"/>
          <w:sz w:val="22"/>
        </w:rPr>
        <w:t>Иаков называет Божий закон совершенным законом свободы. Это звучит странно для современного слуха: закон кажется ограничением.</w:t>
      </w:r>
    </w:p>
    <w:p>
      <w:pPr>
        <w:spacing w:after="120" w:line="269" w:lineRule="auto"/>
      </w:pPr>
      <w:r>
        <w:rPr>
          <w:rFonts w:ascii="Liberation Serif" w:hAnsi="Liberation Serif" w:eastAsia="Liberation Serif"/>
          <w:b w:val="0"/>
          <w:i w:val="0"/>
          <w:sz w:val="22"/>
        </w:rPr>
        <w:t>Но свобода — не способность выполнить любой импульс. Человек, который не способен не солгать, не свободен. Человек, обязанный отвечать на каждую провокацию, тоже не свободен. Закон любви ограничивает власть внутреннего зверя и возвращает человеку выбор.</w:t>
      </w:r>
    </w:p>
    <w:p>
      <w:pPr>
        <w:pStyle w:val="Heading2"/>
      </w:pPr>
      <w:r>
        <w:rPr>
          <w:rFonts w:ascii="Liberation Sans" w:hAnsi="Liberation Sans" w:eastAsia="Liberation Sans"/>
          <w:b/>
          <w:i w:val="0"/>
          <w:sz w:val="28"/>
        </w:rPr>
        <w:t>Память через поступок</w:t>
      </w:r>
    </w:p>
    <w:p>
      <w:pPr>
        <w:spacing w:after="120" w:line="269" w:lineRule="auto"/>
      </w:pPr>
      <w:r>
        <w:rPr>
          <w:rFonts w:ascii="Liberation Serif" w:hAnsi="Liberation Serif" w:eastAsia="Liberation Serif"/>
          <w:b w:val="0"/>
          <w:i w:val="0"/>
          <w:sz w:val="22"/>
        </w:rPr>
        <w:t>Мы забываем услышанное не только из-за плохой памяти. Поступок закрепляет смысл. Человек лучше понимает прощение, когда отказался от мести; честность — когда сказал правду с риском для выгоды; милость — когда помог тому, кто не может отплатить.</w:t>
      </w:r>
    </w:p>
    <w:p>
      <w:pPr>
        <w:pStyle w:val="Heading2"/>
      </w:pPr>
      <w:r>
        <w:rPr>
          <w:rFonts w:ascii="Liberation Sans" w:hAnsi="Liberation Sans" w:eastAsia="Liberation Sans"/>
          <w:b/>
          <w:i w:val="0"/>
          <w:sz w:val="28"/>
        </w:rPr>
        <w:t>Честный вопрос</w:t>
      </w:r>
    </w:p>
    <w:p>
      <w:pPr>
        <w:pStyle w:val="Quote"/>
        <w:spacing w:after="120" w:line="269" w:lineRule="auto"/>
      </w:pPr>
      <w:r>
        <w:rPr>
          <w:rFonts w:ascii="Liberation Serif" w:hAnsi="Liberation Serif" w:eastAsia="Liberation Serif"/>
          <w:b w:val="0"/>
          <w:i w:val="0"/>
          <w:sz w:val="22"/>
        </w:rPr>
        <w:t>Какую истину я уже хорошо умею объяснять, но продолжаю не исполнять?</w:t>
      </w:r>
    </w:p>
    <w:p>
      <w:pPr>
        <w:pStyle w:val="Heading2"/>
      </w:pPr>
      <w:r>
        <w:rPr>
          <w:rFonts w:ascii="Liberation Sans" w:hAnsi="Liberation Sans" w:eastAsia="Liberation Sans"/>
          <w:b/>
          <w:i w:val="0"/>
          <w:sz w:val="28"/>
        </w:rPr>
        <w:t>Следующий живой шаг</w:t>
      </w:r>
    </w:p>
    <w:p>
      <w:pPr>
        <w:spacing w:after="120" w:line="269" w:lineRule="auto"/>
      </w:pPr>
      <w:r>
        <w:rPr>
          <w:rFonts w:ascii="Liberation Serif" w:hAnsi="Liberation Serif" w:eastAsia="Liberation Serif"/>
          <w:b w:val="0"/>
          <w:i w:val="0"/>
          <w:sz w:val="22"/>
        </w:rPr>
        <w:t>После чтения не открывайте сразу следующую главу. Выберите одно действие, которое можно завершить в течение суток. Без него чтение считается незавершённым.</w:t>
      </w:r>
    </w:p>
    <w:p>
      <w:r>
        <w:br w:type="page"/>
      </w:r>
    </w:p>
    <w:p>
      <w:pPr>
        <w:pStyle w:val="Heading1"/>
        <w:spacing w:after="60"/>
      </w:pPr>
      <w:r>
        <w:rPr>
          <w:rFonts w:ascii="Liberation Sans" w:hAnsi="Liberation Sans" w:eastAsia="Liberation Sans"/>
          <w:b/>
          <w:i w:val="0"/>
          <w:sz w:val="36"/>
        </w:rPr>
        <w:t>ГЛАВА 7</w:t>
      </w:r>
    </w:p>
    <w:p>
      <w:pPr>
        <w:spacing w:after="280"/>
      </w:pPr>
      <w:r>
        <w:rPr>
          <w:rFonts w:ascii="Liberation Sans" w:hAnsi="Liberation Sans" w:eastAsia="Liberation Sans"/>
          <w:b/>
          <w:i w:val="0"/>
          <w:sz w:val="30"/>
        </w:rPr>
        <w:t>Язык, сирота и незапятнанная вера — Иак. 1:26–27</w:t>
      </w:r>
    </w:p>
    <w:p>
      <w:pPr>
        <w:pStyle w:val="Heading2"/>
      </w:pPr>
      <w:r>
        <w:rPr>
          <w:rFonts w:ascii="Liberation Sans" w:hAnsi="Liberation Sans" w:eastAsia="Liberation Sans"/>
          <w:b/>
          <w:i w:val="0"/>
          <w:sz w:val="28"/>
        </w:rPr>
        <w:t>Три проверки религии</w:t>
      </w:r>
    </w:p>
    <w:p>
      <w:pPr>
        <w:spacing w:after="120" w:line="269" w:lineRule="auto"/>
      </w:pPr>
      <w:r>
        <w:rPr>
          <w:rFonts w:ascii="Liberation Serif" w:hAnsi="Liberation Serif" w:eastAsia="Liberation Serif"/>
          <w:b w:val="0"/>
          <w:i w:val="0"/>
          <w:sz w:val="22"/>
        </w:rPr>
        <w:t>В конце первой главы Иаков неожиданно соединяет язык, заботу о беззащитных и способность не раствориться в ценностях мира.</w:t>
      </w:r>
    </w:p>
    <w:p>
      <w:pPr>
        <w:spacing w:after="120" w:line="269" w:lineRule="auto"/>
      </w:pPr>
      <w:r>
        <w:rPr>
          <w:rFonts w:ascii="Liberation Serif" w:hAnsi="Liberation Serif" w:eastAsia="Liberation Serif"/>
          <w:b w:val="0"/>
          <w:i w:val="0"/>
          <w:sz w:val="22"/>
        </w:rPr>
        <w:t>Человек может считать себя религиозным, но если не управляет языком, он обманывает сердце. Вера проверяется не только исповеданием, но тем, как человек говорит, кому помогает и чему отказывается подчиняться.</w:t>
      </w:r>
    </w:p>
    <w:p>
      <w:pPr>
        <w:pStyle w:val="Heading2"/>
      </w:pPr>
      <w:r>
        <w:rPr>
          <w:rFonts w:ascii="Liberation Sans" w:hAnsi="Liberation Sans" w:eastAsia="Liberation Sans"/>
          <w:b/>
          <w:i w:val="0"/>
          <w:sz w:val="28"/>
        </w:rPr>
        <w:t>Обуздать язык</w:t>
      </w:r>
    </w:p>
    <w:p>
      <w:pPr>
        <w:spacing w:after="120" w:line="269" w:lineRule="auto"/>
      </w:pPr>
      <w:r>
        <w:rPr>
          <w:rFonts w:ascii="Liberation Serif" w:hAnsi="Liberation Serif" w:eastAsia="Liberation Serif"/>
          <w:b w:val="0"/>
          <w:i w:val="0"/>
          <w:sz w:val="22"/>
        </w:rPr>
        <w:t>Не всякая резкость — грех, и не всякое молчание — добродетель. Иногда необходимо назвать зло ясно. Но язык становится необузданным, когда служит импульсу: унижает, распространяет непроверенное, создаёт врага из человека, выдаёт чужую тайну ради внимания.</w:t>
      </w:r>
    </w:p>
    <w:p>
      <w:pPr>
        <w:spacing w:after="120" w:line="269" w:lineRule="auto"/>
      </w:pPr>
      <w:r>
        <w:rPr>
          <w:rFonts w:ascii="Liberation Serif" w:hAnsi="Liberation Serif" w:eastAsia="Liberation Serif"/>
          <w:b w:val="0"/>
          <w:i w:val="0"/>
          <w:sz w:val="22"/>
        </w:rPr>
        <w:t>Особенно легко оправдать речь словом «правда». Но правда без любви может быть выбрана именно потому, что причиняет боль. Не всякую истинную информацию нужно сообщать всякому человеку в любой момент.</w:t>
      </w:r>
    </w:p>
    <w:p>
      <w:pPr>
        <w:pStyle w:val="Heading2"/>
      </w:pPr>
      <w:r>
        <w:rPr>
          <w:rFonts w:ascii="Liberation Sans" w:hAnsi="Liberation Sans" w:eastAsia="Liberation Sans"/>
          <w:b/>
          <w:i w:val="0"/>
          <w:sz w:val="28"/>
        </w:rPr>
        <w:t>Сироты и вдовы</w:t>
      </w:r>
    </w:p>
    <w:p>
      <w:pPr>
        <w:spacing w:after="120" w:line="269" w:lineRule="auto"/>
      </w:pPr>
      <w:r>
        <w:rPr>
          <w:rFonts w:ascii="Liberation Serif" w:hAnsi="Liberation Serif" w:eastAsia="Liberation Serif"/>
          <w:b w:val="0"/>
          <w:i w:val="0"/>
          <w:sz w:val="22"/>
        </w:rPr>
        <w:t>В древнем обществе сирота и вдова часто не имели защиты и доступа к ресурсам. Иаков выбирает людей, от которых трудно получить выгоду.</w:t>
      </w:r>
    </w:p>
    <w:p>
      <w:pPr>
        <w:spacing w:after="120" w:line="269" w:lineRule="auto"/>
      </w:pPr>
      <w:r>
        <w:rPr>
          <w:rFonts w:ascii="Liberation Serif" w:hAnsi="Liberation Serif" w:eastAsia="Liberation Serif"/>
          <w:b w:val="0"/>
          <w:i w:val="0"/>
          <w:sz w:val="22"/>
        </w:rPr>
        <w:t>Помощь беззащитному разоблачает мотив. Когда человек помогает влиятельному, он может надеяться на ответную услугу. Забота о том, кто не вернёт статусом или деньгами, ближе к дару.</w:t>
      </w:r>
    </w:p>
    <w:p>
      <w:pPr>
        <w:spacing w:after="120" w:line="269" w:lineRule="auto"/>
      </w:pPr>
      <w:r>
        <w:rPr>
          <w:rFonts w:ascii="Liberation Serif" w:hAnsi="Liberation Serif" w:eastAsia="Liberation Serif"/>
          <w:b w:val="0"/>
          <w:i w:val="0"/>
          <w:sz w:val="22"/>
        </w:rPr>
        <w:t>Сегодня рядом с сиротой и вдовой могут оказаться мигрант, одинокий старик, ребёнок, человек с инвалидностью, работник без документов, жертва насилия. Формы меняются, принцип остаётся: вера замечает того, кого система делает невидимым.</w:t>
      </w:r>
    </w:p>
    <w:p>
      <w:pPr>
        <w:pStyle w:val="Heading2"/>
      </w:pPr>
      <w:r>
        <w:rPr>
          <w:rFonts w:ascii="Liberation Sans" w:hAnsi="Liberation Sans" w:eastAsia="Liberation Sans"/>
          <w:b/>
          <w:i w:val="0"/>
          <w:sz w:val="28"/>
        </w:rPr>
        <w:t>Не запятнаться миром</w:t>
      </w:r>
    </w:p>
    <w:p>
      <w:pPr>
        <w:spacing w:after="120" w:line="269" w:lineRule="auto"/>
      </w:pPr>
      <w:r>
        <w:rPr>
          <w:rFonts w:ascii="Liberation Serif" w:hAnsi="Liberation Serif" w:eastAsia="Liberation Serif"/>
          <w:b w:val="0"/>
          <w:i w:val="0"/>
          <w:sz w:val="22"/>
        </w:rPr>
        <w:t>Это не призыв избегать неверующих или культуры. «Мир» здесь — порядок, где ценность измеряется властью, выгодой и превосходством. Не запятнаться означает не принять его методы, даже когда борешься с его злом.</w:t>
      </w:r>
    </w:p>
    <w:p>
      <w:pPr>
        <w:pStyle w:val="Heading2"/>
      </w:pPr>
      <w:r>
        <w:rPr>
          <w:rFonts w:ascii="Liberation Sans" w:hAnsi="Liberation Sans" w:eastAsia="Liberation Sans"/>
          <w:b/>
          <w:i w:val="0"/>
          <w:sz w:val="28"/>
        </w:rPr>
        <w:t>Честный вопрос</w:t>
      </w:r>
    </w:p>
    <w:p>
      <w:pPr>
        <w:pStyle w:val="Quote"/>
        <w:spacing w:after="120" w:line="269" w:lineRule="auto"/>
      </w:pPr>
      <w:r>
        <w:rPr>
          <w:rFonts w:ascii="Liberation Serif" w:hAnsi="Liberation Serif" w:eastAsia="Liberation Serif"/>
          <w:b w:val="0"/>
          <w:i w:val="0"/>
          <w:sz w:val="22"/>
        </w:rPr>
        <w:t>Кто рядом со мной не может принести мне никакой пользы — и поэтому остаётся незамеченным?</w:t>
      </w:r>
    </w:p>
    <w:p>
      <w:pPr>
        <w:pStyle w:val="Heading2"/>
      </w:pPr>
      <w:r>
        <w:rPr>
          <w:rFonts w:ascii="Liberation Sans" w:hAnsi="Liberation Sans" w:eastAsia="Liberation Sans"/>
          <w:b/>
          <w:i w:val="0"/>
          <w:sz w:val="28"/>
        </w:rPr>
        <w:t>Следующий живой шаг</w:t>
      </w:r>
    </w:p>
    <w:p>
      <w:pPr>
        <w:spacing w:after="120" w:line="269" w:lineRule="auto"/>
      </w:pPr>
      <w:r>
        <w:rPr>
          <w:rFonts w:ascii="Liberation Serif" w:hAnsi="Liberation Serif" w:eastAsia="Liberation Serif"/>
          <w:b w:val="0"/>
          <w:i w:val="0"/>
          <w:sz w:val="22"/>
        </w:rPr>
        <w:t>Сделайте конкретное добро, которое нельзя превратить в рекламу себя. Не публикуйте его. Пусть хотя бы одно действие останется между вами, нуждающимся и Богом.</w:t>
      </w:r>
    </w:p>
    <w:p>
      <w:r>
        <w:br w:type="page"/>
      </w:r>
    </w:p>
    <w:p>
      <w:pPr>
        <w:spacing w:before="3000"/>
        <w:jc w:val="center"/>
      </w:pPr>
      <w:r>
        <w:rPr>
          <w:rFonts w:ascii="Liberation Sans" w:hAnsi="Liberation Sans" w:eastAsia="Liberation Sans"/>
          <w:b/>
          <w:i w:val="0"/>
          <w:sz w:val="44"/>
        </w:rPr>
        <w:t>ЧАСТЬ III. ЛИЦА, ДЕНЬГИ И МЁРТВАЯ ВЕРА</w:t>
      </w:r>
    </w:p>
    <w:p>
      <w:r>
        <w:br w:type="page"/>
      </w:r>
    </w:p>
    <w:p>
      <w:pPr>
        <w:pStyle w:val="Heading1"/>
        <w:spacing w:after="60"/>
      </w:pPr>
      <w:r>
        <w:rPr>
          <w:rFonts w:ascii="Liberation Sans" w:hAnsi="Liberation Sans" w:eastAsia="Liberation Sans"/>
          <w:b/>
          <w:i w:val="0"/>
          <w:sz w:val="36"/>
        </w:rPr>
        <w:t>ГЛАВА 8</w:t>
      </w:r>
    </w:p>
    <w:p>
      <w:pPr>
        <w:spacing w:after="280"/>
      </w:pPr>
      <w:r>
        <w:rPr>
          <w:rFonts w:ascii="Liberation Sans" w:hAnsi="Liberation Sans" w:eastAsia="Liberation Sans"/>
          <w:b/>
          <w:i w:val="0"/>
          <w:sz w:val="30"/>
        </w:rPr>
        <w:t>Богатый в первом ряду — Иак. 2:1–7</w:t>
      </w:r>
    </w:p>
    <w:p>
      <w:pPr>
        <w:pStyle w:val="Heading2"/>
      </w:pPr>
      <w:r>
        <w:rPr>
          <w:rFonts w:ascii="Liberation Sans" w:hAnsi="Liberation Sans" w:eastAsia="Liberation Sans"/>
          <w:b/>
          <w:i w:val="0"/>
          <w:sz w:val="28"/>
        </w:rPr>
        <w:t>Лицеприятие начинается раньше решения</w:t>
      </w:r>
    </w:p>
    <w:p>
      <w:pPr>
        <w:spacing w:after="120" w:line="269" w:lineRule="auto"/>
      </w:pPr>
      <w:r>
        <w:rPr>
          <w:rFonts w:ascii="Liberation Serif" w:hAnsi="Liberation Serif" w:eastAsia="Liberation Serif"/>
          <w:b w:val="0"/>
          <w:i w:val="0"/>
          <w:sz w:val="22"/>
        </w:rPr>
        <w:t>В собрание входят два человека: один в дорогой одежде, другой бедный. Одному предлагают лучшее место, другому — стоять или сесть у ног. Иаков называет это злым судом.</w:t>
      </w:r>
    </w:p>
    <w:p>
      <w:pPr>
        <w:spacing w:after="120" w:line="269" w:lineRule="auto"/>
      </w:pPr>
      <w:r>
        <w:rPr>
          <w:rFonts w:ascii="Liberation Serif" w:hAnsi="Liberation Serif" w:eastAsia="Liberation Serif"/>
          <w:b w:val="0"/>
          <w:i w:val="0"/>
          <w:sz w:val="22"/>
        </w:rPr>
        <w:t>Лицеприятие часто происходит автоматически. Мы ещё не знаем человека, но уже распределили достоинство по внешности, речи, паспорту, профессии, возрасту или числу подписчиков.</w:t>
      </w:r>
    </w:p>
    <w:p>
      <w:pPr>
        <w:pStyle w:val="Heading2"/>
      </w:pPr>
      <w:r>
        <w:rPr>
          <w:rFonts w:ascii="Liberation Sans" w:hAnsi="Liberation Sans" w:eastAsia="Liberation Sans"/>
          <w:b/>
          <w:i w:val="0"/>
          <w:sz w:val="28"/>
        </w:rPr>
        <w:t>Современный смысл</w:t>
      </w:r>
    </w:p>
    <w:p>
      <w:pPr>
        <w:spacing w:after="120" w:line="269" w:lineRule="auto"/>
      </w:pPr>
      <w:r>
        <w:rPr>
          <w:rFonts w:ascii="Liberation Serif" w:hAnsi="Liberation Serif" w:eastAsia="Liberation Serif"/>
          <w:b w:val="0"/>
          <w:i w:val="0"/>
          <w:sz w:val="22"/>
        </w:rPr>
        <w:t>Сообщество предаёт Христа, когда начинает измерять человека тем же способом, что рынок и дворец. В церкви богатый может получать доступ к руководству, а бедный — нравоучение. В бизнесе улыбка зависит от должности. В интернете мнение оценивают по известности автора раньше содержания.</w:t>
      </w:r>
    </w:p>
    <w:p>
      <w:pPr>
        <w:spacing w:after="120" w:line="269" w:lineRule="auto"/>
      </w:pPr>
      <w:r>
        <w:rPr>
          <w:rFonts w:ascii="Liberation Serif" w:hAnsi="Liberation Serif" w:eastAsia="Liberation Serif"/>
          <w:b w:val="0"/>
          <w:i w:val="0"/>
          <w:sz w:val="22"/>
        </w:rPr>
        <w:t>Иаков не говорит, что богатый обязательно плох, а бедный прав. Он запрещает превращать ресурс в меру человеческой ценности.</w:t>
      </w:r>
    </w:p>
    <w:p>
      <w:pPr>
        <w:pStyle w:val="Heading2"/>
      </w:pPr>
      <w:r>
        <w:rPr>
          <w:rFonts w:ascii="Liberation Sans" w:hAnsi="Liberation Sans" w:eastAsia="Liberation Sans"/>
          <w:b/>
          <w:i w:val="0"/>
          <w:sz w:val="28"/>
        </w:rPr>
        <w:t>Практическая власть внимания</w:t>
      </w:r>
    </w:p>
    <w:p>
      <w:pPr>
        <w:spacing w:after="120" w:line="269" w:lineRule="auto"/>
      </w:pPr>
      <w:r>
        <w:rPr>
          <w:rFonts w:ascii="Liberation Serif" w:hAnsi="Liberation Serif" w:eastAsia="Liberation Serif"/>
          <w:b w:val="0"/>
          <w:i w:val="0"/>
          <w:sz w:val="22"/>
        </w:rPr>
        <w:t>Место, которое мы даём человеку, — не только стул. Это время, право говорить, возможность быть услышанным, презумпция разумности.</w:t>
      </w:r>
    </w:p>
    <w:p>
      <w:pPr>
        <w:spacing w:after="120" w:line="269" w:lineRule="auto"/>
      </w:pPr>
      <w:r>
        <w:rPr>
          <w:rFonts w:ascii="Liberation Serif" w:hAnsi="Liberation Serif" w:eastAsia="Liberation Serif"/>
          <w:b w:val="0"/>
          <w:i w:val="0"/>
          <w:sz w:val="22"/>
        </w:rPr>
        <w:t>Одному ошибку прощают как сложность сильной личности. Другого за ту же ошибку объявляют неспособным. Одного перебивают, потому что он говорит медленно. Другого слушают, потому что он умеет уверенно формулировать пустоту.</w:t>
      </w:r>
    </w:p>
    <w:p>
      <w:pPr>
        <w:pStyle w:val="Heading2"/>
      </w:pPr>
      <w:r>
        <w:rPr>
          <w:rFonts w:ascii="Liberation Sans" w:hAnsi="Liberation Sans" w:eastAsia="Liberation Sans"/>
          <w:b/>
          <w:i w:val="0"/>
          <w:sz w:val="28"/>
        </w:rPr>
        <w:t>Религиозная выгода</w:t>
      </w:r>
    </w:p>
    <w:p>
      <w:pPr>
        <w:spacing w:after="120" w:line="269" w:lineRule="auto"/>
      </w:pPr>
      <w:r>
        <w:rPr>
          <w:rFonts w:ascii="Liberation Serif" w:hAnsi="Liberation Serif" w:eastAsia="Liberation Serif"/>
          <w:b w:val="0"/>
          <w:i w:val="0"/>
          <w:sz w:val="22"/>
        </w:rPr>
        <w:t>Особенно опасно лицеприятие, когда община зависит от пожертвований. Тогда пророческая речь становится осторожной рядом с теми, кто платит. Иаков напоминает: человек, которому вы отдаёте почёт, может одновременно участвовать в системе, которая угнетает вас.</w:t>
      </w:r>
    </w:p>
    <w:p>
      <w:pPr>
        <w:pStyle w:val="Heading2"/>
      </w:pPr>
      <w:r>
        <w:rPr>
          <w:rFonts w:ascii="Liberation Sans" w:hAnsi="Liberation Sans" w:eastAsia="Liberation Sans"/>
          <w:b/>
          <w:i w:val="0"/>
          <w:sz w:val="28"/>
        </w:rPr>
        <w:t>Честный вопрос</w:t>
      </w:r>
    </w:p>
    <w:p>
      <w:pPr>
        <w:pStyle w:val="Quote"/>
        <w:spacing w:after="120" w:line="269" w:lineRule="auto"/>
      </w:pPr>
      <w:r>
        <w:rPr>
          <w:rFonts w:ascii="Liberation Serif" w:hAnsi="Liberation Serif" w:eastAsia="Liberation Serif"/>
          <w:b w:val="0"/>
          <w:i w:val="0"/>
          <w:sz w:val="22"/>
        </w:rPr>
        <w:t>Кому я заранее даю больше права на уважение — и по какому внешнему признаку?</w:t>
      </w:r>
    </w:p>
    <w:p>
      <w:pPr>
        <w:pStyle w:val="Heading2"/>
      </w:pPr>
      <w:r>
        <w:rPr>
          <w:rFonts w:ascii="Liberation Sans" w:hAnsi="Liberation Sans" w:eastAsia="Liberation Sans"/>
          <w:b/>
          <w:i w:val="0"/>
          <w:sz w:val="28"/>
        </w:rPr>
        <w:t>Следующий живой шаг</w:t>
      </w:r>
    </w:p>
    <w:p>
      <w:pPr>
        <w:spacing w:after="120" w:line="269" w:lineRule="auto"/>
      </w:pPr>
      <w:r>
        <w:rPr>
          <w:rFonts w:ascii="Liberation Serif" w:hAnsi="Liberation Serif" w:eastAsia="Liberation Serif"/>
          <w:b w:val="0"/>
          <w:i w:val="0"/>
          <w:sz w:val="22"/>
        </w:rPr>
        <w:t>В разговоре или встрече сознательно дайте время тому, кого обычно перебивают или не замечают. Не изображайте благодетеля. Просто восстановите равное человеческое место.</w:t>
      </w:r>
    </w:p>
    <w:p>
      <w:r>
        <w:br w:type="page"/>
      </w:r>
    </w:p>
    <w:p>
      <w:pPr>
        <w:pStyle w:val="Heading1"/>
        <w:spacing w:after="60"/>
      </w:pPr>
      <w:r>
        <w:rPr>
          <w:rFonts w:ascii="Liberation Sans" w:hAnsi="Liberation Sans" w:eastAsia="Liberation Sans"/>
          <w:b/>
          <w:i w:val="0"/>
          <w:sz w:val="36"/>
        </w:rPr>
        <w:t>ГЛАВА 9</w:t>
      </w:r>
    </w:p>
    <w:p>
      <w:pPr>
        <w:spacing w:after="280"/>
      </w:pPr>
      <w:r>
        <w:rPr>
          <w:rFonts w:ascii="Liberation Sans" w:hAnsi="Liberation Sans" w:eastAsia="Liberation Sans"/>
          <w:b/>
          <w:i w:val="0"/>
          <w:sz w:val="30"/>
        </w:rPr>
        <w:t>Милость сильнее суда — Иак. 2:8–13</w:t>
      </w:r>
    </w:p>
    <w:p>
      <w:pPr>
        <w:pStyle w:val="Heading2"/>
      </w:pPr>
      <w:r>
        <w:rPr>
          <w:rFonts w:ascii="Liberation Sans" w:hAnsi="Liberation Sans" w:eastAsia="Liberation Sans"/>
          <w:b/>
          <w:i w:val="0"/>
          <w:sz w:val="28"/>
        </w:rPr>
        <w:t>Царский закон</w:t>
      </w:r>
    </w:p>
    <w:p>
      <w:pPr>
        <w:spacing w:after="120" w:line="269" w:lineRule="auto"/>
      </w:pPr>
      <w:r>
        <w:rPr>
          <w:rFonts w:ascii="Liberation Serif" w:hAnsi="Liberation Serif" w:eastAsia="Liberation Serif"/>
          <w:b w:val="0"/>
          <w:i w:val="0"/>
          <w:sz w:val="22"/>
        </w:rPr>
        <w:t>Иаков называет любовь к ближнему царским законом. Она царская не потому, что принадлежит элите, а потому, что должна управлять остальными решениями.</w:t>
      </w:r>
    </w:p>
    <w:p>
      <w:pPr>
        <w:spacing w:after="120" w:line="269" w:lineRule="auto"/>
      </w:pPr>
      <w:r>
        <w:rPr>
          <w:rFonts w:ascii="Liberation Serif" w:hAnsi="Liberation Serif" w:eastAsia="Liberation Serif"/>
          <w:b w:val="0"/>
          <w:i w:val="0"/>
          <w:sz w:val="22"/>
        </w:rPr>
        <w:t>Любовь не отменяет правду и ответственность. Она определяет, ради чего они применяются. Суд без милости ищет окончательно закрепить человека в его худшем поступке. Милость оставляет дверь к возвращению, не отрицая вред.</w:t>
      </w:r>
    </w:p>
    <w:p>
      <w:pPr>
        <w:pStyle w:val="Heading2"/>
      </w:pPr>
      <w:r>
        <w:rPr>
          <w:rFonts w:ascii="Liberation Sans" w:hAnsi="Liberation Sans" w:eastAsia="Liberation Sans"/>
          <w:b/>
          <w:i w:val="0"/>
          <w:sz w:val="28"/>
        </w:rPr>
        <w:t>Нельзя выбрать удобную заповедь</w:t>
      </w:r>
    </w:p>
    <w:p>
      <w:pPr>
        <w:spacing w:after="120" w:line="269" w:lineRule="auto"/>
      </w:pPr>
      <w:r>
        <w:rPr>
          <w:rFonts w:ascii="Liberation Serif" w:hAnsi="Liberation Serif" w:eastAsia="Liberation Serif"/>
          <w:b w:val="0"/>
          <w:i w:val="0"/>
          <w:sz w:val="22"/>
        </w:rPr>
        <w:t>Человек может быть строг в одной области и свободно разрушать другую. Осуждать сексуальные грехи и эксплуатировать работников. Говорить о семье и унижать супругу. Бороться за честность выборов и лгать в собственном бизнесе.</w:t>
      </w:r>
    </w:p>
    <w:p>
      <w:pPr>
        <w:spacing w:after="120" w:line="269" w:lineRule="auto"/>
      </w:pPr>
      <w:r>
        <w:rPr>
          <w:rFonts w:ascii="Liberation Serif" w:hAnsi="Liberation Serif" w:eastAsia="Liberation Serif"/>
          <w:b w:val="0"/>
          <w:i w:val="0"/>
          <w:sz w:val="22"/>
        </w:rPr>
        <w:t>Иаков напоминает о цельности закона. Нарушение любви нельзя компенсировать правильностью в любимой теме.</w:t>
      </w:r>
    </w:p>
    <w:p>
      <w:pPr>
        <w:pStyle w:val="Heading2"/>
      </w:pPr>
      <w:r>
        <w:rPr>
          <w:rFonts w:ascii="Liberation Sans" w:hAnsi="Liberation Sans" w:eastAsia="Liberation Sans"/>
          <w:b/>
          <w:i w:val="0"/>
          <w:sz w:val="28"/>
        </w:rPr>
        <w:t>Суд без милости</w:t>
      </w:r>
    </w:p>
    <w:p>
      <w:pPr>
        <w:spacing w:after="120" w:line="269" w:lineRule="auto"/>
      </w:pPr>
      <w:r>
        <w:rPr>
          <w:rFonts w:ascii="Liberation Serif" w:hAnsi="Liberation Serif" w:eastAsia="Liberation Serif"/>
          <w:b w:val="0"/>
          <w:i w:val="0"/>
          <w:sz w:val="22"/>
        </w:rPr>
        <w:t>Это не означает, что преступление остаётся без последствий. Милость не запрещает тюрьму, границу, увольнение или возмещение ущерба. Она запрещает наслаждение уничтожением человека и отказ признать возможность перемены.</w:t>
      </w:r>
    </w:p>
    <w:p>
      <w:pPr>
        <w:spacing w:after="120" w:line="269" w:lineRule="auto"/>
      </w:pPr>
      <w:r>
        <w:rPr>
          <w:rFonts w:ascii="Liberation Serif" w:hAnsi="Liberation Serif" w:eastAsia="Liberation Serif"/>
          <w:b w:val="0"/>
          <w:i w:val="0"/>
          <w:sz w:val="22"/>
        </w:rPr>
        <w:t>Также милость не требует от пострадавшего немедленно восстановить доверие. Доверие строится действиями и временем.</w:t>
      </w:r>
    </w:p>
    <w:p>
      <w:pPr>
        <w:pStyle w:val="Heading2"/>
      </w:pPr>
      <w:r>
        <w:rPr>
          <w:rFonts w:ascii="Liberation Sans" w:hAnsi="Liberation Sans" w:eastAsia="Liberation Sans"/>
          <w:b/>
          <w:i w:val="0"/>
          <w:sz w:val="28"/>
        </w:rPr>
        <w:t>Милость к себе</w:t>
      </w:r>
    </w:p>
    <w:p>
      <w:pPr>
        <w:spacing w:after="120" w:line="269" w:lineRule="auto"/>
      </w:pPr>
      <w:r>
        <w:rPr>
          <w:rFonts w:ascii="Liberation Serif" w:hAnsi="Liberation Serif" w:eastAsia="Liberation Serif"/>
          <w:b w:val="0"/>
          <w:i w:val="0"/>
          <w:sz w:val="22"/>
        </w:rPr>
        <w:t>Некоторые люди легко дают шанс другим, но годами судят себя одним приговором. Самоосуждение может выглядеть смиренно, но иногда оно тоже отказывается от милости: «Мой грех сильнее возможности Бога дать новую жизнь».</w:t>
      </w:r>
    </w:p>
    <w:p>
      <w:pPr>
        <w:spacing w:after="120" w:line="269" w:lineRule="auto"/>
      </w:pPr>
      <w:r>
        <w:rPr>
          <w:rFonts w:ascii="Liberation Serif" w:hAnsi="Liberation Serif" w:eastAsia="Liberation Serif"/>
          <w:b w:val="0"/>
          <w:i w:val="0"/>
          <w:sz w:val="22"/>
        </w:rPr>
        <w:t>Принять милость — не сказать, что ничего не случилось. Это согласиться, что исправление всё ещё имеет смысл.</w:t>
      </w:r>
    </w:p>
    <w:p>
      <w:pPr>
        <w:pStyle w:val="Heading2"/>
      </w:pPr>
      <w:r>
        <w:rPr>
          <w:rFonts w:ascii="Liberation Sans" w:hAnsi="Liberation Sans" w:eastAsia="Liberation Sans"/>
          <w:b/>
          <w:i w:val="0"/>
          <w:sz w:val="28"/>
        </w:rPr>
        <w:t>Честный вопрос</w:t>
      </w:r>
    </w:p>
    <w:p>
      <w:pPr>
        <w:pStyle w:val="Quote"/>
        <w:spacing w:after="120" w:line="269" w:lineRule="auto"/>
      </w:pPr>
      <w:r>
        <w:rPr>
          <w:rFonts w:ascii="Liberation Serif" w:hAnsi="Liberation Serif" w:eastAsia="Liberation Serif"/>
          <w:b w:val="0"/>
          <w:i w:val="0"/>
          <w:sz w:val="22"/>
        </w:rPr>
        <w:t>Где я требую для себя понимания обстоятельств, но другому оставляю только приговор?</w:t>
      </w:r>
    </w:p>
    <w:p>
      <w:pPr>
        <w:pStyle w:val="Heading2"/>
      </w:pPr>
      <w:r>
        <w:rPr>
          <w:rFonts w:ascii="Liberation Sans" w:hAnsi="Liberation Sans" w:eastAsia="Liberation Sans"/>
          <w:b/>
          <w:i w:val="0"/>
          <w:sz w:val="28"/>
        </w:rPr>
        <w:t>Следующий живой шаг</w:t>
      </w:r>
    </w:p>
    <w:p>
      <w:pPr>
        <w:spacing w:after="120" w:line="269" w:lineRule="auto"/>
      </w:pPr>
      <w:r>
        <w:rPr>
          <w:rFonts w:ascii="Liberation Serif" w:hAnsi="Liberation Serif" w:eastAsia="Liberation Serif"/>
          <w:b w:val="0"/>
          <w:i w:val="0"/>
          <w:sz w:val="22"/>
        </w:rPr>
        <w:t>Отделите последствия от мести. Запишите: какое справедливое ограничение нужно; какую лишнюю боль я хочу добавить из злости. Откажитесь от второго.</w:t>
      </w:r>
    </w:p>
    <w:p>
      <w:r>
        <w:br w:type="page"/>
      </w:r>
    </w:p>
    <w:p>
      <w:pPr>
        <w:pStyle w:val="Heading1"/>
        <w:spacing w:after="60"/>
      </w:pPr>
      <w:r>
        <w:rPr>
          <w:rFonts w:ascii="Liberation Sans" w:hAnsi="Liberation Sans" w:eastAsia="Liberation Sans"/>
          <w:b/>
          <w:i w:val="0"/>
          <w:sz w:val="36"/>
        </w:rPr>
        <w:t>ГЛАВА 10</w:t>
      </w:r>
    </w:p>
    <w:p>
      <w:pPr>
        <w:spacing w:after="280"/>
      </w:pPr>
      <w:r>
        <w:rPr>
          <w:rFonts w:ascii="Liberation Sans" w:hAnsi="Liberation Sans" w:eastAsia="Liberation Sans"/>
          <w:b/>
          <w:i w:val="0"/>
          <w:sz w:val="30"/>
        </w:rPr>
        <w:t>Вера без дел не дышит — Иак. 2:14–26</w:t>
      </w:r>
    </w:p>
    <w:p>
      <w:pPr>
        <w:pStyle w:val="Heading2"/>
      </w:pPr>
      <w:r>
        <w:rPr>
          <w:rFonts w:ascii="Liberation Sans" w:hAnsi="Liberation Sans" w:eastAsia="Liberation Sans"/>
          <w:b/>
          <w:i w:val="0"/>
          <w:sz w:val="28"/>
        </w:rPr>
        <w:t>Не спор Павла с Иаковом</w:t>
      </w:r>
    </w:p>
    <w:p>
      <w:pPr>
        <w:spacing w:after="120" w:line="269" w:lineRule="auto"/>
      </w:pPr>
      <w:r>
        <w:rPr>
          <w:rFonts w:ascii="Liberation Serif" w:hAnsi="Liberation Serif" w:eastAsia="Liberation Serif"/>
          <w:b w:val="0"/>
          <w:i w:val="0"/>
          <w:sz w:val="22"/>
        </w:rPr>
        <w:t>Этот отрывок часто превращают в богословскую драку: спасает вера или дела? Но Иаков задаёт более простой вопрос: что значит слово «вера», если оно ничего не делает?</w:t>
      </w:r>
    </w:p>
    <w:p>
      <w:pPr>
        <w:spacing w:after="120" w:line="269" w:lineRule="auto"/>
      </w:pPr>
      <w:r>
        <w:rPr>
          <w:rFonts w:ascii="Liberation Serif" w:hAnsi="Liberation Serif" w:eastAsia="Liberation Serif"/>
          <w:b w:val="0"/>
          <w:i w:val="0"/>
          <w:sz w:val="22"/>
        </w:rPr>
        <w:t>Он приводит человека без одежды и ежедневной пищи. Ему говорят: «Иди с миром, грейся и питайся», но не дают необходимого. Правильное пожелание становится издевательством.</w:t>
      </w:r>
    </w:p>
    <w:p>
      <w:pPr>
        <w:pStyle w:val="Heading2"/>
      </w:pPr>
      <w:r>
        <w:rPr>
          <w:rFonts w:ascii="Liberation Sans" w:hAnsi="Liberation Sans" w:eastAsia="Liberation Sans"/>
          <w:b/>
          <w:i w:val="0"/>
          <w:sz w:val="28"/>
        </w:rPr>
        <w:t>Современный смысл</w:t>
      </w:r>
    </w:p>
    <w:p>
      <w:pPr>
        <w:spacing w:after="120" w:line="269" w:lineRule="auto"/>
      </w:pPr>
      <w:r>
        <w:rPr>
          <w:rFonts w:ascii="Liberation Serif" w:hAnsi="Liberation Serif" w:eastAsia="Liberation Serif"/>
          <w:b w:val="0"/>
          <w:i w:val="0"/>
          <w:sz w:val="22"/>
        </w:rPr>
        <w:t>Вера, которая остаётся мнением, мертва. Она может быть точной, эмоциональной и публичной — но не дышать.</w:t>
      </w:r>
    </w:p>
    <w:p>
      <w:pPr>
        <w:spacing w:after="120" w:line="269" w:lineRule="auto"/>
      </w:pPr>
      <w:r>
        <w:rPr>
          <w:rFonts w:ascii="Liberation Serif" w:hAnsi="Liberation Serif" w:eastAsia="Liberation Serif"/>
          <w:b w:val="0"/>
          <w:i w:val="0"/>
          <w:sz w:val="22"/>
        </w:rPr>
        <w:t>Человек говорит, что доверяет Богу, однако строит всё на лжи и страхе. Говорит, что любит, но не отдаёт ни времени, ни защиты. Говорит о достоинстве человека, а работнику задерживает зарплату. Его убеждение не обязательно ложное по содержанию. Оно просто не стало жизнью.</w:t>
      </w:r>
    </w:p>
    <w:p>
      <w:pPr>
        <w:pStyle w:val="Heading2"/>
      </w:pPr>
      <w:r>
        <w:rPr>
          <w:rFonts w:ascii="Liberation Sans" w:hAnsi="Liberation Sans" w:eastAsia="Liberation Sans"/>
          <w:b/>
          <w:i w:val="0"/>
          <w:sz w:val="28"/>
        </w:rPr>
        <w:t>Дела не покупают Бога</w:t>
      </w:r>
    </w:p>
    <w:p>
      <w:pPr>
        <w:spacing w:after="120" w:line="269" w:lineRule="auto"/>
      </w:pPr>
      <w:r>
        <w:rPr>
          <w:rFonts w:ascii="Liberation Serif" w:hAnsi="Liberation Serif" w:eastAsia="Liberation Serif"/>
          <w:b w:val="0"/>
          <w:i w:val="0"/>
          <w:sz w:val="22"/>
        </w:rPr>
        <w:t>Живой поступок не является платой за прощение. Яблоко не покупает у дерева право быть яблоней. Оно появляется потому, что дерево живо.</w:t>
      </w:r>
    </w:p>
    <w:p>
      <w:pPr>
        <w:spacing w:after="120" w:line="269" w:lineRule="auto"/>
      </w:pPr>
      <w:r>
        <w:rPr>
          <w:rFonts w:ascii="Liberation Serif" w:hAnsi="Liberation Serif" w:eastAsia="Liberation Serif"/>
          <w:b w:val="0"/>
          <w:i w:val="0"/>
          <w:sz w:val="22"/>
        </w:rPr>
        <w:t>Так и дела являются плодом доверия. Авраам действует, Раав рискует безопасностью. Их вера становится видимой в выборе.</w:t>
      </w:r>
    </w:p>
    <w:p>
      <w:pPr>
        <w:pStyle w:val="Heading2"/>
      </w:pPr>
      <w:r>
        <w:rPr>
          <w:rFonts w:ascii="Liberation Sans" w:hAnsi="Liberation Sans" w:eastAsia="Liberation Sans"/>
          <w:b/>
          <w:i w:val="0"/>
          <w:sz w:val="28"/>
        </w:rPr>
        <w:t>Опасность показных дел</w:t>
      </w:r>
    </w:p>
    <w:p>
      <w:pPr>
        <w:spacing w:after="120" w:line="269" w:lineRule="auto"/>
      </w:pPr>
      <w:r>
        <w:rPr>
          <w:rFonts w:ascii="Liberation Serif" w:hAnsi="Liberation Serif" w:eastAsia="Liberation Serif"/>
          <w:b w:val="0"/>
          <w:i w:val="0"/>
          <w:sz w:val="22"/>
        </w:rPr>
        <w:t>Можно совершать впечатляющие поступки ради власти, признания или страха. Поэтому не всякая активность доказывает живую веру. Иаков говорит не о количестве религиозных проектов, а о соответствии доверия и поступка.</w:t>
      </w:r>
    </w:p>
    <w:p>
      <w:pPr>
        <w:spacing w:after="120" w:line="269" w:lineRule="auto"/>
      </w:pPr>
      <w:r>
        <w:rPr>
          <w:rFonts w:ascii="Liberation Serif" w:hAnsi="Liberation Serif" w:eastAsia="Liberation Serif"/>
          <w:b w:val="0"/>
          <w:i w:val="0"/>
          <w:sz w:val="22"/>
        </w:rPr>
        <w:t>Иногда самый живой поступок незаметен: вернуть небольшую сумму, не опубликовать злой текст, признать ошибку ребёнку, выполнить работу без контроля.</w:t>
      </w:r>
    </w:p>
    <w:p>
      <w:pPr>
        <w:pStyle w:val="Heading2"/>
      </w:pPr>
      <w:r>
        <w:rPr>
          <w:rFonts w:ascii="Liberation Sans" w:hAnsi="Liberation Sans" w:eastAsia="Liberation Sans"/>
          <w:b/>
          <w:i w:val="0"/>
          <w:sz w:val="28"/>
        </w:rPr>
        <w:t>Жёсткая формула</w:t>
      </w:r>
    </w:p>
    <w:p>
      <w:pPr>
        <w:pStyle w:val="Quote"/>
        <w:spacing w:after="120" w:line="269" w:lineRule="auto"/>
      </w:pPr>
      <w:r>
        <w:rPr>
          <w:rFonts w:ascii="Liberation Serif" w:hAnsi="Liberation Serif" w:eastAsia="Liberation Serif"/>
          <w:b w:val="0"/>
          <w:i w:val="0"/>
          <w:sz w:val="22"/>
        </w:rPr>
        <w:t>Спасение, которое не вошло в поступки человека, ещё не стало его жизнью.</w:t>
      </w:r>
    </w:p>
    <w:p>
      <w:pPr>
        <w:spacing w:after="120" w:line="269" w:lineRule="auto"/>
      </w:pPr>
      <w:r>
        <w:rPr>
          <w:rFonts w:ascii="Liberation Serif" w:hAnsi="Liberation Serif" w:eastAsia="Liberation Serif"/>
          <w:b w:val="0"/>
          <w:i w:val="0"/>
          <w:sz w:val="22"/>
        </w:rPr>
        <w:t>Это не означает, что Христос не нужен. Напротив, Он открывает путь и даёт жизнь, которой человек отвечает. Христос не попросит прощения вашими устами, не вернёт украденное вашими руками и не откажется вместо вас от злого приказа.</w:t>
      </w:r>
    </w:p>
    <w:p>
      <w:pPr>
        <w:pStyle w:val="Heading2"/>
      </w:pPr>
      <w:r>
        <w:rPr>
          <w:rFonts w:ascii="Liberation Sans" w:hAnsi="Liberation Sans" w:eastAsia="Liberation Sans"/>
          <w:b/>
          <w:i w:val="0"/>
          <w:sz w:val="28"/>
        </w:rPr>
        <w:t>Честный вопрос</w:t>
      </w:r>
    </w:p>
    <w:p>
      <w:pPr>
        <w:pStyle w:val="Quote"/>
        <w:spacing w:after="120" w:line="269" w:lineRule="auto"/>
      </w:pPr>
      <w:r>
        <w:rPr>
          <w:rFonts w:ascii="Liberation Serif" w:hAnsi="Liberation Serif" w:eastAsia="Liberation Serif"/>
          <w:b w:val="0"/>
          <w:i w:val="0"/>
          <w:sz w:val="22"/>
        </w:rPr>
        <w:t>Какое моё верное убеждение ещё не получило ни одного конкретного действия?</w:t>
      </w:r>
    </w:p>
    <w:p>
      <w:pPr>
        <w:pStyle w:val="Heading2"/>
      </w:pPr>
      <w:r>
        <w:rPr>
          <w:rFonts w:ascii="Liberation Sans" w:hAnsi="Liberation Sans" w:eastAsia="Liberation Sans"/>
          <w:b/>
          <w:i w:val="0"/>
          <w:sz w:val="28"/>
        </w:rPr>
        <w:t>Следующий живой шаг</w:t>
      </w:r>
    </w:p>
    <w:p>
      <w:pPr>
        <w:spacing w:after="120" w:line="269" w:lineRule="auto"/>
      </w:pPr>
      <w:r>
        <w:rPr>
          <w:rFonts w:ascii="Liberation Serif" w:hAnsi="Liberation Serif" w:eastAsia="Liberation Serif"/>
          <w:b w:val="0"/>
          <w:i w:val="0"/>
          <w:sz w:val="22"/>
        </w:rPr>
        <w:t>Выберите одно исповедуемое вами добро и придайте ему форму: сумма, звонок, час времени, отказ, извинение, заявление, возвращённая вещь. Без формы намерение легко остаётся туманом.</w:t>
      </w:r>
    </w:p>
    <w:p>
      <w:r>
        <w:br w:type="page"/>
      </w:r>
    </w:p>
    <w:p>
      <w:pPr>
        <w:spacing w:before="3000"/>
        <w:jc w:val="center"/>
      </w:pPr>
      <w:r>
        <w:rPr>
          <w:rFonts w:ascii="Liberation Sans" w:hAnsi="Liberation Sans" w:eastAsia="Liberation Sans"/>
          <w:b/>
          <w:i w:val="0"/>
          <w:sz w:val="44"/>
        </w:rPr>
        <w:t>ЧАСТЬ IV. ЯЗЫК, КОТОРЫЙ ПОДЖИГАЕТ МИР</w:t>
      </w:r>
    </w:p>
    <w:p>
      <w:r>
        <w:br w:type="page"/>
      </w:r>
    </w:p>
    <w:p>
      <w:pPr>
        <w:pStyle w:val="Heading1"/>
        <w:spacing w:after="60"/>
      </w:pPr>
      <w:r>
        <w:rPr>
          <w:rFonts w:ascii="Liberation Sans" w:hAnsi="Liberation Sans" w:eastAsia="Liberation Sans"/>
          <w:b/>
          <w:i w:val="0"/>
          <w:sz w:val="36"/>
        </w:rPr>
        <w:t>ГЛАВА 11</w:t>
      </w:r>
    </w:p>
    <w:p>
      <w:pPr>
        <w:spacing w:after="280"/>
      </w:pPr>
      <w:r>
        <w:rPr>
          <w:rFonts w:ascii="Liberation Sans" w:hAnsi="Liberation Sans" w:eastAsia="Liberation Sans"/>
          <w:b/>
          <w:i w:val="0"/>
          <w:sz w:val="30"/>
        </w:rPr>
        <w:t>Учитель отвечает строже — Иак. 3:1–2</w:t>
      </w:r>
    </w:p>
    <w:p>
      <w:pPr>
        <w:pStyle w:val="Heading2"/>
      </w:pPr>
      <w:r>
        <w:rPr>
          <w:rFonts w:ascii="Liberation Sans" w:hAnsi="Liberation Sans" w:eastAsia="Liberation Sans"/>
          <w:b/>
          <w:i w:val="0"/>
          <w:sz w:val="28"/>
        </w:rPr>
        <w:t>Желание учить</w:t>
      </w:r>
    </w:p>
    <w:p>
      <w:pPr>
        <w:spacing w:after="120" w:line="269" w:lineRule="auto"/>
      </w:pPr>
      <w:r>
        <w:rPr>
          <w:rFonts w:ascii="Liberation Serif" w:hAnsi="Liberation Serif" w:eastAsia="Liberation Serif"/>
          <w:b w:val="0"/>
          <w:i w:val="0"/>
          <w:sz w:val="22"/>
        </w:rPr>
        <w:t>Иаков предупреждает: не многие становитесь учителями. Учитель получает внимание и влияние, а значит — больше возможностей исказить чужую жизнь.</w:t>
      </w:r>
    </w:p>
    <w:p>
      <w:pPr>
        <w:spacing w:after="120" w:line="269" w:lineRule="auto"/>
      </w:pPr>
      <w:r>
        <w:rPr>
          <w:rFonts w:ascii="Liberation Serif" w:hAnsi="Liberation Serif" w:eastAsia="Liberation Serif"/>
          <w:b w:val="0"/>
          <w:i w:val="0"/>
          <w:sz w:val="22"/>
        </w:rPr>
        <w:t>В интернете почти каждый может стать учителем за один вечер. Достаточно включить камеру и говорить уверенно. Но способность сформулировать мысль не равна мудрости, а аудитория не является свидетельством истины.</w:t>
      </w:r>
    </w:p>
    <w:p>
      <w:pPr>
        <w:pStyle w:val="Heading2"/>
      </w:pPr>
      <w:r>
        <w:rPr>
          <w:rFonts w:ascii="Liberation Sans" w:hAnsi="Liberation Sans" w:eastAsia="Liberation Sans"/>
          <w:b/>
          <w:i w:val="0"/>
          <w:sz w:val="28"/>
        </w:rPr>
        <w:t>Ответственность за влияние</w:t>
      </w:r>
    </w:p>
    <w:p>
      <w:pPr>
        <w:spacing w:after="120" w:line="269" w:lineRule="auto"/>
      </w:pPr>
      <w:r>
        <w:rPr>
          <w:rFonts w:ascii="Liberation Serif" w:hAnsi="Liberation Serif" w:eastAsia="Liberation Serif"/>
          <w:b w:val="0"/>
          <w:i w:val="0"/>
          <w:sz w:val="22"/>
        </w:rPr>
        <w:t>Учитель отвечает не только за фактическую точность. Он создаёт способ видеть. Может научить человека проверять, думать и становиться свободнее. А может выращивать страх, зависимость и культ собственной личности.</w:t>
      </w:r>
    </w:p>
    <w:p>
      <w:pPr>
        <w:spacing w:after="120" w:line="269" w:lineRule="auto"/>
      </w:pPr>
      <w:r>
        <w:rPr>
          <w:rFonts w:ascii="Liberation Serif" w:hAnsi="Liberation Serif" w:eastAsia="Liberation Serif"/>
          <w:b w:val="0"/>
          <w:i w:val="0"/>
          <w:sz w:val="22"/>
        </w:rPr>
        <w:t>Особенно опасны абсолютные обещания: «Я точно знаю Божью волю для тебя», «мой метод не ошибается», «несогласие со мной — бунт против истины».</w:t>
      </w:r>
    </w:p>
    <w:p>
      <w:pPr>
        <w:pStyle w:val="Heading2"/>
      </w:pPr>
      <w:r>
        <w:rPr>
          <w:rFonts w:ascii="Liberation Sans" w:hAnsi="Liberation Sans" w:eastAsia="Liberation Sans"/>
          <w:b/>
          <w:i w:val="0"/>
          <w:sz w:val="28"/>
        </w:rPr>
        <w:t>Все ошибаются</w:t>
      </w:r>
    </w:p>
    <w:p>
      <w:pPr>
        <w:spacing w:after="120" w:line="269" w:lineRule="auto"/>
      </w:pPr>
      <w:r>
        <w:rPr>
          <w:rFonts w:ascii="Liberation Serif" w:hAnsi="Liberation Serif" w:eastAsia="Liberation Serif"/>
          <w:b w:val="0"/>
          <w:i w:val="0"/>
          <w:sz w:val="22"/>
        </w:rPr>
        <w:t>Иаков сразу признаёт: все мы много согрешаем. Предупреждение не требует от учителя безошибочности. Оно требует отсутствия притворства.</w:t>
      </w:r>
    </w:p>
    <w:p>
      <w:pPr>
        <w:spacing w:after="120" w:line="269" w:lineRule="auto"/>
      </w:pPr>
      <w:r>
        <w:rPr>
          <w:rFonts w:ascii="Liberation Serif" w:hAnsi="Liberation Serif" w:eastAsia="Liberation Serif"/>
          <w:b w:val="0"/>
          <w:i w:val="0"/>
          <w:sz w:val="22"/>
        </w:rPr>
        <w:t>Надёжный учитель способен сказать: «Я не знаю», «Я ошибся», «Проверьте источник», «Это моя интерпретация». Такая речь не ослабляет авторитет — она очищает его от ложного величия.</w:t>
      </w:r>
    </w:p>
    <w:p>
      <w:pPr>
        <w:pStyle w:val="Heading2"/>
      </w:pPr>
      <w:r>
        <w:rPr>
          <w:rFonts w:ascii="Liberation Sans" w:hAnsi="Liberation Sans" w:eastAsia="Liberation Sans"/>
          <w:b/>
          <w:i w:val="0"/>
          <w:sz w:val="28"/>
        </w:rPr>
        <w:t>Честный вопрос</w:t>
      </w:r>
    </w:p>
    <w:p>
      <w:pPr>
        <w:pStyle w:val="Quote"/>
        <w:spacing w:after="120" w:line="269" w:lineRule="auto"/>
      </w:pPr>
      <w:r>
        <w:rPr>
          <w:rFonts w:ascii="Liberation Serif" w:hAnsi="Liberation Serif" w:eastAsia="Liberation Serif"/>
          <w:b w:val="0"/>
          <w:i w:val="0"/>
          <w:sz w:val="22"/>
        </w:rPr>
        <w:t>Когда я объясняю людям жизнь, оставляю ли я им свободу проверить и не согласиться?</w:t>
      </w:r>
    </w:p>
    <w:p>
      <w:pPr>
        <w:pStyle w:val="Heading2"/>
      </w:pPr>
      <w:r>
        <w:rPr>
          <w:rFonts w:ascii="Liberation Sans" w:hAnsi="Liberation Sans" w:eastAsia="Liberation Sans"/>
          <w:b/>
          <w:i w:val="0"/>
          <w:sz w:val="28"/>
        </w:rPr>
        <w:t>Следующий живой шаг</w:t>
      </w:r>
    </w:p>
    <w:p>
      <w:pPr>
        <w:spacing w:after="120" w:line="269" w:lineRule="auto"/>
      </w:pPr>
      <w:r>
        <w:rPr>
          <w:rFonts w:ascii="Liberation Serif" w:hAnsi="Liberation Serif" w:eastAsia="Liberation Serif"/>
          <w:b w:val="0"/>
          <w:i w:val="0"/>
          <w:sz w:val="22"/>
        </w:rPr>
        <w:t>Пересмотрите один свой публичный текст или совет. Отметьте, где вы выдали предположение за факт, опыт за универсальный закон или сильное чувство за Божий голос. Исправьте формулировку.</w:t>
      </w:r>
    </w:p>
    <w:p>
      <w:r>
        <w:br w:type="page"/>
      </w:r>
    </w:p>
    <w:p>
      <w:pPr>
        <w:pStyle w:val="Heading1"/>
        <w:spacing w:after="60"/>
      </w:pPr>
      <w:r>
        <w:rPr>
          <w:rFonts w:ascii="Liberation Sans" w:hAnsi="Liberation Sans" w:eastAsia="Liberation Sans"/>
          <w:b/>
          <w:i w:val="0"/>
          <w:sz w:val="36"/>
        </w:rPr>
        <w:t>ГЛАВА 12</w:t>
      </w:r>
    </w:p>
    <w:p>
      <w:pPr>
        <w:spacing w:after="280"/>
      </w:pPr>
      <w:r>
        <w:rPr>
          <w:rFonts w:ascii="Liberation Sans" w:hAnsi="Liberation Sans" w:eastAsia="Liberation Sans"/>
          <w:b/>
          <w:i w:val="0"/>
          <w:sz w:val="30"/>
        </w:rPr>
        <w:t>Маленький огонь и большой лес — Иак. 3:3–12</w:t>
      </w:r>
    </w:p>
    <w:p>
      <w:pPr>
        <w:pStyle w:val="Heading2"/>
      </w:pPr>
      <w:r>
        <w:rPr>
          <w:rFonts w:ascii="Liberation Sans" w:hAnsi="Liberation Sans" w:eastAsia="Liberation Sans"/>
          <w:b/>
          <w:i w:val="0"/>
          <w:sz w:val="28"/>
        </w:rPr>
        <w:t>Небольшой орган, огромная власть</w:t>
      </w:r>
    </w:p>
    <w:p>
      <w:pPr>
        <w:spacing w:after="120" w:line="269" w:lineRule="auto"/>
      </w:pPr>
      <w:r>
        <w:rPr>
          <w:rFonts w:ascii="Liberation Serif" w:hAnsi="Liberation Serif" w:eastAsia="Liberation Serif"/>
          <w:b w:val="0"/>
          <w:i w:val="0"/>
          <w:sz w:val="22"/>
        </w:rPr>
        <w:t>Иаков сравнивает язык с удилами, рулём и огнём. Небольшая вещь задаёт направление большому телу.</w:t>
      </w:r>
    </w:p>
    <w:p>
      <w:pPr>
        <w:spacing w:after="120" w:line="269" w:lineRule="auto"/>
      </w:pPr>
      <w:r>
        <w:rPr>
          <w:rFonts w:ascii="Liberation Serif" w:hAnsi="Liberation Serif" w:eastAsia="Liberation Serif"/>
          <w:b w:val="0"/>
          <w:i w:val="0"/>
          <w:sz w:val="22"/>
        </w:rPr>
        <w:t>Одно предложение может изменить отношения на годы. Фраза родителя становится внутренним голосом ребёнка. Слух разрушает репутацию. Приказ переносит насилие от кабинета к живому телу.</w:t>
      </w:r>
    </w:p>
    <w:p>
      <w:pPr>
        <w:pStyle w:val="Heading2"/>
      </w:pPr>
      <w:r>
        <w:rPr>
          <w:rFonts w:ascii="Liberation Sans" w:hAnsi="Liberation Sans" w:eastAsia="Liberation Sans"/>
          <w:b/>
          <w:i w:val="0"/>
          <w:sz w:val="28"/>
        </w:rPr>
        <w:t>Цифровой огонь</w:t>
      </w:r>
    </w:p>
    <w:p>
      <w:pPr>
        <w:spacing w:after="120" w:line="269" w:lineRule="auto"/>
      </w:pPr>
      <w:r>
        <w:rPr>
          <w:rFonts w:ascii="Liberation Serif" w:hAnsi="Liberation Serif" w:eastAsia="Liberation Serif"/>
          <w:b w:val="0"/>
          <w:i w:val="0"/>
          <w:sz w:val="22"/>
        </w:rPr>
        <w:t>Сегодня язык получил скорость, которой Иаков не мог наблюдать. Сообщение отправляется тысячам людей за секунды. Ошибка, гнев или непроверенное обвинение продолжают жить после удаления.</w:t>
      </w:r>
    </w:p>
    <w:p>
      <w:pPr>
        <w:spacing w:after="120" w:line="269" w:lineRule="auto"/>
      </w:pPr>
      <w:r>
        <w:rPr>
          <w:rFonts w:ascii="Liberation Serif" w:hAnsi="Liberation Serif" w:eastAsia="Liberation Serif"/>
          <w:b w:val="0"/>
          <w:i w:val="0"/>
          <w:sz w:val="22"/>
        </w:rPr>
        <w:t>Человек ощущает экран как безопасную дистанцию и пишет то, чего не произнёс бы перед лицом. Но расстояние не отменяет последствия.</w:t>
      </w:r>
    </w:p>
    <w:p>
      <w:pPr>
        <w:pStyle w:val="Heading2"/>
      </w:pPr>
      <w:r>
        <w:rPr>
          <w:rFonts w:ascii="Liberation Sans" w:hAnsi="Liberation Sans" w:eastAsia="Liberation Sans"/>
          <w:b/>
          <w:i w:val="0"/>
          <w:sz w:val="28"/>
        </w:rPr>
        <w:t>Благословение и проклятие</w:t>
      </w:r>
    </w:p>
    <w:p>
      <w:pPr>
        <w:spacing w:after="120" w:line="269" w:lineRule="auto"/>
      </w:pPr>
      <w:r>
        <w:rPr>
          <w:rFonts w:ascii="Liberation Serif" w:hAnsi="Liberation Serif" w:eastAsia="Liberation Serif"/>
          <w:b w:val="0"/>
          <w:i w:val="0"/>
          <w:sz w:val="22"/>
        </w:rPr>
        <w:t>Тем же языком человек славит Бога и унижает созданного по образу Бога. Иаков считает это противоестественным: источник не должен одновременно давать сладкую и горькую воду.</w:t>
      </w:r>
    </w:p>
    <w:p>
      <w:pPr>
        <w:spacing w:after="120" w:line="269" w:lineRule="auto"/>
      </w:pPr>
      <w:r>
        <w:rPr>
          <w:rFonts w:ascii="Liberation Serif" w:hAnsi="Liberation Serif" w:eastAsia="Liberation Serif"/>
          <w:b w:val="0"/>
          <w:i w:val="0"/>
          <w:sz w:val="22"/>
        </w:rPr>
        <w:t>Речь показывает раздвоенность. Не достаточно иметь отдельный «духовный язык» для молитвы. Вопрос в том, что происходит с речью, когда никто не требует благочестия.</w:t>
      </w:r>
    </w:p>
    <w:p>
      <w:pPr>
        <w:pStyle w:val="Heading2"/>
      </w:pPr>
      <w:r>
        <w:rPr>
          <w:rFonts w:ascii="Liberation Sans" w:hAnsi="Liberation Sans" w:eastAsia="Liberation Sans"/>
          <w:b/>
          <w:i w:val="0"/>
          <w:sz w:val="28"/>
        </w:rPr>
        <w:t>Правда без разрушительного излишка</w:t>
      </w:r>
    </w:p>
    <w:p>
      <w:pPr>
        <w:spacing w:after="120" w:line="269" w:lineRule="auto"/>
      </w:pPr>
      <w:r>
        <w:rPr>
          <w:rFonts w:ascii="Liberation Serif" w:hAnsi="Liberation Serif" w:eastAsia="Liberation Serif"/>
          <w:b w:val="0"/>
          <w:i w:val="0"/>
          <w:sz w:val="22"/>
        </w:rPr>
        <w:t>Иногда необходимо сказать: человек солгал, украл, опасен, нарушил закон. Но можно назвать факт без оскорбительного наслаждения. Разница слышна в лишних словах — тех, что не защищают и не проясняют, а только добивают.</w:t>
      </w:r>
    </w:p>
    <w:p>
      <w:pPr>
        <w:pStyle w:val="Heading2"/>
      </w:pPr>
      <w:r>
        <w:rPr>
          <w:rFonts w:ascii="Liberation Sans" w:hAnsi="Liberation Sans" w:eastAsia="Liberation Sans"/>
          <w:b/>
          <w:i w:val="0"/>
          <w:sz w:val="28"/>
        </w:rPr>
        <w:t>Практика паузы</w:t>
      </w:r>
    </w:p>
    <w:p>
      <w:pPr>
        <w:spacing w:after="120" w:line="269" w:lineRule="auto"/>
      </w:pPr>
      <w:r>
        <w:rPr>
          <w:rFonts w:ascii="Liberation Serif" w:hAnsi="Liberation Serif" w:eastAsia="Liberation Serif"/>
          <w:b w:val="0"/>
          <w:i w:val="0"/>
          <w:sz w:val="22"/>
        </w:rPr>
        <w:t>Пауза между гневом и отправкой текста — не слабость. Это место, где язык возвращается человеку.</w:t>
      </w:r>
    </w:p>
    <w:p>
      <w:pPr>
        <w:spacing w:after="120" w:line="269" w:lineRule="auto"/>
      </w:pPr>
      <w:r>
        <w:rPr>
          <w:rFonts w:ascii="Liberation Serif" w:hAnsi="Liberation Serif" w:eastAsia="Liberation Serif"/>
          <w:b w:val="0"/>
          <w:i w:val="0"/>
          <w:sz w:val="22"/>
        </w:rPr>
        <w:t>Хорошее правило: не публиковать обвинение ночью, после бессонницы, в состоянии опьянения или на пике ярости. Сохранить, проверить факты, перечитать утром.</w:t>
      </w:r>
    </w:p>
    <w:p>
      <w:pPr>
        <w:pStyle w:val="Heading2"/>
      </w:pPr>
      <w:r>
        <w:rPr>
          <w:rFonts w:ascii="Liberation Sans" w:hAnsi="Liberation Sans" w:eastAsia="Liberation Sans"/>
          <w:b/>
          <w:i w:val="0"/>
          <w:sz w:val="28"/>
        </w:rPr>
        <w:t>Честный вопрос</w:t>
      </w:r>
    </w:p>
    <w:p>
      <w:pPr>
        <w:pStyle w:val="Quote"/>
        <w:spacing w:after="120" w:line="269" w:lineRule="auto"/>
      </w:pPr>
      <w:r>
        <w:rPr>
          <w:rFonts w:ascii="Liberation Serif" w:hAnsi="Liberation Serif" w:eastAsia="Liberation Serif"/>
          <w:b w:val="0"/>
          <w:i w:val="0"/>
          <w:sz w:val="22"/>
        </w:rPr>
        <w:t>Какую боль я пытаюсь передать дальше через слова, вместо того чтобы остановить её в себе?</w:t>
      </w:r>
    </w:p>
    <w:p>
      <w:pPr>
        <w:pStyle w:val="Heading2"/>
      </w:pPr>
      <w:r>
        <w:rPr>
          <w:rFonts w:ascii="Liberation Sans" w:hAnsi="Liberation Sans" w:eastAsia="Liberation Sans"/>
          <w:b/>
          <w:i w:val="0"/>
          <w:sz w:val="28"/>
        </w:rPr>
        <w:t>Следующий живой шаг</w:t>
      </w:r>
    </w:p>
    <w:p>
      <w:pPr>
        <w:spacing w:after="120" w:line="269" w:lineRule="auto"/>
      </w:pPr>
      <w:r>
        <w:rPr>
          <w:rFonts w:ascii="Liberation Serif" w:hAnsi="Liberation Serif" w:eastAsia="Liberation Serif"/>
          <w:b w:val="0"/>
          <w:i w:val="0"/>
          <w:sz w:val="22"/>
        </w:rPr>
        <w:t>Перед отправкой жёсткого сообщения удалите всё, что не является фактом, границей или необходимым требованием. Оставьте правду без яда.</w:t>
      </w:r>
    </w:p>
    <w:p>
      <w:r>
        <w:br w:type="page"/>
      </w:r>
    </w:p>
    <w:p>
      <w:pPr>
        <w:pStyle w:val="Heading1"/>
        <w:spacing w:after="60"/>
      </w:pPr>
      <w:r>
        <w:rPr>
          <w:rFonts w:ascii="Liberation Sans" w:hAnsi="Liberation Sans" w:eastAsia="Liberation Sans"/>
          <w:b/>
          <w:i w:val="0"/>
          <w:sz w:val="36"/>
        </w:rPr>
        <w:t>ГЛАВА 13</w:t>
      </w:r>
    </w:p>
    <w:p>
      <w:pPr>
        <w:spacing w:after="280"/>
      </w:pPr>
      <w:r>
        <w:rPr>
          <w:rFonts w:ascii="Liberation Sans" w:hAnsi="Liberation Sans" w:eastAsia="Liberation Sans"/>
          <w:b/>
          <w:i w:val="0"/>
          <w:sz w:val="30"/>
        </w:rPr>
        <w:t>Мудрость сверху узнаётся по атмосфере — Иак. 3:13–18</w:t>
      </w:r>
    </w:p>
    <w:p>
      <w:pPr>
        <w:pStyle w:val="Heading2"/>
      </w:pPr>
      <w:r>
        <w:rPr>
          <w:rFonts w:ascii="Liberation Sans" w:hAnsi="Liberation Sans" w:eastAsia="Liberation Sans"/>
          <w:b/>
          <w:i w:val="0"/>
          <w:sz w:val="28"/>
        </w:rPr>
        <w:t>Мудрый человек показывает жизнь</w:t>
      </w:r>
    </w:p>
    <w:p>
      <w:pPr>
        <w:spacing w:after="120" w:line="269" w:lineRule="auto"/>
      </w:pPr>
      <w:r>
        <w:rPr>
          <w:rFonts w:ascii="Liberation Serif" w:hAnsi="Liberation Serif" w:eastAsia="Liberation Serif"/>
          <w:b w:val="0"/>
          <w:i w:val="0"/>
          <w:sz w:val="22"/>
        </w:rPr>
        <w:t>Иаков снова отказывается судить по словам. Мудрость показывается доброй жизнью и поступками, совершёнными в кротости.</w:t>
      </w:r>
    </w:p>
    <w:p>
      <w:pPr>
        <w:spacing w:after="120" w:line="269" w:lineRule="auto"/>
      </w:pPr>
      <w:r>
        <w:rPr>
          <w:rFonts w:ascii="Liberation Serif" w:hAnsi="Liberation Serif" w:eastAsia="Liberation Serif"/>
          <w:b w:val="0"/>
          <w:i w:val="0"/>
          <w:sz w:val="22"/>
        </w:rPr>
        <w:t>Кротость — не робость. Это сила, которой не нужно доказывать себя унижением другого.</w:t>
      </w:r>
    </w:p>
    <w:p>
      <w:pPr>
        <w:pStyle w:val="Heading2"/>
      </w:pPr>
      <w:r>
        <w:rPr>
          <w:rFonts w:ascii="Liberation Sans" w:hAnsi="Liberation Sans" w:eastAsia="Liberation Sans"/>
          <w:b/>
          <w:i w:val="0"/>
          <w:sz w:val="28"/>
        </w:rPr>
        <w:t>Две мудрости</w:t>
      </w:r>
    </w:p>
    <w:p>
      <w:pPr>
        <w:spacing w:after="120" w:line="269" w:lineRule="auto"/>
      </w:pPr>
      <w:r>
        <w:rPr>
          <w:rFonts w:ascii="Liberation Serif" w:hAnsi="Liberation Serif" w:eastAsia="Liberation Serif"/>
          <w:b w:val="0"/>
          <w:i w:val="0"/>
          <w:sz w:val="22"/>
        </w:rPr>
        <w:t>Земная мудрость может быть умной и эффективной. Она умеет выигрывать, собирать коалиции, давить на слабости, управлять страхом. Но если внутри зависть и соперничество, она приносит беспорядок и всякое злое дело.</w:t>
      </w:r>
    </w:p>
    <w:p>
      <w:pPr>
        <w:spacing w:after="120" w:line="269" w:lineRule="auto"/>
      </w:pPr>
      <w:r>
        <w:rPr>
          <w:rFonts w:ascii="Liberation Serif" w:hAnsi="Liberation Serif" w:eastAsia="Liberation Serif"/>
          <w:b w:val="0"/>
          <w:i w:val="0"/>
          <w:sz w:val="22"/>
        </w:rPr>
        <w:t>Мудрость сверху чиста, мирна, снисходительна, готова слушать, наполнена милостью и добрыми плодами, не лицемерна.</w:t>
      </w:r>
    </w:p>
    <w:p>
      <w:pPr>
        <w:spacing w:after="120" w:line="269" w:lineRule="auto"/>
      </w:pPr>
      <w:r>
        <w:rPr>
          <w:rFonts w:ascii="Liberation Serif" w:hAnsi="Liberation Serif" w:eastAsia="Liberation Serif"/>
          <w:b w:val="0"/>
          <w:i w:val="0"/>
          <w:sz w:val="22"/>
        </w:rPr>
        <w:t>Это не список приятных эмоций, а критерии системы. После мудрого руководства людям становится яснее и безопаснее говорить правду. После манипулятивного — все угадывают настроение лидера и скрывают ошибки.</w:t>
      </w:r>
    </w:p>
    <w:p>
      <w:pPr>
        <w:pStyle w:val="Heading2"/>
      </w:pPr>
      <w:r>
        <w:rPr>
          <w:rFonts w:ascii="Liberation Sans" w:hAnsi="Liberation Sans" w:eastAsia="Liberation Sans"/>
          <w:b/>
          <w:i w:val="0"/>
          <w:sz w:val="28"/>
        </w:rPr>
        <w:t>Миротворец не избегает конфликта</w:t>
      </w:r>
    </w:p>
    <w:p>
      <w:pPr>
        <w:spacing w:after="120" w:line="269" w:lineRule="auto"/>
      </w:pPr>
      <w:r>
        <w:rPr>
          <w:rFonts w:ascii="Liberation Serif" w:hAnsi="Liberation Serif" w:eastAsia="Liberation Serif"/>
          <w:b w:val="0"/>
          <w:i w:val="0"/>
          <w:sz w:val="22"/>
        </w:rPr>
        <w:t>Миротворчество не равно замалчиванию. Иногда мир требует вскрыть насилие, остановить руководителя, провести расследование. Разница в том, что целью остаётся восстановление правды и жизни, а не победа одной гордости над другой.</w:t>
      </w:r>
    </w:p>
    <w:p>
      <w:pPr>
        <w:pStyle w:val="Heading2"/>
      </w:pPr>
      <w:r>
        <w:rPr>
          <w:rFonts w:ascii="Liberation Sans" w:hAnsi="Liberation Sans" w:eastAsia="Liberation Sans"/>
          <w:b/>
          <w:i w:val="0"/>
          <w:sz w:val="28"/>
        </w:rPr>
        <w:t>Плод правды</w:t>
      </w:r>
    </w:p>
    <w:p>
      <w:pPr>
        <w:spacing w:after="120" w:line="269" w:lineRule="auto"/>
      </w:pPr>
      <w:r>
        <w:rPr>
          <w:rFonts w:ascii="Liberation Serif" w:hAnsi="Liberation Serif" w:eastAsia="Liberation Serif"/>
          <w:b w:val="0"/>
          <w:i w:val="0"/>
          <w:sz w:val="22"/>
        </w:rPr>
        <w:t>Иаков говорит, что плод праведности сеется в мире теми, кто творит мир. Семя и плод снова соединяются. Нельзя посадить унижение и ожидать доверия. Нельзя строить единство на страхе и надеяться, что оно станет любовью.</w:t>
      </w:r>
    </w:p>
    <w:p>
      <w:pPr>
        <w:pStyle w:val="Heading2"/>
      </w:pPr>
      <w:r>
        <w:rPr>
          <w:rFonts w:ascii="Liberation Sans" w:hAnsi="Liberation Sans" w:eastAsia="Liberation Sans"/>
          <w:b/>
          <w:i w:val="0"/>
          <w:sz w:val="28"/>
        </w:rPr>
        <w:t>Честный вопрос</w:t>
      </w:r>
    </w:p>
    <w:p>
      <w:pPr>
        <w:pStyle w:val="Quote"/>
        <w:spacing w:after="120" w:line="269" w:lineRule="auto"/>
      </w:pPr>
      <w:r>
        <w:rPr>
          <w:rFonts w:ascii="Liberation Serif" w:hAnsi="Liberation Serif" w:eastAsia="Liberation Serif"/>
          <w:b w:val="0"/>
          <w:i w:val="0"/>
          <w:sz w:val="22"/>
        </w:rPr>
        <w:t>Какую атмосферу создаёт моя «мудрость» вокруг: люди становятся честнее или осторожнее рядом со мной?</w:t>
      </w:r>
    </w:p>
    <w:p>
      <w:pPr>
        <w:pStyle w:val="Heading2"/>
      </w:pPr>
      <w:r>
        <w:rPr>
          <w:rFonts w:ascii="Liberation Sans" w:hAnsi="Liberation Sans" w:eastAsia="Liberation Sans"/>
          <w:b/>
          <w:i w:val="0"/>
          <w:sz w:val="28"/>
        </w:rPr>
        <w:t>Следующий живой шаг</w:t>
      </w:r>
    </w:p>
    <w:p>
      <w:pPr>
        <w:spacing w:after="120" w:line="269" w:lineRule="auto"/>
      </w:pPr>
      <w:r>
        <w:rPr>
          <w:rFonts w:ascii="Liberation Serif" w:hAnsi="Liberation Serif" w:eastAsia="Liberation Serif"/>
          <w:b w:val="0"/>
          <w:i w:val="0"/>
          <w:sz w:val="22"/>
        </w:rPr>
        <w:t>Спросите у одного близкого или коллеги: «Что со мной трудно говорить? В какой момент ты начинаешь бояться моей реакции?» Не спорьте с ответом в тот же день.</w:t>
      </w:r>
    </w:p>
    <w:p>
      <w:r>
        <w:br w:type="page"/>
      </w:r>
    </w:p>
    <w:p>
      <w:pPr>
        <w:spacing w:before="3000"/>
        <w:jc w:val="center"/>
      </w:pPr>
      <w:r>
        <w:rPr>
          <w:rFonts w:ascii="Liberation Sans" w:hAnsi="Liberation Sans" w:eastAsia="Liberation Sans"/>
          <w:b/>
          <w:i w:val="0"/>
          <w:sz w:val="44"/>
        </w:rPr>
        <w:t>ЧАСТЬ V. ВОЙНА, КОТОРАЯ НАЧИНАЕТСЯ ВНУТРИ</w:t>
      </w:r>
    </w:p>
    <w:p>
      <w:r>
        <w:br w:type="page"/>
      </w:r>
    </w:p>
    <w:p>
      <w:pPr>
        <w:pStyle w:val="Heading1"/>
        <w:spacing w:after="60"/>
      </w:pPr>
      <w:r>
        <w:rPr>
          <w:rFonts w:ascii="Liberation Sans" w:hAnsi="Liberation Sans" w:eastAsia="Liberation Sans"/>
          <w:b/>
          <w:i w:val="0"/>
          <w:sz w:val="36"/>
        </w:rPr>
        <w:t>ГЛАВА 14</w:t>
      </w:r>
    </w:p>
    <w:p>
      <w:pPr>
        <w:spacing w:after="280"/>
      </w:pPr>
      <w:r>
        <w:rPr>
          <w:rFonts w:ascii="Liberation Sans" w:hAnsi="Liberation Sans" w:eastAsia="Liberation Sans"/>
          <w:b/>
          <w:i w:val="0"/>
          <w:sz w:val="30"/>
        </w:rPr>
        <w:t>Откуда войны между вами — Иак. 4:1–3</w:t>
      </w:r>
    </w:p>
    <w:p>
      <w:pPr>
        <w:pStyle w:val="Heading2"/>
      </w:pPr>
      <w:r>
        <w:rPr>
          <w:rFonts w:ascii="Liberation Sans" w:hAnsi="Liberation Sans" w:eastAsia="Liberation Sans"/>
          <w:b/>
          <w:i w:val="0"/>
          <w:sz w:val="28"/>
        </w:rPr>
        <w:t>Конфликт начинается не только с другого</w:t>
      </w:r>
    </w:p>
    <w:p>
      <w:pPr>
        <w:spacing w:after="120" w:line="269" w:lineRule="auto"/>
      </w:pPr>
      <w:r>
        <w:rPr>
          <w:rFonts w:ascii="Liberation Serif" w:hAnsi="Liberation Serif" w:eastAsia="Liberation Serif"/>
          <w:b w:val="0"/>
          <w:i w:val="0"/>
          <w:sz w:val="22"/>
        </w:rPr>
        <w:t>Иаков задаёт неприятный вопрос: откуда войны и распри? И отвечает — из желаний, воюющих внутри.</w:t>
      </w:r>
    </w:p>
    <w:p>
      <w:pPr>
        <w:spacing w:after="120" w:line="269" w:lineRule="auto"/>
      </w:pPr>
      <w:r>
        <w:rPr>
          <w:rFonts w:ascii="Liberation Serif" w:hAnsi="Liberation Serif" w:eastAsia="Liberation Serif"/>
          <w:b w:val="0"/>
          <w:i w:val="0"/>
          <w:sz w:val="22"/>
        </w:rPr>
        <w:t>Это не означает, что жертва насилия сама создала агрессора. Не всякий конфликт равномерно распределён между сторонами. Бывают преступник и пострадавший, оккупант и защищающийся.</w:t>
      </w:r>
    </w:p>
    <w:p>
      <w:pPr>
        <w:spacing w:after="120" w:line="269" w:lineRule="auto"/>
      </w:pPr>
      <w:r>
        <w:rPr>
          <w:rFonts w:ascii="Liberation Serif" w:hAnsi="Liberation Serif" w:eastAsia="Liberation Serif"/>
          <w:b w:val="0"/>
          <w:i w:val="0"/>
          <w:sz w:val="22"/>
        </w:rPr>
        <w:t>Но даже в справедливой борьбе внутренние желания способны захватить человека. Желание безопасности превращается в жажду полного контроля. Желание правды — в необходимость унизить. Желание признания — в войну со всяким, кто не аплодирует.</w:t>
      </w:r>
    </w:p>
    <w:p>
      <w:pPr>
        <w:pStyle w:val="Heading2"/>
      </w:pPr>
      <w:r>
        <w:rPr>
          <w:rFonts w:ascii="Liberation Sans" w:hAnsi="Liberation Sans" w:eastAsia="Liberation Sans"/>
          <w:b/>
          <w:i w:val="0"/>
          <w:sz w:val="28"/>
        </w:rPr>
        <w:t>Вы просите и не получаете</w:t>
      </w:r>
    </w:p>
    <w:p>
      <w:pPr>
        <w:spacing w:after="120" w:line="269" w:lineRule="auto"/>
      </w:pPr>
      <w:r>
        <w:rPr>
          <w:rFonts w:ascii="Liberation Serif" w:hAnsi="Liberation Serif" w:eastAsia="Liberation Serif"/>
          <w:b w:val="0"/>
          <w:i w:val="0"/>
          <w:sz w:val="22"/>
        </w:rPr>
        <w:t>Иаков говорит о молитве, которая служит страстям. Человек просит ресурс не для жизни, а чтобы употребить на собственное наслаждение и превосходство.</w:t>
      </w:r>
    </w:p>
    <w:p>
      <w:pPr>
        <w:spacing w:after="120" w:line="269" w:lineRule="auto"/>
      </w:pPr>
      <w:r>
        <w:rPr>
          <w:rFonts w:ascii="Liberation Serif" w:hAnsi="Liberation Serif" w:eastAsia="Liberation Serif"/>
          <w:b w:val="0"/>
          <w:i w:val="0"/>
          <w:sz w:val="22"/>
        </w:rPr>
        <w:t>Можно просить успеха проекта, потому что он полезен людям. И одновременно мечтать, как успех заставит бывших обидчиков пожалеть. Мотивы смешаны почти всегда.</w:t>
      </w:r>
    </w:p>
    <w:p>
      <w:pPr>
        <w:spacing w:after="120" w:line="269" w:lineRule="auto"/>
      </w:pPr>
      <w:r>
        <w:rPr>
          <w:rFonts w:ascii="Liberation Serif" w:hAnsi="Liberation Serif" w:eastAsia="Liberation Serif"/>
          <w:b w:val="0"/>
          <w:i w:val="0"/>
          <w:sz w:val="22"/>
        </w:rPr>
        <w:t>Задача не ждать стерильной чистоты, а замечать, какая часть начинает управлять.</w:t>
      </w:r>
    </w:p>
    <w:p>
      <w:pPr>
        <w:pStyle w:val="Heading2"/>
      </w:pPr>
      <w:r>
        <w:rPr>
          <w:rFonts w:ascii="Liberation Sans" w:hAnsi="Liberation Sans" w:eastAsia="Liberation Sans"/>
          <w:b/>
          <w:i w:val="0"/>
          <w:sz w:val="28"/>
        </w:rPr>
        <w:t>Современный смысл</w:t>
      </w:r>
    </w:p>
    <w:p>
      <w:pPr>
        <w:spacing w:after="120" w:line="269" w:lineRule="auto"/>
      </w:pPr>
      <w:r>
        <w:rPr>
          <w:rFonts w:ascii="Liberation Serif" w:hAnsi="Liberation Serif" w:eastAsia="Liberation Serif"/>
          <w:b w:val="0"/>
          <w:i w:val="0"/>
          <w:sz w:val="22"/>
        </w:rPr>
        <w:t>Перед внешним конфликтом полезно увидеть внутреннюю войну. Что я защищаю: человека или образ себя? Что мне действительно нужно: решение проблемы или капитуляция другого? Что произойдёт, если он признает факт, но не признает моё превосходство?</w:t>
      </w:r>
    </w:p>
    <w:p>
      <w:pPr>
        <w:pStyle w:val="Heading2"/>
      </w:pPr>
      <w:r>
        <w:rPr>
          <w:rFonts w:ascii="Liberation Sans" w:hAnsi="Liberation Sans" w:eastAsia="Liberation Sans"/>
          <w:b/>
          <w:i w:val="0"/>
          <w:sz w:val="28"/>
        </w:rPr>
        <w:t>Честный вопрос</w:t>
      </w:r>
    </w:p>
    <w:p>
      <w:pPr>
        <w:pStyle w:val="Quote"/>
        <w:spacing w:after="120" w:line="269" w:lineRule="auto"/>
      </w:pPr>
      <w:r>
        <w:rPr>
          <w:rFonts w:ascii="Liberation Serif" w:hAnsi="Liberation Serif" w:eastAsia="Liberation Serif"/>
          <w:b w:val="0"/>
          <w:i w:val="0"/>
          <w:sz w:val="22"/>
        </w:rPr>
        <w:t>Какой результат конфликта мне необходим именно для того, чтобы почувствовать себя выше другого?</w:t>
      </w:r>
    </w:p>
    <w:p>
      <w:pPr>
        <w:pStyle w:val="Heading2"/>
      </w:pPr>
      <w:r>
        <w:rPr>
          <w:rFonts w:ascii="Liberation Sans" w:hAnsi="Liberation Sans" w:eastAsia="Liberation Sans"/>
          <w:b/>
          <w:i w:val="0"/>
          <w:sz w:val="28"/>
        </w:rPr>
        <w:t>Следующий живой шаг</w:t>
      </w:r>
    </w:p>
    <w:p>
      <w:pPr>
        <w:spacing w:after="120" w:line="269" w:lineRule="auto"/>
      </w:pPr>
      <w:r>
        <w:rPr>
          <w:rFonts w:ascii="Liberation Serif" w:hAnsi="Liberation Serif" w:eastAsia="Liberation Serif"/>
          <w:b w:val="0"/>
          <w:i w:val="0"/>
          <w:sz w:val="22"/>
        </w:rPr>
        <w:t>Разделите требования на три группы: безопасность и факт; справедливое возмещение; желание наказать лишней болью. Действуйте по первым двум, не кормите третье.</w:t>
      </w:r>
    </w:p>
    <w:p>
      <w:r>
        <w:br w:type="page"/>
      </w:r>
    </w:p>
    <w:p>
      <w:pPr>
        <w:pStyle w:val="Heading1"/>
        <w:spacing w:after="60"/>
      </w:pPr>
      <w:r>
        <w:rPr>
          <w:rFonts w:ascii="Liberation Sans" w:hAnsi="Liberation Sans" w:eastAsia="Liberation Sans"/>
          <w:b/>
          <w:i w:val="0"/>
          <w:sz w:val="36"/>
        </w:rPr>
        <w:t>ГЛАВА 15</w:t>
      </w:r>
    </w:p>
    <w:p>
      <w:pPr>
        <w:spacing w:after="280"/>
      </w:pPr>
      <w:r>
        <w:rPr>
          <w:rFonts w:ascii="Liberation Sans" w:hAnsi="Liberation Sans" w:eastAsia="Liberation Sans"/>
          <w:b/>
          <w:i w:val="0"/>
          <w:sz w:val="30"/>
        </w:rPr>
        <w:t>Дружба с миром и благодать для гордых — Иак. 4:4–6</w:t>
      </w:r>
    </w:p>
    <w:p>
      <w:pPr>
        <w:pStyle w:val="Heading2"/>
      </w:pPr>
      <w:r>
        <w:rPr>
          <w:rFonts w:ascii="Liberation Sans" w:hAnsi="Liberation Sans" w:eastAsia="Liberation Sans"/>
          <w:b/>
          <w:i w:val="0"/>
          <w:sz w:val="28"/>
        </w:rPr>
        <w:t>Мир как система желания</w:t>
      </w:r>
    </w:p>
    <w:p>
      <w:pPr>
        <w:spacing w:after="120" w:line="269" w:lineRule="auto"/>
      </w:pPr>
      <w:r>
        <w:rPr>
          <w:rFonts w:ascii="Liberation Serif" w:hAnsi="Liberation Serif" w:eastAsia="Liberation Serif"/>
          <w:b w:val="0"/>
          <w:i w:val="0"/>
          <w:sz w:val="22"/>
        </w:rPr>
        <w:t>Иаков называет дружбу с миром враждой против Бога. Речь не о природе, культуре, науке или людях вне церкви. Мир здесь — система, где человек живёт ради обладания, сравнения и господства.</w:t>
      </w:r>
    </w:p>
    <w:p>
      <w:pPr>
        <w:spacing w:after="120" w:line="269" w:lineRule="auto"/>
      </w:pPr>
      <w:r>
        <w:rPr>
          <w:rFonts w:ascii="Liberation Serif" w:hAnsi="Liberation Serif" w:eastAsia="Liberation Serif"/>
          <w:b w:val="0"/>
          <w:i w:val="0"/>
          <w:sz w:val="22"/>
        </w:rPr>
        <w:t>Можно посещать церковь и быть полностью дружным с таким миром. Можно проповедовать смирение, но строить организацию вокруг собственной непогрешимости. Можно осуждать роскошь других и мечтать только о том, чтобы занять их место.</w:t>
      </w:r>
    </w:p>
    <w:p>
      <w:pPr>
        <w:pStyle w:val="Heading2"/>
      </w:pPr>
      <w:r>
        <w:rPr>
          <w:rFonts w:ascii="Liberation Sans" w:hAnsi="Liberation Sans" w:eastAsia="Liberation Sans"/>
          <w:b/>
          <w:i w:val="0"/>
          <w:sz w:val="28"/>
        </w:rPr>
        <w:t>Ревнивая любовь Бога</w:t>
      </w:r>
    </w:p>
    <w:p>
      <w:pPr>
        <w:spacing w:after="120" w:line="269" w:lineRule="auto"/>
      </w:pPr>
      <w:r>
        <w:rPr>
          <w:rFonts w:ascii="Liberation Serif" w:hAnsi="Liberation Serif" w:eastAsia="Liberation Serif"/>
          <w:b w:val="0"/>
          <w:i w:val="0"/>
          <w:sz w:val="22"/>
        </w:rPr>
        <w:t>Язык Иакова резок: Бог ревностно желает духа, живущего в человеке. Это не мелочная ревность собственника. Это любовь, которая не считает нормальным, когда человек отдаёт себя силам, превращающим его в товар или оружие.</w:t>
      </w:r>
    </w:p>
    <w:p>
      <w:pPr>
        <w:pStyle w:val="Heading2"/>
      </w:pPr>
      <w:r>
        <w:rPr>
          <w:rFonts w:ascii="Liberation Sans" w:hAnsi="Liberation Sans" w:eastAsia="Liberation Sans"/>
          <w:b/>
          <w:i w:val="0"/>
          <w:sz w:val="28"/>
        </w:rPr>
        <w:t>Благодать больше</w:t>
      </w:r>
    </w:p>
    <w:p>
      <w:pPr>
        <w:spacing w:after="120" w:line="269" w:lineRule="auto"/>
      </w:pPr>
      <w:r>
        <w:rPr>
          <w:rFonts w:ascii="Liberation Serif" w:hAnsi="Liberation Serif" w:eastAsia="Liberation Serif"/>
          <w:b w:val="0"/>
          <w:i w:val="0"/>
          <w:sz w:val="22"/>
        </w:rPr>
        <w:t>После жёсткого обличения появляется фраза: Бог даёт большую благодать. Увидеть собственную дружбу с миром — не конец. Благодать больше привычки, провала и раздвоенности.</w:t>
      </w:r>
    </w:p>
    <w:p>
      <w:pPr>
        <w:spacing w:after="120" w:line="269" w:lineRule="auto"/>
      </w:pPr>
      <w:r>
        <w:rPr>
          <w:rFonts w:ascii="Liberation Serif" w:hAnsi="Liberation Serif" w:eastAsia="Liberation Serif"/>
          <w:b w:val="0"/>
          <w:i w:val="0"/>
          <w:sz w:val="22"/>
        </w:rPr>
        <w:t>Но гордость не принимает дар, потому что не хочет быть нуждающейся. Смирение открывает руки.</w:t>
      </w:r>
    </w:p>
    <w:p>
      <w:pPr>
        <w:pStyle w:val="Heading2"/>
      </w:pPr>
      <w:r>
        <w:rPr>
          <w:rFonts w:ascii="Liberation Sans" w:hAnsi="Liberation Sans" w:eastAsia="Liberation Sans"/>
          <w:b/>
          <w:i w:val="0"/>
          <w:sz w:val="28"/>
        </w:rPr>
        <w:t>Честный вопрос</w:t>
      </w:r>
    </w:p>
    <w:p>
      <w:pPr>
        <w:pStyle w:val="Quote"/>
        <w:spacing w:after="120" w:line="269" w:lineRule="auto"/>
      </w:pPr>
      <w:r>
        <w:rPr>
          <w:rFonts w:ascii="Liberation Serif" w:hAnsi="Liberation Serif" w:eastAsia="Liberation Serif"/>
          <w:b w:val="0"/>
          <w:i w:val="0"/>
          <w:sz w:val="22"/>
        </w:rPr>
        <w:t>Какой знак успеха я тайно считаю доказательством, что моя жизнь наконец имеет ценность?</w:t>
      </w:r>
    </w:p>
    <w:p>
      <w:pPr>
        <w:pStyle w:val="Heading2"/>
      </w:pPr>
      <w:r>
        <w:rPr>
          <w:rFonts w:ascii="Liberation Sans" w:hAnsi="Liberation Sans" w:eastAsia="Liberation Sans"/>
          <w:b/>
          <w:i w:val="0"/>
          <w:sz w:val="28"/>
        </w:rPr>
        <w:t>Следующий живой шаг</w:t>
      </w:r>
    </w:p>
    <w:p>
      <w:pPr>
        <w:spacing w:after="120" w:line="269" w:lineRule="auto"/>
      </w:pPr>
      <w:r>
        <w:rPr>
          <w:rFonts w:ascii="Liberation Serif" w:hAnsi="Liberation Serif" w:eastAsia="Liberation Serif"/>
          <w:b w:val="0"/>
          <w:i w:val="0"/>
          <w:sz w:val="22"/>
        </w:rPr>
        <w:t>Назовите один ресурс, который вы хотите получить: деньги, дом, аудиторию, должность. Напишите два сценария: как он может служить жизни и как может стать хозяином. Заранее выберите границы.</w:t>
      </w:r>
    </w:p>
    <w:p>
      <w:r>
        <w:br w:type="page"/>
      </w:r>
    </w:p>
    <w:p>
      <w:pPr>
        <w:pStyle w:val="Heading1"/>
        <w:spacing w:after="60"/>
      </w:pPr>
      <w:r>
        <w:rPr>
          <w:rFonts w:ascii="Liberation Sans" w:hAnsi="Liberation Sans" w:eastAsia="Liberation Sans"/>
          <w:b/>
          <w:i w:val="0"/>
          <w:sz w:val="36"/>
        </w:rPr>
        <w:t>ГЛАВА 16</w:t>
      </w:r>
    </w:p>
    <w:p>
      <w:pPr>
        <w:spacing w:after="280"/>
      </w:pPr>
      <w:r>
        <w:rPr>
          <w:rFonts w:ascii="Liberation Sans" w:hAnsi="Liberation Sans" w:eastAsia="Liberation Sans"/>
          <w:b/>
          <w:i w:val="0"/>
          <w:sz w:val="30"/>
        </w:rPr>
        <w:t>Приблизьтесь к Богу — и перестаньте делать вид — Иак. 4:7–10</w:t>
      </w:r>
    </w:p>
    <w:p>
      <w:pPr>
        <w:pStyle w:val="Heading2"/>
      </w:pPr>
      <w:r>
        <w:rPr>
          <w:rFonts w:ascii="Liberation Sans" w:hAnsi="Liberation Sans" w:eastAsia="Liberation Sans"/>
          <w:b/>
          <w:i w:val="0"/>
          <w:sz w:val="28"/>
        </w:rPr>
        <w:t>Сопротивление злу</w:t>
      </w:r>
    </w:p>
    <w:p>
      <w:pPr>
        <w:spacing w:after="120" w:line="269" w:lineRule="auto"/>
      </w:pPr>
      <w:r>
        <w:rPr>
          <w:rFonts w:ascii="Liberation Serif" w:hAnsi="Liberation Serif" w:eastAsia="Liberation Serif"/>
          <w:b w:val="0"/>
          <w:i w:val="0"/>
          <w:sz w:val="22"/>
        </w:rPr>
        <w:t>Иаков говорит: покоритесь Богу, противостаньте дьяволу, приблизьтесь к Богу. Это не магическая формула. Сопротивление злу получает форму в конкретном отказе.</w:t>
      </w:r>
    </w:p>
    <w:p>
      <w:pPr>
        <w:spacing w:after="120" w:line="269" w:lineRule="auto"/>
      </w:pPr>
      <w:r>
        <w:rPr>
          <w:rFonts w:ascii="Liberation Serif" w:hAnsi="Liberation Serif" w:eastAsia="Liberation Serif"/>
          <w:b w:val="0"/>
          <w:i w:val="0"/>
          <w:sz w:val="22"/>
        </w:rPr>
        <w:t>Человек не противостоит лжи, продолжая использовать её по необходимости. Не противостоит зависимости, оставляя себе тайный доступ. Не противостоит насилию, говоря, что ничего не может сделать, когда у него есть выбор отказаться от приказа.</w:t>
      </w:r>
    </w:p>
    <w:p>
      <w:pPr>
        <w:pStyle w:val="Heading2"/>
      </w:pPr>
      <w:r>
        <w:rPr>
          <w:rFonts w:ascii="Liberation Sans" w:hAnsi="Liberation Sans" w:eastAsia="Liberation Sans"/>
          <w:b/>
          <w:i w:val="0"/>
          <w:sz w:val="28"/>
        </w:rPr>
        <w:t>Очистить руки и сердце</w:t>
      </w:r>
    </w:p>
    <w:p>
      <w:pPr>
        <w:spacing w:after="120" w:line="269" w:lineRule="auto"/>
      </w:pPr>
      <w:r>
        <w:rPr>
          <w:rFonts w:ascii="Liberation Serif" w:hAnsi="Liberation Serif" w:eastAsia="Liberation Serif"/>
          <w:b w:val="0"/>
          <w:i w:val="0"/>
          <w:sz w:val="22"/>
        </w:rPr>
        <w:t>Руки — поступки, сердце — направление. Можно внешне прекратить поведение, но продолжать питать его внутри. И можно долго говорить о чистом сердце, не убирая практический доступ к разрушению.</w:t>
      </w:r>
    </w:p>
    <w:p>
      <w:pPr>
        <w:spacing w:after="120" w:line="269" w:lineRule="auto"/>
      </w:pPr>
      <w:r>
        <w:rPr>
          <w:rFonts w:ascii="Liberation Serif" w:hAnsi="Liberation Serif" w:eastAsia="Liberation Serif"/>
          <w:b w:val="0"/>
          <w:i w:val="0"/>
          <w:sz w:val="22"/>
        </w:rPr>
        <w:t>Зрелое покаяние соединяет оба уровня: признать мотив и изменить устройство жизни.</w:t>
      </w:r>
    </w:p>
    <w:p>
      <w:pPr>
        <w:pStyle w:val="Heading2"/>
      </w:pPr>
      <w:r>
        <w:rPr>
          <w:rFonts w:ascii="Liberation Sans" w:hAnsi="Liberation Sans" w:eastAsia="Liberation Sans"/>
          <w:b/>
          <w:i w:val="0"/>
          <w:sz w:val="28"/>
        </w:rPr>
        <w:t>Плач вместо представления</w:t>
      </w:r>
    </w:p>
    <w:p>
      <w:pPr>
        <w:spacing w:after="120" w:line="269" w:lineRule="auto"/>
      </w:pPr>
      <w:r>
        <w:rPr>
          <w:rFonts w:ascii="Liberation Serif" w:hAnsi="Liberation Serif" w:eastAsia="Liberation Serif"/>
          <w:b w:val="0"/>
          <w:i w:val="0"/>
          <w:sz w:val="22"/>
        </w:rPr>
        <w:t>Иаков призывает плакать и сокрушаться. Это не культ депрессии. Есть моменты, когда смех становится способом не увидеть вред. Человек превращает всё в шутку, философию или «опыт», лишь бы не встретиться с тем, кому больно.</w:t>
      </w:r>
    </w:p>
    <w:p>
      <w:pPr>
        <w:spacing w:after="120" w:line="269" w:lineRule="auto"/>
      </w:pPr>
      <w:r>
        <w:rPr>
          <w:rFonts w:ascii="Liberation Serif" w:hAnsi="Liberation Serif" w:eastAsia="Liberation Serif"/>
          <w:b w:val="0"/>
          <w:i w:val="0"/>
          <w:sz w:val="22"/>
        </w:rPr>
        <w:t>Покаяние возвращает вес реальности.</w:t>
      </w:r>
    </w:p>
    <w:p>
      <w:pPr>
        <w:pStyle w:val="Heading2"/>
      </w:pPr>
      <w:r>
        <w:rPr>
          <w:rFonts w:ascii="Liberation Sans" w:hAnsi="Liberation Sans" w:eastAsia="Liberation Sans"/>
          <w:b/>
          <w:i w:val="0"/>
          <w:sz w:val="28"/>
        </w:rPr>
        <w:t>Смиритесь — и будете подняты</w:t>
      </w:r>
    </w:p>
    <w:p>
      <w:pPr>
        <w:spacing w:after="120" w:line="269" w:lineRule="auto"/>
      </w:pPr>
      <w:r>
        <w:rPr>
          <w:rFonts w:ascii="Liberation Serif" w:hAnsi="Liberation Serif" w:eastAsia="Liberation Serif"/>
          <w:b w:val="0"/>
          <w:i w:val="0"/>
          <w:sz w:val="22"/>
        </w:rPr>
        <w:t>Смирение не требует уничтожить достоинство. Оно перестаёт самому строить пьедестал. Человек может признать низкую точку без решения навсегда остаться в ней.</w:t>
      </w:r>
    </w:p>
    <w:p>
      <w:pPr>
        <w:pStyle w:val="Heading2"/>
      </w:pPr>
      <w:r>
        <w:rPr>
          <w:rFonts w:ascii="Liberation Sans" w:hAnsi="Liberation Sans" w:eastAsia="Liberation Sans"/>
          <w:b/>
          <w:i w:val="0"/>
          <w:sz w:val="28"/>
        </w:rPr>
        <w:t>Честный вопрос</w:t>
      </w:r>
    </w:p>
    <w:p>
      <w:pPr>
        <w:pStyle w:val="Quote"/>
        <w:spacing w:after="120" w:line="269" w:lineRule="auto"/>
      </w:pPr>
      <w:r>
        <w:rPr>
          <w:rFonts w:ascii="Liberation Serif" w:hAnsi="Liberation Serif" w:eastAsia="Liberation Serif"/>
          <w:b w:val="0"/>
          <w:i w:val="0"/>
          <w:sz w:val="22"/>
        </w:rPr>
        <w:t>Что я называю духовной борьбой, хотя не сделал простого практического ограничения?</w:t>
      </w:r>
    </w:p>
    <w:p>
      <w:pPr>
        <w:pStyle w:val="Heading2"/>
      </w:pPr>
      <w:r>
        <w:rPr>
          <w:rFonts w:ascii="Liberation Sans" w:hAnsi="Liberation Sans" w:eastAsia="Liberation Sans"/>
          <w:b/>
          <w:i w:val="0"/>
          <w:sz w:val="28"/>
        </w:rPr>
        <w:t>Следующий живой шаг</w:t>
      </w:r>
    </w:p>
    <w:p>
      <w:pPr>
        <w:spacing w:after="120" w:line="269" w:lineRule="auto"/>
      </w:pPr>
      <w:r>
        <w:rPr>
          <w:rFonts w:ascii="Liberation Serif" w:hAnsi="Liberation Serif" w:eastAsia="Liberation Serif"/>
          <w:b w:val="0"/>
          <w:i w:val="0"/>
          <w:sz w:val="22"/>
        </w:rPr>
        <w:t>Удалите один доступ, отмените одну встречу, передайте контроль над деньгами, поставьте блокировку, обратитесь к специалисту — сделайте сопротивление материальным.</w:t>
      </w:r>
    </w:p>
    <w:p>
      <w:r>
        <w:br w:type="page"/>
      </w:r>
    </w:p>
    <w:p>
      <w:pPr>
        <w:pStyle w:val="Heading1"/>
        <w:spacing w:after="60"/>
      </w:pPr>
      <w:r>
        <w:rPr>
          <w:rFonts w:ascii="Liberation Sans" w:hAnsi="Liberation Sans" w:eastAsia="Liberation Sans"/>
          <w:b/>
          <w:i w:val="0"/>
          <w:sz w:val="36"/>
        </w:rPr>
        <w:t>ГЛАВА 17</w:t>
      </w:r>
    </w:p>
    <w:p>
      <w:pPr>
        <w:spacing w:after="280"/>
      </w:pPr>
      <w:r>
        <w:rPr>
          <w:rFonts w:ascii="Liberation Sans" w:hAnsi="Liberation Sans" w:eastAsia="Liberation Sans"/>
          <w:b/>
          <w:i w:val="0"/>
          <w:sz w:val="30"/>
        </w:rPr>
        <w:t>Не становись судьёй чужой души — Иак. 4:11–12</w:t>
      </w:r>
    </w:p>
    <w:p>
      <w:pPr>
        <w:pStyle w:val="Heading2"/>
      </w:pPr>
      <w:r>
        <w:rPr>
          <w:rFonts w:ascii="Liberation Sans" w:hAnsi="Liberation Sans" w:eastAsia="Liberation Sans"/>
          <w:b/>
          <w:i w:val="0"/>
          <w:sz w:val="28"/>
        </w:rPr>
        <w:t>Говорить против брата</w:t>
      </w:r>
    </w:p>
    <w:p>
      <w:pPr>
        <w:spacing w:after="120" w:line="269" w:lineRule="auto"/>
      </w:pPr>
      <w:r>
        <w:rPr>
          <w:rFonts w:ascii="Liberation Serif" w:hAnsi="Liberation Serif" w:eastAsia="Liberation Serif"/>
          <w:b w:val="0"/>
          <w:i w:val="0"/>
          <w:sz w:val="22"/>
        </w:rPr>
        <w:t>Иаков запрещает злословить и занимать место судьи закона. Это не запрет обсуждать поступки, предупреждать об опасности или свидетельствовать в суде.</w:t>
      </w:r>
    </w:p>
    <w:p>
      <w:pPr>
        <w:spacing w:after="120" w:line="269" w:lineRule="auto"/>
      </w:pPr>
      <w:r>
        <w:rPr>
          <w:rFonts w:ascii="Liberation Serif" w:hAnsi="Liberation Serif" w:eastAsia="Liberation Serif"/>
          <w:b w:val="0"/>
          <w:i w:val="0"/>
          <w:sz w:val="22"/>
        </w:rPr>
        <w:t>Злословие превращает частичный факт в окончательное определение человека. «Он солгал» становится «он всегда лжец и ничего другого в нём нет». Судья души заявляет, что знает мотив, будущее и ценность человека целиком.</w:t>
      </w:r>
    </w:p>
    <w:p>
      <w:pPr>
        <w:pStyle w:val="Heading2"/>
      </w:pPr>
      <w:r>
        <w:rPr>
          <w:rFonts w:ascii="Liberation Sans" w:hAnsi="Liberation Sans" w:eastAsia="Liberation Sans"/>
          <w:b/>
          <w:i w:val="0"/>
          <w:sz w:val="28"/>
        </w:rPr>
        <w:t>Современный интернет-суд</w:t>
      </w:r>
    </w:p>
    <w:p>
      <w:pPr>
        <w:spacing w:after="120" w:line="269" w:lineRule="auto"/>
      </w:pPr>
      <w:r>
        <w:rPr>
          <w:rFonts w:ascii="Liberation Serif" w:hAnsi="Liberation Serif" w:eastAsia="Liberation Serif"/>
          <w:b w:val="0"/>
          <w:i w:val="0"/>
          <w:sz w:val="22"/>
        </w:rPr>
        <w:t>Публичность создаёт иллюзию полного знания. Несколько скриншотов, фрагмент видео, чужой пересказ — и толпа уже выносит приговор.</w:t>
      </w:r>
    </w:p>
    <w:p>
      <w:pPr>
        <w:spacing w:after="120" w:line="269" w:lineRule="auto"/>
      </w:pPr>
      <w:r>
        <w:rPr>
          <w:rFonts w:ascii="Liberation Serif" w:hAnsi="Liberation Serif" w:eastAsia="Liberation Serif"/>
          <w:b w:val="0"/>
          <w:i w:val="0"/>
          <w:sz w:val="22"/>
        </w:rPr>
        <w:t>Иногда публичное расследование необходимо. Но даже тогда надо различать доказанное, вероятное и неизвестное. Иначе борьба с ложью сама становится ложью.</w:t>
      </w:r>
    </w:p>
    <w:p>
      <w:pPr>
        <w:pStyle w:val="Heading2"/>
      </w:pPr>
      <w:r>
        <w:rPr>
          <w:rFonts w:ascii="Liberation Sans" w:hAnsi="Liberation Sans" w:eastAsia="Liberation Sans"/>
          <w:b/>
          <w:i w:val="0"/>
          <w:sz w:val="28"/>
        </w:rPr>
        <w:t>Один Законодатель и Судья</w:t>
      </w:r>
    </w:p>
    <w:p>
      <w:pPr>
        <w:spacing w:after="120" w:line="269" w:lineRule="auto"/>
      </w:pPr>
      <w:r>
        <w:rPr>
          <w:rFonts w:ascii="Liberation Serif" w:hAnsi="Liberation Serif" w:eastAsia="Liberation Serif"/>
          <w:b w:val="0"/>
          <w:i w:val="0"/>
          <w:sz w:val="22"/>
        </w:rPr>
        <w:t>Иаков возвращает предел: окончательный суд не принадлежит человеку. Это не отменяет земного правосудия. Оно означает, что даже справедливый приговор не даёт нам знания всей души.</w:t>
      </w:r>
    </w:p>
    <w:p>
      <w:pPr>
        <w:pStyle w:val="Heading2"/>
      </w:pPr>
      <w:r>
        <w:rPr>
          <w:rFonts w:ascii="Liberation Sans" w:hAnsi="Liberation Sans" w:eastAsia="Liberation Sans"/>
          <w:b/>
          <w:i w:val="0"/>
          <w:sz w:val="28"/>
        </w:rPr>
        <w:t>Честный вопрос</w:t>
      </w:r>
    </w:p>
    <w:p>
      <w:pPr>
        <w:pStyle w:val="Quote"/>
        <w:spacing w:after="120" w:line="269" w:lineRule="auto"/>
      </w:pPr>
      <w:r>
        <w:rPr>
          <w:rFonts w:ascii="Liberation Serif" w:hAnsi="Liberation Serif" w:eastAsia="Liberation Serif"/>
          <w:b w:val="0"/>
          <w:i w:val="0"/>
          <w:sz w:val="22"/>
        </w:rPr>
        <w:t>Где я перешёл от называния поступка к наслаждению окончательным приговором человеку?</w:t>
      </w:r>
    </w:p>
    <w:p>
      <w:pPr>
        <w:pStyle w:val="Heading2"/>
      </w:pPr>
      <w:r>
        <w:rPr>
          <w:rFonts w:ascii="Liberation Sans" w:hAnsi="Liberation Sans" w:eastAsia="Liberation Sans"/>
          <w:b/>
          <w:i w:val="0"/>
          <w:sz w:val="28"/>
        </w:rPr>
        <w:t>Следующий живой шаг</w:t>
      </w:r>
    </w:p>
    <w:p>
      <w:pPr>
        <w:spacing w:after="120" w:line="269" w:lineRule="auto"/>
      </w:pPr>
      <w:r>
        <w:rPr>
          <w:rFonts w:ascii="Liberation Serif" w:hAnsi="Liberation Serif" w:eastAsia="Liberation Serif"/>
          <w:b w:val="0"/>
          <w:i w:val="0"/>
          <w:sz w:val="22"/>
        </w:rPr>
        <w:t>В публичной критике разделите три формулировки: «я видел факт»; «я делаю вывод»; «я не знаю». Верните неизвестному его место.</w:t>
      </w:r>
    </w:p>
    <w:p>
      <w:r>
        <w:br w:type="page"/>
      </w:r>
    </w:p>
    <w:p>
      <w:pPr>
        <w:pStyle w:val="Heading1"/>
        <w:spacing w:after="60"/>
      </w:pPr>
      <w:r>
        <w:rPr>
          <w:rFonts w:ascii="Liberation Sans" w:hAnsi="Liberation Sans" w:eastAsia="Liberation Sans"/>
          <w:b/>
          <w:i w:val="0"/>
          <w:sz w:val="36"/>
        </w:rPr>
        <w:t>ГЛАВА 18</w:t>
      </w:r>
    </w:p>
    <w:p>
      <w:pPr>
        <w:spacing w:after="280"/>
      </w:pPr>
      <w:r>
        <w:rPr>
          <w:rFonts w:ascii="Liberation Sans" w:hAnsi="Liberation Sans" w:eastAsia="Liberation Sans"/>
          <w:b/>
          <w:i w:val="0"/>
          <w:sz w:val="30"/>
        </w:rPr>
        <w:t>Завтра не принадлежит тебе — Иак. 4:13–17</w:t>
      </w:r>
    </w:p>
    <w:p>
      <w:pPr>
        <w:pStyle w:val="Heading2"/>
      </w:pPr>
      <w:r>
        <w:rPr>
          <w:rFonts w:ascii="Liberation Sans" w:hAnsi="Liberation Sans" w:eastAsia="Liberation Sans"/>
          <w:b/>
          <w:i w:val="0"/>
          <w:sz w:val="28"/>
        </w:rPr>
        <w:t>План как попытка владеть временем</w:t>
      </w:r>
    </w:p>
    <w:p>
      <w:pPr>
        <w:spacing w:after="120" w:line="269" w:lineRule="auto"/>
      </w:pPr>
      <w:r>
        <w:rPr>
          <w:rFonts w:ascii="Liberation Serif" w:hAnsi="Liberation Serif" w:eastAsia="Liberation Serif"/>
          <w:b w:val="0"/>
          <w:i w:val="0"/>
          <w:sz w:val="22"/>
        </w:rPr>
        <w:t>Купцы говорят: сегодня или завтра пойдём в город, проживём год, будем торговать и получать прибыль. Иаков не осуждает планирование и бизнес. Он разоблачает тон, будто будущее уже принадлежит человеку.</w:t>
      </w:r>
    </w:p>
    <w:p>
      <w:pPr>
        <w:spacing w:after="120" w:line="269" w:lineRule="auto"/>
      </w:pPr>
      <w:r>
        <w:rPr>
          <w:rFonts w:ascii="Liberation Serif" w:hAnsi="Liberation Serif" w:eastAsia="Liberation Serif"/>
          <w:b w:val="0"/>
          <w:i w:val="0"/>
          <w:sz w:val="22"/>
        </w:rPr>
        <w:t>Жизнь — пар, появляющийся на малое время. Это не призыв отказаться от проектов. Это возвращение масштаба.</w:t>
      </w:r>
    </w:p>
    <w:p>
      <w:pPr>
        <w:pStyle w:val="Heading2"/>
      </w:pPr>
      <w:r>
        <w:rPr>
          <w:rFonts w:ascii="Liberation Sans" w:hAnsi="Liberation Sans" w:eastAsia="Liberation Sans"/>
          <w:b/>
          <w:i w:val="0"/>
          <w:sz w:val="28"/>
        </w:rPr>
        <w:t>«Если Господу угодно» не заклинание</w:t>
      </w:r>
    </w:p>
    <w:p>
      <w:pPr>
        <w:spacing w:after="120" w:line="269" w:lineRule="auto"/>
      </w:pPr>
      <w:r>
        <w:rPr>
          <w:rFonts w:ascii="Liberation Serif" w:hAnsi="Liberation Serif" w:eastAsia="Liberation Serif"/>
          <w:b w:val="0"/>
          <w:i w:val="0"/>
          <w:sz w:val="22"/>
        </w:rPr>
        <w:t>Фраза может стать религиозной припиской, после которой человек продолжает жить так, будто контролирует всё. Смысл глубже: план должен оставаться открытым к реальности, нравственному пределу и изменению направления.</w:t>
      </w:r>
    </w:p>
    <w:p>
      <w:pPr>
        <w:spacing w:after="120" w:line="269" w:lineRule="auto"/>
      </w:pPr>
      <w:r>
        <w:rPr>
          <w:rFonts w:ascii="Liberation Serif" w:hAnsi="Liberation Serif" w:eastAsia="Liberation Serif"/>
          <w:b w:val="0"/>
          <w:i w:val="0"/>
          <w:sz w:val="22"/>
        </w:rPr>
        <w:t>Планы полезны, пока служат жизни. Когда ради плана начинают приносить в жертву людей, правду и здоровье, будущее стало идолом.</w:t>
      </w:r>
    </w:p>
    <w:p>
      <w:pPr>
        <w:pStyle w:val="Heading2"/>
      </w:pPr>
      <w:r>
        <w:rPr>
          <w:rFonts w:ascii="Liberation Sans" w:hAnsi="Liberation Sans" w:eastAsia="Liberation Sans"/>
          <w:b/>
          <w:i w:val="0"/>
          <w:sz w:val="28"/>
        </w:rPr>
        <w:t>Грех бездействия</w:t>
      </w:r>
    </w:p>
    <w:p>
      <w:pPr>
        <w:spacing w:after="120" w:line="269" w:lineRule="auto"/>
      </w:pPr>
      <w:r>
        <w:rPr>
          <w:rFonts w:ascii="Liberation Serif" w:hAnsi="Liberation Serif" w:eastAsia="Liberation Serif"/>
          <w:b w:val="0"/>
          <w:i w:val="0"/>
          <w:sz w:val="22"/>
        </w:rPr>
        <w:t>Иаков завершает: кто знает делать добро и не делает, тому грех. Мы привыкли считать грехом только совершённое зло. Но свобода включает ответственность за доступное добро.</w:t>
      </w:r>
    </w:p>
    <w:p>
      <w:pPr>
        <w:spacing w:after="120" w:line="269" w:lineRule="auto"/>
      </w:pPr>
      <w:r>
        <w:rPr>
          <w:rFonts w:ascii="Liberation Serif" w:hAnsi="Liberation Serif" w:eastAsia="Liberation Serif"/>
          <w:b w:val="0"/>
          <w:i w:val="0"/>
          <w:sz w:val="22"/>
        </w:rPr>
        <w:t>Нельзя помочь всем. Ограниченность реальна. Но иногда человек ясно знает следующий шаг и не делает его, потому что ждёт великой миссии.</w:t>
      </w:r>
    </w:p>
    <w:p>
      <w:pPr>
        <w:pStyle w:val="Heading2"/>
      </w:pPr>
      <w:r>
        <w:rPr>
          <w:rFonts w:ascii="Liberation Sans" w:hAnsi="Liberation Sans" w:eastAsia="Liberation Sans"/>
          <w:b/>
          <w:i w:val="0"/>
          <w:sz w:val="28"/>
        </w:rPr>
        <w:t>Честный вопрос</w:t>
      </w:r>
    </w:p>
    <w:p>
      <w:pPr>
        <w:pStyle w:val="Quote"/>
        <w:spacing w:after="120" w:line="269" w:lineRule="auto"/>
      </w:pPr>
      <w:r>
        <w:rPr>
          <w:rFonts w:ascii="Liberation Serif" w:hAnsi="Liberation Serif" w:eastAsia="Liberation Serif"/>
          <w:b w:val="0"/>
          <w:i w:val="0"/>
          <w:sz w:val="22"/>
        </w:rPr>
        <w:t>Какое добро я откладываю до идеального будущего, хотя могу начать в маленькой форме сегодня?</w:t>
      </w:r>
    </w:p>
    <w:p>
      <w:pPr>
        <w:pStyle w:val="Heading2"/>
      </w:pPr>
      <w:r>
        <w:rPr>
          <w:rFonts w:ascii="Liberation Sans" w:hAnsi="Liberation Sans" w:eastAsia="Liberation Sans"/>
          <w:b/>
          <w:i w:val="0"/>
          <w:sz w:val="28"/>
        </w:rPr>
        <w:t>Следующий живой шаг</w:t>
      </w:r>
    </w:p>
    <w:p>
      <w:pPr>
        <w:spacing w:after="120" w:line="269" w:lineRule="auto"/>
      </w:pPr>
      <w:r>
        <w:rPr>
          <w:rFonts w:ascii="Liberation Serif" w:hAnsi="Liberation Serif" w:eastAsia="Liberation Serif"/>
          <w:b w:val="0"/>
          <w:i w:val="0"/>
          <w:sz w:val="22"/>
        </w:rPr>
        <w:t>Сделайте один шаг, не требующий гарантии результата: отправьте предложение, помогите одному человеку, исправьте одну страницу, назначьте разговор. Не владейте годом — ответьте за сегодняшний день.</w:t>
      </w:r>
    </w:p>
    <w:p>
      <w:r>
        <w:br w:type="page"/>
      </w:r>
    </w:p>
    <w:p>
      <w:pPr>
        <w:spacing w:before="3000"/>
        <w:jc w:val="center"/>
      </w:pPr>
      <w:r>
        <w:rPr>
          <w:rFonts w:ascii="Liberation Sans" w:hAnsi="Liberation Sans" w:eastAsia="Liberation Sans"/>
          <w:b/>
          <w:i w:val="0"/>
          <w:sz w:val="44"/>
        </w:rPr>
        <w:t>ЧАСТЬ VI. БОГАТСТВО, ТЕРПЕНИЕ И МОЛИТВА</w:t>
      </w:r>
    </w:p>
    <w:p>
      <w:r>
        <w:br w:type="page"/>
      </w:r>
    </w:p>
    <w:p>
      <w:pPr>
        <w:pStyle w:val="Heading1"/>
        <w:spacing w:after="60"/>
      </w:pPr>
      <w:r>
        <w:rPr>
          <w:rFonts w:ascii="Liberation Sans" w:hAnsi="Liberation Sans" w:eastAsia="Liberation Sans"/>
          <w:b/>
          <w:i w:val="0"/>
          <w:sz w:val="36"/>
        </w:rPr>
        <w:t>ГЛАВА 19</w:t>
      </w:r>
    </w:p>
    <w:p>
      <w:pPr>
        <w:spacing w:after="280"/>
      </w:pPr>
      <w:r>
        <w:rPr>
          <w:rFonts w:ascii="Liberation Sans" w:hAnsi="Liberation Sans" w:eastAsia="Liberation Sans"/>
          <w:b/>
          <w:i w:val="0"/>
          <w:sz w:val="30"/>
        </w:rPr>
        <w:t>Задержанная зарплата кричит — Иак. 5:1–6</w:t>
      </w:r>
    </w:p>
    <w:p>
      <w:pPr>
        <w:pStyle w:val="Heading2"/>
      </w:pPr>
      <w:r>
        <w:rPr>
          <w:rFonts w:ascii="Liberation Sans" w:hAnsi="Liberation Sans" w:eastAsia="Liberation Sans"/>
          <w:b/>
          <w:i w:val="0"/>
          <w:sz w:val="28"/>
        </w:rPr>
        <w:t>Пророческая речь о богатых</w:t>
      </w:r>
    </w:p>
    <w:p>
      <w:pPr>
        <w:spacing w:after="120" w:line="269" w:lineRule="auto"/>
      </w:pPr>
      <w:r>
        <w:rPr>
          <w:rFonts w:ascii="Liberation Serif" w:hAnsi="Liberation Serif" w:eastAsia="Liberation Serif"/>
          <w:b w:val="0"/>
          <w:i w:val="0"/>
          <w:sz w:val="22"/>
        </w:rPr>
        <w:t>Иаков обращается к богатым с почти ветхозаветной силой. Богатство сгниёт, одежда будет съедена молью, золото заржавеет. Главный обвинитель — удержанная плата работников.</w:t>
      </w:r>
    </w:p>
    <w:p>
      <w:pPr>
        <w:spacing w:after="120" w:line="269" w:lineRule="auto"/>
      </w:pPr>
      <w:r>
        <w:rPr>
          <w:rFonts w:ascii="Liberation Serif" w:hAnsi="Liberation Serif" w:eastAsia="Liberation Serif"/>
          <w:b w:val="0"/>
          <w:i w:val="0"/>
          <w:sz w:val="22"/>
        </w:rPr>
        <w:t>Проблема не в наличии имущества как таковом. Она в накоплении, построенном на чужом лишении.</w:t>
      </w:r>
    </w:p>
    <w:p>
      <w:pPr>
        <w:pStyle w:val="Heading2"/>
      </w:pPr>
      <w:r>
        <w:rPr>
          <w:rFonts w:ascii="Liberation Sans" w:hAnsi="Liberation Sans" w:eastAsia="Liberation Sans"/>
          <w:b/>
          <w:i w:val="0"/>
          <w:sz w:val="28"/>
        </w:rPr>
        <w:t>Деньги имеют историю</w:t>
      </w:r>
    </w:p>
    <w:p>
      <w:pPr>
        <w:spacing w:after="120" w:line="269" w:lineRule="auto"/>
      </w:pPr>
      <w:r>
        <w:rPr>
          <w:rFonts w:ascii="Liberation Serif" w:hAnsi="Liberation Serif" w:eastAsia="Liberation Serif"/>
          <w:b w:val="0"/>
          <w:i w:val="0"/>
          <w:sz w:val="22"/>
        </w:rPr>
        <w:t>Сумма на счёте кажется нейтральной, но у неё есть происхождение. Кто работал? Был ли у него выбор? Получил ли обещанное? Кто понёс экологический или телесный ущерб?</w:t>
      </w:r>
    </w:p>
    <w:p>
      <w:pPr>
        <w:spacing w:after="120" w:line="269" w:lineRule="auto"/>
      </w:pPr>
      <w:r>
        <w:rPr>
          <w:rFonts w:ascii="Liberation Serif" w:hAnsi="Liberation Serif" w:eastAsia="Liberation Serif"/>
          <w:b w:val="0"/>
          <w:i w:val="0"/>
          <w:sz w:val="22"/>
        </w:rPr>
        <w:t>Иаков слышит крик зарплаты, которую не выплатили. Экономическая несправедливость для него не менее духовна, чем молитва.</w:t>
      </w:r>
    </w:p>
    <w:p>
      <w:pPr>
        <w:pStyle w:val="Heading2"/>
      </w:pPr>
      <w:r>
        <w:rPr>
          <w:rFonts w:ascii="Liberation Sans" w:hAnsi="Liberation Sans" w:eastAsia="Liberation Sans"/>
          <w:b/>
          <w:i w:val="0"/>
          <w:sz w:val="28"/>
        </w:rPr>
        <w:t>Роскошь в день заклания</w:t>
      </w:r>
    </w:p>
    <w:p>
      <w:pPr>
        <w:spacing w:after="120" w:line="269" w:lineRule="auto"/>
      </w:pPr>
      <w:r>
        <w:rPr>
          <w:rFonts w:ascii="Liberation Serif" w:hAnsi="Liberation Serif" w:eastAsia="Liberation Serif"/>
          <w:b w:val="0"/>
          <w:i w:val="0"/>
          <w:sz w:val="22"/>
        </w:rPr>
        <w:t>Роскошь становится обвинением, когда человек откармливает себя внутри системы, уничтожающей других. Это не означает, что вкусная еда, удобный дом или хорошая машина сами по себе грех.</w:t>
      </w:r>
    </w:p>
    <w:p>
      <w:pPr>
        <w:spacing w:after="120" w:line="269" w:lineRule="auto"/>
      </w:pPr>
      <w:r>
        <w:rPr>
          <w:rFonts w:ascii="Liberation Serif" w:hAnsi="Liberation Serif" w:eastAsia="Liberation Serif"/>
          <w:b w:val="0"/>
          <w:i w:val="0"/>
          <w:sz w:val="22"/>
        </w:rPr>
        <w:t>Вопрос в связи: мой комфорт оплачен чужой бесправностью? Я могу исправить условие, но выбираю не знать? Деньги увеличивают мою способность делиться или только изолируют от последствий?</w:t>
      </w:r>
    </w:p>
    <w:p>
      <w:pPr>
        <w:pStyle w:val="Heading2"/>
      </w:pPr>
      <w:r>
        <w:rPr>
          <w:rFonts w:ascii="Liberation Sans" w:hAnsi="Liberation Sans" w:eastAsia="Liberation Sans"/>
          <w:b/>
          <w:i w:val="0"/>
          <w:sz w:val="28"/>
        </w:rPr>
        <w:t>Праведник, который не сопротивляется</w:t>
      </w:r>
    </w:p>
    <w:p>
      <w:pPr>
        <w:spacing w:after="120" w:line="269" w:lineRule="auto"/>
      </w:pPr>
      <w:r>
        <w:rPr>
          <w:rFonts w:ascii="Liberation Serif" w:hAnsi="Liberation Serif" w:eastAsia="Liberation Serif"/>
          <w:b w:val="0"/>
          <w:i w:val="0"/>
          <w:sz w:val="22"/>
        </w:rPr>
        <w:t>Иаков говорит о праведнике, которого осудили и убили. Власть богатства может не выглядеть насилием, но через суд, долг, увольнение и доступ к ресурсам она способна разрушать жизнь.</w:t>
      </w:r>
    </w:p>
    <w:p>
      <w:pPr>
        <w:pStyle w:val="Heading2"/>
      </w:pPr>
      <w:r>
        <w:rPr>
          <w:rFonts w:ascii="Liberation Sans" w:hAnsi="Liberation Sans" w:eastAsia="Liberation Sans"/>
          <w:b/>
          <w:i w:val="0"/>
          <w:sz w:val="28"/>
        </w:rPr>
        <w:t>Честный вопрос</w:t>
      </w:r>
    </w:p>
    <w:p>
      <w:pPr>
        <w:pStyle w:val="Quote"/>
        <w:spacing w:after="120" w:line="269" w:lineRule="auto"/>
      </w:pPr>
      <w:r>
        <w:rPr>
          <w:rFonts w:ascii="Liberation Serif" w:hAnsi="Liberation Serif" w:eastAsia="Liberation Serif"/>
          <w:b w:val="0"/>
          <w:i w:val="0"/>
          <w:sz w:val="22"/>
        </w:rPr>
        <w:t>Есть ли в моём доходе или удобстве человек, которому я должен больше денег, ясности или уважения?</w:t>
      </w:r>
    </w:p>
    <w:p>
      <w:pPr>
        <w:pStyle w:val="Heading2"/>
      </w:pPr>
      <w:r>
        <w:rPr>
          <w:rFonts w:ascii="Liberation Sans" w:hAnsi="Liberation Sans" w:eastAsia="Liberation Sans"/>
          <w:b/>
          <w:i w:val="0"/>
          <w:sz w:val="28"/>
        </w:rPr>
        <w:t>Следующий живой шаг</w:t>
      </w:r>
    </w:p>
    <w:p>
      <w:pPr>
        <w:spacing w:after="120" w:line="269" w:lineRule="auto"/>
      </w:pPr>
      <w:r>
        <w:rPr>
          <w:rFonts w:ascii="Liberation Serif" w:hAnsi="Liberation Serif" w:eastAsia="Liberation Serif"/>
          <w:b w:val="0"/>
          <w:i w:val="0"/>
          <w:sz w:val="22"/>
        </w:rPr>
        <w:t>Проверьте один финансовый участок: долги, оплату труда, обещанные проценты, возвраты, чаевые, условия помощника. Исправьте то, что удерживаете только потому, что можете.</w:t>
      </w:r>
    </w:p>
    <w:p>
      <w:r>
        <w:br w:type="page"/>
      </w:r>
    </w:p>
    <w:p>
      <w:pPr>
        <w:pStyle w:val="Heading1"/>
        <w:spacing w:after="60"/>
      </w:pPr>
      <w:r>
        <w:rPr>
          <w:rFonts w:ascii="Liberation Sans" w:hAnsi="Liberation Sans" w:eastAsia="Liberation Sans"/>
          <w:b/>
          <w:i w:val="0"/>
          <w:sz w:val="36"/>
        </w:rPr>
        <w:t>ГЛАВА 20</w:t>
      </w:r>
    </w:p>
    <w:p>
      <w:pPr>
        <w:spacing w:after="280"/>
      </w:pPr>
      <w:r>
        <w:rPr>
          <w:rFonts w:ascii="Liberation Sans" w:hAnsi="Liberation Sans" w:eastAsia="Liberation Sans"/>
          <w:b/>
          <w:i w:val="0"/>
          <w:sz w:val="30"/>
        </w:rPr>
        <w:t>Терпение не равно пассивности — Иак. 5:7–11</w:t>
      </w:r>
    </w:p>
    <w:p>
      <w:pPr>
        <w:pStyle w:val="Heading2"/>
      </w:pPr>
      <w:r>
        <w:rPr>
          <w:rFonts w:ascii="Liberation Sans" w:hAnsi="Liberation Sans" w:eastAsia="Liberation Sans"/>
          <w:b/>
          <w:i w:val="0"/>
          <w:sz w:val="28"/>
        </w:rPr>
        <w:t>Земледелец ждёт и работает</w:t>
      </w:r>
    </w:p>
    <w:p>
      <w:pPr>
        <w:spacing w:after="120" w:line="269" w:lineRule="auto"/>
      </w:pPr>
      <w:r>
        <w:rPr>
          <w:rFonts w:ascii="Liberation Serif" w:hAnsi="Liberation Serif" w:eastAsia="Liberation Serif"/>
          <w:b w:val="0"/>
          <w:i w:val="0"/>
          <w:sz w:val="22"/>
        </w:rPr>
        <w:t>Иаков предлагает образ земледельца, ожидающего драгоценного плода. Ожидание не является бездействием. Земледелец готовит почву, защищает росток, делает доступное и не может приказать дождю.</w:t>
      </w:r>
    </w:p>
    <w:p>
      <w:pPr>
        <w:spacing w:after="120" w:line="269" w:lineRule="auto"/>
      </w:pPr>
      <w:r>
        <w:rPr>
          <w:rFonts w:ascii="Liberation Serif" w:hAnsi="Liberation Serif" w:eastAsia="Liberation Serif"/>
          <w:b w:val="0"/>
          <w:i w:val="0"/>
          <w:sz w:val="22"/>
        </w:rPr>
        <w:t>Терпение — способность не уничтожить незрелое попыткой ускорить.</w:t>
      </w:r>
    </w:p>
    <w:p>
      <w:pPr>
        <w:pStyle w:val="Heading2"/>
      </w:pPr>
      <w:r>
        <w:rPr>
          <w:rFonts w:ascii="Liberation Sans" w:hAnsi="Liberation Sans" w:eastAsia="Liberation Sans"/>
          <w:b/>
          <w:i w:val="0"/>
          <w:sz w:val="28"/>
        </w:rPr>
        <w:t>Укрепите сердца</w:t>
      </w:r>
    </w:p>
    <w:p>
      <w:pPr>
        <w:spacing w:after="120" w:line="269" w:lineRule="auto"/>
      </w:pPr>
      <w:r>
        <w:rPr>
          <w:rFonts w:ascii="Liberation Serif" w:hAnsi="Liberation Serif" w:eastAsia="Liberation Serif"/>
          <w:b w:val="0"/>
          <w:i w:val="0"/>
          <w:sz w:val="22"/>
        </w:rPr>
        <w:t>Человек истощается, когда каждый день требует немедленного доказательства результата. Проект не продаётся — значит, всё бессмысленно. Отношения не исцелились за неделю — значит, перемены нет. Молитва не изменила обстоятельства — значит, никто не слышит.</w:t>
      </w:r>
    </w:p>
    <w:p>
      <w:pPr>
        <w:spacing w:after="120" w:line="269" w:lineRule="auto"/>
      </w:pPr>
      <w:r>
        <w:rPr>
          <w:rFonts w:ascii="Liberation Serif" w:hAnsi="Liberation Serif" w:eastAsia="Liberation Serif"/>
          <w:b w:val="0"/>
          <w:i w:val="0"/>
          <w:sz w:val="22"/>
        </w:rPr>
        <w:t>Иаков предлагает укрепить направление. Не обещает, что всякий проект станет успешным. Он говорит о верности до прихода Господа, то есть до момента, когда скрытое будет открыто.</w:t>
      </w:r>
    </w:p>
    <w:p>
      <w:pPr>
        <w:pStyle w:val="Heading2"/>
      </w:pPr>
      <w:r>
        <w:rPr>
          <w:rFonts w:ascii="Liberation Sans" w:hAnsi="Liberation Sans" w:eastAsia="Liberation Sans"/>
          <w:b/>
          <w:i w:val="0"/>
          <w:sz w:val="28"/>
        </w:rPr>
        <w:t>Не ропщите друг на друга</w:t>
      </w:r>
    </w:p>
    <w:p>
      <w:pPr>
        <w:spacing w:after="120" w:line="269" w:lineRule="auto"/>
      </w:pPr>
      <w:r>
        <w:rPr>
          <w:rFonts w:ascii="Liberation Serif" w:hAnsi="Liberation Serif" w:eastAsia="Liberation Serif"/>
          <w:b w:val="0"/>
          <w:i w:val="0"/>
          <w:sz w:val="22"/>
        </w:rPr>
        <w:t>Долгое ожидание часто превращает ближайшего человека в виновника всего. В общине под давлением люди начинают кусать своих. Иаков предупреждает: Судья у двери, поэтому не занимайте Его место.</w:t>
      </w:r>
    </w:p>
    <w:p>
      <w:pPr>
        <w:pStyle w:val="Heading2"/>
      </w:pPr>
      <w:r>
        <w:rPr>
          <w:rFonts w:ascii="Liberation Sans" w:hAnsi="Liberation Sans" w:eastAsia="Liberation Sans"/>
          <w:b/>
          <w:i w:val="0"/>
          <w:sz w:val="28"/>
        </w:rPr>
        <w:t>Иов и конец истории</w:t>
      </w:r>
    </w:p>
    <w:p>
      <w:pPr>
        <w:spacing w:after="120" w:line="269" w:lineRule="auto"/>
      </w:pPr>
      <w:r>
        <w:rPr>
          <w:rFonts w:ascii="Liberation Serif" w:hAnsi="Liberation Serif" w:eastAsia="Liberation Serif"/>
          <w:b w:val="0"/>
          <w:i w:val="0"/>
          <w:sz w:val="22"/>
        </w:rPr>
        <w:t>Иаков напоминает о пророках и Иове. Это не простой ответ на проблему страдания. История Иова как раз спорит с объяснениями друзей, которые быстро нашли причину его боли.</w:t>
      </w:r>
    </w:p>
    <w:p>
      <w:pPr>
        <w:spacing w:after="120" w:line="269" w:lineRule="auto"/>
      </w:pPr>
      <w:r>
        <w:rPr>
          <w:rFonts w:ascii="Liberation Serif" w:hAnsi="Liberation Serif" w:eastAsia="Liberation Serif"/>
          <w:b w:val="0"/>
          <w:i w:val="0"/>
          <w:sz w:val="22"/>
        </w:rPr>
        <w:t>Терпение включает право не знать, почему случилось, и всё равно не предавать истину.</w:t>
      </w:r>
    </w:p>
    <w:p>
      <w:pPr>
        <w:pStyle w:val="Heading2"/>
      </w:pPr>
      <w:r>
        <w:rPr>
          <w:rFonts w:ascii="Liberation Sans" w:hAnsi="Liberation Sans" w:eastAsia="Liberation Sans"/>
          <w:b/>
          <w:i w:val="0"/>
          <w:sz w:val="28"/>
        </w:rPr>
        <w:t>Честный вопрос</w:t>
      </w:r>
    </w:p>
    <w:p>
      <w:pPr>
        <w:pStyle w:val="Quote"/>
        <w:spacing w:after="120" w:line="269" w:lineRule="auto"/>
      </w:pPr>
      <w:r>
        <w:rPr>
          <w:rFonts w:ascii="Liberation Serif" w:hAnsi="Liberation Serif" w:eastAsia="Liberation Serif"/>
          <w:b w:val="0"/>
          <w:i w:val="0"/>
          <w:sz w:val="22"/>
        </w:rPr>
        <w:t>Что я пытаюсь вырвать из земли раньше времени, потому что не переношу неопределённость?</w:t>
      </w:r>
    </w:p>
    <w:p>
      <w:pPr>
        <w:pStyle w:val="Heading2"/>
      </w:pPr>
      <w:r>
        <w:rPr>
          <w:rFonts w:ascii="Liberation Sans" w:hAnsi="Liberation Sans" w:eastAsia="Liberation Sans"/>
          <w:b/>
          <w:i w:val="0"/>
          <w:sz w:val="28"/>
        </w:rPr>
        <w:t>Следующий живой шаг</w:t>
      </w:r>
    </w:p>
    <w:p>
      <w:pPr>
        <w:spacing w:after="120" w:line="269" w:lineRule="auto"/>
      </w:pPr>
      <w:r>
        <w:rPr>
          <w:rFonts w:ascii="Liberation Serif" w:hAnsi="Liberation Serif" w:eastAsia="Liberation Serif"/>
          <w:b w:val="0"/>
          <w:i w:val="0"/>
          <w:sz w:val="22"/>
        </w:rPr>
        <w:t>Определите срок, до которого вы спокойно продолжаете проверяемую работу, не оценивая её каждый час. После срока — честный обзор и решение, а не ежедневная паника.</w:t>
      </w:r>
    </w:p>
    <w:p>
      <w:r>
        <w:br w:type="page"/>
      </w:r>
    </w:p>
    <w:p>
      <w:pPr>
        <w:pStyle w:val="Heading1"/>
        <w:spacing w:after="60"/>
      </w:pPr>
      <w:r>
        <w:rPr>
          <w:rFonts w:ascii="Liberation Sans" w:hAnsi="Liberation Sans" w:eastAsia="Liberation Sans"/>
          <w:b/>
          <w:i w:val="0"/>
          <w:sz w:val="36"/>
        </w:rPr>
        <w:t>ГЛАВА 21</w:t>
      </w:r>
    </w:p>
    <w:p>
      <w:pPr>
        <w:spacing w:after="280"/>
      </w:pPr>
      <w:r>
        <w:rPr>
          <w:rFonts w:ascii="Liberation Sans" w:hAnsi="Liberation Sans" w:eastAsia="Liberation Sans"/>
          <w:b/>
          <w:i w:val="0"/>
          <w:sz w:val="30"/>
        </w:rPr>
        <w:t>Пусть «да» означает да — Иак. 5:12</w:t>
      </w:r>
    </w:p>
    <w:p>
      <w:pPr>
        <w:pStyle w:val="Heading2"/>
      </w:pPr>
      <w:r>
        <w:rPr>
          <w:rFonts w:ascii="Liberation Sans" w:hAnsi="Liberation Sans" w:eastAsia="Liberation Sans"/>
          <w:b/>
          <w:i w:val="0"/>
          <w:sz w:val="28"/>
        </w:rPr>
        <w:t>Клятва как замена надёжности</w:t>
      </w:r>
    </w:p>
    <w:p>
      <w:pPr>
        <w:spacing w:after="120" w:line="269" w:lineRule="auto"/>
      </w:pPr>
      <w:r>
        <w:rPr>
          <w:rFonts w:ascii="Liberation Serif" w:hAnsi="Liberation Serif" w:eastAsia="Liberation Serif"/>
          <w:b w:val="0"/>
          <w:i w:val="0"/>
          <w:sz w:val="22"/>
        </w:rPr>
        <w:t>Иаков призывает не клясться, а говорить простое «да» или «нет». Когда словам человека нельзя доверять, он добавляет величие: «клянусь Богом», «честное слово», «никогда в жизни».</w:t>
      </w:r>
    </w:p>
    <w:p>
      <w:pPr>
        <w:spacing w:after="120" w:line="269" w:lineRule="auto"/>
      </w:pPr>
      <w:r>
        <w:rPr>
          <w:rFonts w:ascii="Liberation Serif" w:hAnsi="Liberation Serif" w:eastAsia="Liberation Serif"/>
          <w:b w:val="0"/>
          <w:i w:val="0"/>
          <w:sz w:val="22"/>
        </w:rPr>
        <w:t>Но громкость обещания не создаёт верность.</w:t>
      </w:r>
    </w:p>
    <w:p>
      <w:pPr>
        <w:pStyle w:val="Heading2"/>
      </w:pPr>
      <w:r>
        <w:rPr>
          <w:rFonts w:ascii="Liberation Sans" w:hAnsi="Liberation Sans" w:eastAsia="Liberation Sans"/>
          <w:b/>
          <w:i w:val="0"/>
          <w:sz w:val="28"/>
        </w:rPr>
        <w:t>Современный смысл</w:t>
      </w:r>
    </w:p>
    <w:p>
      <w:pPr>
        <w:spacing w:after="120" w:line="269" w:lineRule="auto"/>
      </w:pPr>
      <w:r>
        <w:rPr>
          <w:rFonts w:ascii="Liberation Serif" w:hAnsi="Liberation Serif" w:eastAsia="Liberation Serif"/>
          <w:b w:val="0"/>
          <w:i w:val="0"/>
          <w:sz w:val="22"/>
        </w:rPr>
        <w:t>Надёжный человек не обязан обещать всё. Он умеет сказать «нет», «не знаю», «не успею», «мне нужно проверить». Простое честное ограничение лучше вдохновляющего обещания, которое будет забыто.</w:t>
      </w:r>
    </w:p>
    <w:p>
      <w:pPr>
        <w:spacing w:after="120" w:line="269" w:lineRule="auto"/>
      </w:pPr>
      <w:r>
        <w:rPr>
          <w:rFonts w:ascii="Liberation Serif" w:hAnsi="Liberation Serif" w:eastAsia="Liberation Serif"/>
          <w:b w:val="0"/>
          <w:i w:val="0"/>
          <w:sz w:val="22"/>
        </w:rPr>
        <w:t>Особенно это важно в проектах и отношениях. Человек соглашается, чтобы избежать неловкости, а потом исчезает. Его «да» было способом отложить чужое разочарование и увеличить его.</w:t>
      </w:r>
    </w:p>
    <w:p>
      <w:pPr>
        <w:pStyle w:val="Heading2"/>
      </w:pPr>
      <w:r>
        <w:rPr>
          <w:rFonts w:ascii="Liberation Sans" w:hAnsi="Liberation Sans" w:eastAsia="Liberation Sans"/>
          <w:b/>
          <w:i w:val="0"/>
          <w:sz w:val="28"/>
        </w:rPr>
        <w:t>Изменение обстоятельств</w:t>
      </w:r>
    </w:p>
    <w:p>
      <w:pPr>
        <w:spacing w:after="120" w:line="269" w:lineRule="auto"/>
      </w:pPr>
      <w:r>
        <w:rPr>
          <w:rFonts w:ascii="Liberation Serif" w:hAnsi="Liberation Serif" w:eastAsia="Liberation Serif"/>
          <w:b w:val="0"/>
          <w:i w:val="0"/>
          <w:sz w:val="22"/>
        </w:rPr>
        <w:t>Верность не означает никогда не пересматривать обещание. Иногда выполнить его стало невозможно или вредно. Тогда честность требует сообщить заранее, объяснить, предложить компенсацию — а не ждать, пока другой сам обнаружит.</w:t>
      </w:r>
    </w:p>
    <w:p>
      <w:pPr>
        <w:pStyle w:val="Heading2"/>
      </w:pPr>
      <w:r>
        <w:rPr>
          <w:rFonts w:ascii="Liberation Sans" w:hAnsi="Liberation Sans" w:eastAsia="Liberation Sans"/>
          <w:b/>
          <w:i w:val="0"/>
          <w:sz w:val="28"/>
        </w:rPr>
        <w:t>Честный вопрос</w:t>
      </w:r>
    </w:p>
    <w:p>
      <w:pPr>
        <w:pStyle w:val="Quote"/>
        <w:spacing w:after="120" w:line="269" w:lineRule="auto"/>
      </w:pPr>
      <w:r>
        <w:rPr>
          <w:rFonts w:ascii="Liberation Serif" w:hAnsi="Liberation Serif" w:eastAsia="Liberation Serif"/>
          <w:b w:val="0"/>
          <w:i w:val="0"/>
          <w:sz w:val="22"/>
        </w:rPr>
        <w:t>Где моё «да» означает «я хочу, чтобы ты сейчас отстал»?</w:t>
      </w:r>
    </w:p>
    <w:p>
      <w:pPr>
        <w:pStyle w:val="Heading2"/>
      </w:pPr>
      <w:r>
        <w:rPr>
          <w:rFonts w:ascii="Liberation Sans" w:hAnsi="Liberation Sans" w:eastAsia="Liberation Sans"/>
          <w:b/>
          <w:i w:val="0"/>
          <w:sz w:val="28"/>
        </w:rPr>
        <w:t>Следующий живой шаг</w:t>
      </w:r>
    </w:p>
    <w:p>
      <w:pPr>
        <w:spacing w:after="120" w:line="269" w:lineRule="auto"/>
      </w:pPr>
      <w:r>
        <w:rPr>
          <w:rFonts w:ascii="Liberation Serif" w:hAnsi="Liberation Serif" w:eastAsia="Liberation Serif"/>
          <w:b w:val="0"/>
          <w:i w:val="0"/>
          <w:sz w:val="22"/>
        </w:rPr>
        <w:t>Пересмотрите три невыполненных обещания. Одно выполните, по второму договоритесь о новом сроке, от третьего честно откажитесь и примите последствия.</w:t>
      </w:r>
    </w:p>
    <w:p>
      <w:r>
        <w:br w:type="page"/>
      </w:r>
    </w:p>
    <w:p>
      <w:pPr>
        <w:pStyle w:val="Heading1"/>
        <w:spacing w:after="60"/>
      </w:pPr>
      <w:r>
        <w:rPr>
          <w:rFonts w:ascii="Liberation Sans" w:hAnsi="Liberation Sans" w:eastAsia="Liberation Sans"/>
          <w:b/>
          <w:i w:val="0"/>
          <w:sz w:val="36"/>
        </w:rPr>
        <w:t>ГЛАВА 22</w:t>
      </w:r>
    </w:p>
    <w:p>
      <w:pPr>
        <w:spacing w:after="280"/>
      </w:pPr>
      <w:r>
        <w:rPr>
          <w:rFonts w:ascii="Liberation Sans" w:hAnsi="Liberation Sans" w:eastAsia="Liberation Sans"/>
          <w:b/>
          <w:i w:val="0"/>
          <w:sz w:val="30"/>
        </w:rPr>
        <w:t>Молитва, которая не убегает от реальности — Иак. 5:13–18</w:t>
      </w:r>
    </w:p>
    <w:p>
      <w:pPr>
        <w:pStyle w:val="Heading2"/>
      </w:pPr>
      <w:r>
        <w:rPr>
          <w:rFonts w:ascii="Liberation Sans" w:hAnsi="Liberation Sans" w:eastAsia="Liberation Sans"/>
          <w:b/>
          <w:i w:val="0"/>
          <w:sz w:val="28"/>
        </w:rPr>
        <w:t>Разные состояния — разные действия</w:t>
      </w:r>
    </w:p>
    <w:p>
      <w:pPr>
        <w:spacing w:after="120" w:line="269" w:lineRule="auto"/>
      </w:pPr>
      <w:r>
        <w:rPr>
          <w:rFonts w:ascii="Liberation Serif" w:hAnsi="Liberation Serif" w:eastAsia="Liberation Serif"/>
          <w:b w:val="0"/>
          <w:i w:val="0"/>
          <w:sz w:val="22"/>
        </w:rPr>
        <w:t>Страдает ли кто — пусть молится. Весел ли — пусть поёт. Болен ли — пусть зовёт старших общины. Иаков не предлагает одну эмоциональную форму для всех.</w:t>
      </w:r>
    </w:p>
    <w:p>
      <w:pPr>
        <w:spacing w:after="120" w:line="269" w:lineRule="auto"/>
      </w:pPr>
      <w:r>
        <w:rPr>
          <w:rFonts w:ascii="Liberation Serif" w:hAnsi="Liberation Serif" w:eastAsia="Liberation Serif"/>
          <w:b w:val="0"/>
          <w:i w:val="0"/>
          <w:sz w:val="22"/>
        </w:rPr>
        <w:t>Вера не требует одинакового лица. Страдающий не обязан изображать веселье, а радующийся — чувствовать вину.</w:t>
      </w:r>
    </w:p>
    <w:p>
      <w:pPr>
        <w:pStyle w:val="Heading2"/>
      </w:pPr>
      <w:r>
        <w:rPr>
          <w:rFonts w:ascii="Liberation Sans" w:hAnsi="Liberation Sans" w:eastAsia="Liberation Sans"/>
          <w:b/>
          <w:i w:val="0"/>
          <w:sz w:val="28"/>
        </w:rPr>
        <w:t>Молитва и участие</w:t>
      </w:r>
    </w:p>
    <w:p>
      <w:pPr>
        <w:spacing w:after="120" w:line="269" w:lineRule="auto"/>
      </w:pPr>
      <w:r>
        <w:rPr>
          <w:rFonts w:ascii="Liberation Serif" w:hAnsi="Liberation Serif" w:eastAsia="Liberation Serif"/>
          <w:b w:val="0"/>
          <w:i w:val="0"/>
          <w:sz w:val="22"/>
        </w:rPr>
        <w:t>Больного не оставляют одного с советом «молись». К нему приходят, помазывают маслом, молятся. Масло могло иметь символическое и практическое значение. В любом случае молитва соединена с телесным участием сообщества.</w:t>
      </w:r>
    </w:p>
    <w:p>
      <w:pPr>
        <w:spacing w:after="120" w:line="269" w:lineRule="auto"/>
      </w:pPr>
      <w:r>
        <w:rPr>
          <w:rFonts w:ascii="Liberation Serif" w:hAnsi="Liberation Serif" w:eastAsia="Liberation Serif"/>
          <w:b w:val="0"/>
          <w:i w:val="0"/>
          <w:sz w:val="22"/>
        </w:rPr>
        <w:t>Сегодня это может включать врача, лекарства, оплату лечения, еду, транспорт, дежурство рядом. Обращение за медицинской помощью не является недостатком веры.</w:t>
      </w:r>
    </w:p>
    <w:p>
      <w:pPr>
        <w:pStyle w:val="Heading2"/>
      </w:pPr>
      <w:r>
        <w:rPr>
          <w:rFonts w:ascii="Liberation Sans" w:hAnsi="Liberation Sans" w:eastAsia="Liberation Sans"/>
          <w:b/>
          <w:i w:val="0"/>
          <w:sz w:val="28"/>
        </w:rPr>
        <w:t>Исповедуйте проступки друг другу</w:t>
      </w:r>
    </w:p>
    <w:p>
      <w:pPr>
        <w:spacing w:after="120" w:line="269" w:lineRule="auto"/>
      </w:pPr>
      <w:r>
        <w:rPr>
          <w:rFonts w:ascii="Liberation Serif" w:hAnsi="Liberation Serif" w:eastAsia="Liberation Serif"/>
          <w:b w:val="0"/>
          <w:i w:val="0"/>
          <w:sz w:val="22"/>
        </w:rPr>
        <w:t>Иаков связывает исцеление с признанием. Тайна и стыд изолируют. Но признание должно происходить в безопасной среде. Не всякому человеку можно доверить уязвимость. Духовный лидер, использующий признание для контроля, нарушает сам смысл текста.</w:t>
      </w:r>
    </w:p>
    <w:p>
      <w:pPr>
        <w:pStyle w:val="Heading2"/>
      </w:pPr>
      <w:r>
        <w:rPr>
          <w:rFonts w:ascii="Liberation Sans" w:hAnsi="Liberation Sans" w:eastAsia="Liberation Sans"/>
          <w:b/>
          <w:i w:val="0"/>
          <w:sz w:val="28"/>
        </w:rPr>
        <w:t>Молитва праведного</w:t>
      </w:r>
    </w:p>
    <w:p>
      <w:pPr>
        <w:spacing w:after="120" w:line="269" w:lineRule="auto"/>
      </w:pPr>
      <w:r>
        <w:rPr>
          <w:rFonts w:ascii="Liberation Serif" w:hAnsi="Liberation Serif" w:eastAsia="Liberation Serif"/>
          <w:b w:val="0"/>
          <w:i w:val="0"/>
          <w:sz w:val="22"/>
        </w:rPr>
        <w:t>«Праведный» — не магический специалист, чья формула заставляет Бога. Илия был человеком, подобным нам. Сила молитвы не превращает молящегося в владельца погоды.</w:t>
      </w:r>
    </w:p>
    <w:p>
      <w:pPr>
        <w:spacing w:after="120" w:line="269" w:lineRule="auto"/>
      </w:pPr>
      <w:r>
        <w:rPr>
          <w:rFonts w:ascii="Liberation Serif" w:hAnsi="Liberation Serif" w:eastAsia="Liberation Serif"/>
          <w:b w:val="0"/>
          <w:i w:val="0"/>
          <w:sz w:val="22"/>
        </w:rPr>
        <w:t>Молитва — встреча воли человека с Богом, а не техника управления миром. Она способна менять обстоятельства, но также изменяет того, кто молится: делает его способным услышать, ждать и действовать.</w:t>
      </w:r>
    </w:p>
    <w:p>
      <w:pPr>
        <w:pStyle w:val="Heading2"/>
      </w:pPr>
      <w:r>
        <w:rPr>
          <w:rFonts w:ascii="Liberation Sans" w:hAnsi="Liberation Sans" w:eastAsia="Liberation Sans"/>
          <w:b/>
          <w:i w:val="0"/>
          <w:sz w:val="28"/>
        </w:rPr>
        <w:t>Честный вопрос</w:t>
      </w:r>
    </w:p>
    <w:p>
      <w:pPr>
        <w:pStyle w:val="Quote"/>
        <w:spacing w:after="120" w:line="269" w:lineRule="auto"/>
      </w:pPr>
      <w:r>
        <w:rPr>
          <w:rFonts w:ascii="Liberation Serif" w:hAnsi="Liberation Serif" w:eastAsia="Liberation Serif"/>
          <w:b w:val="0"/>
          <w:i w:val="0"/>
          <w:sz w:val="22"/>
        </w:rPr>
        <w:t>Какое действие я перекладываю на Бога под видом молитвы, хотя оно уже доступно мне?</w:t>
      </w:r>
    </w:p>
    <w:p>
      <w:pPr>
        <w:pStyle w:val="Heading2"/>
      </w:pPr>
      <w:r>
        <w:rPr>
          <w:rFonts w:ascii="Liberation Sans" w:hAnsi="Liberation Sans" w:eastAsia="Liberation Sans"/>
          <w:b/>
          <w:i w:val="0"/>
          <w:sz w:val="28"/>
        </w:rPr>
        <w:t>Следующий живой шаг</w:t>
      </w:r>
    </w:p>
    <w:p>
      <w:pPr>
        <w:spacing w:after="120" w:line="269" w:lineRule="auto"/>
      </w:pPr>
      <w:r>
        <w:rPr>
          <w:rFonts w:ascii="Liberation Serif" w:hAnsi="Liberation Serif" w:eastAsia="Liberation Serif"/>
          <w:b w:val="0"/>
          <w:i w:val="0"/>
          <w:sz w:val="22"/>
        </w:rPr>
        <w:t>После молитвы запишите один человеческий ответ: позвонить врачу, принести еду, попросить прощения, подать заявление, отдохнуть, дать деньги, обратиться за помощью. Молитва не заменяет руку, которую вы можете протянуть.</w:t>
      </w:r>
    </w:p>
    <w:p>
      <w:r>
        <w:br w:type="page"/>
      </w:r>
    </w:p>
    <w:p>
      <w:pPr>
        <w:pStyle w:val="Heading1"/>
        <w:spacing w:after="60"/>
      </w:pPr>
      <w:r>
        <w:rPr>
          <w:rFonts w:ascii="Liberation Sans" w:hAnsi="Liberation Sans" w:eastAsia="Liberation Sans"/>
          <w:b/>
          <w:i w:val="0"/>
          <w:sz w:val="36"/>
        </w:rPr>
        <w:t>ГЛАВА 23</w:t>
      </w:r>
    </w:p>
    <w:p>
      <w:pPr>
        <w:spacing w:after="280"/>
      </w:pPr>
      <w:r>
        <w:rPr>
          <w:rFonts w:ascii="Liberation Sans" w:hAnsi="Liberation Sans" w:eastAsia="Liberation Sans"/>
          <w:b/>
          <w:i w:val="0"/>
          <w:sz w:val="30"/>
        </w:rPr>
        <w:t>Вернуть заблудившегося без охоты на него — Иак. 5:19–20</w:t>
      </w:r>
    </w:p>
    <w:p>
      <w:pPr>
        <w:pStyle w:val="Heading2"/>
      </w:pPr>
      <w:r>
        <w:rPr>
          <w:rFonts w:ascii="Liberation Sans" w:hAnsi="Liberation Sans" w:eastAsia="Liberation Sans"/>
          <w:b/>
          <w:i w:val="0"/>
          <w:sz w:val="28"/>
        </w:rPr>
        <w:t>Последние слова письма</w:t>
      </w:r>
    </w:p>
    <w:p>
      <w:pPr>
        <w:spacing w:after="120" w:line="269" w:lineRule="auto"/>
      </w:pPr>
      <w:r>
        <w:rPr>
          <w:rFonts w:ascii="Liberation Serif" w:hAnsi="Liberation Serif" w:eastAsia="Liberation Serif"/>
          <w:b w:val="0"/>
          <w:i w:val="0"/>
          <w:sz w:val="22"/>
        </w:rPr>
        <w:t>Иаков завершает не итоговой формулой, а человеком, уклонившимся от истины. Другой помогает ему вернуться.</w:t>
      </w:r>
    </w:p>
    <w:p>
      <w:pPr>
        <w:spacing w:after="120" w:line="269" w:lineRule="auto"/>
      </w:pPr>
      <w:r>
        <w:rPr>
          <w:rFonts w:ascii="Liberation Serif" w:hAnsi="Liberation Serif" w:eastAsia="Liberation Serif"/>
          <w:b w:val="0"/>
          <w:i w:val="0"/>
          <w:sz w:val="22"/>
        </w:rPr>
        <w:t>Возвращение — не победа правильного над неправильным. Это спасение жизни от пути, который несёт смерть.</w:t>
      </w:r>
    </w:p>
    <w:p>
      <w:pPr>
        <w:pStyle w:val="Heading2"/>
      </w:pPr>
      <w:r>
        <w:rPr>
          <w:rFonts w:ascii="Liberation Sans" w:hAnsi="Liberation Sans" w:eastAsia="Liberation Sans"/>
          <w:b/>
          <w:i w:val="0"/>
          <w:sz w:val="28"/>
        </w:rPr>
        <w:t>Как не надо возвращать</w:t>
      </w:r>
    </w:p>
    <w:p>
      <w:pPr>
        <w:spacing w:after="120" w:line="269" w:lineRule="auto"/>
      </w:pPr>
      <w:r>
        <w:rPr>
          <w:rFonts w:ascii="Liberation Serif" w:hAnsi="Liberation Serif" w:eastAsia="Liberation Serif"/>
          <w:b w:val="0"/>
          <w:i w:val="0"/>
          <w:sz w:val="22"/>
        </w:rPr>
        <w:t>Религиозные сообщества иногда преследуют ушедшего, стыдят, угрожают адом, разрушают отношения. Они называют это заботой о душе, но фактически защищают собственный контроль.</w:t>
      </w:r>
    </w:p>
    <w:p>
      <w:pPr>
        <w:spacing w:after="120" w:line="269" w:lineRule="auto"/>
      </w:pPr>
      <w:r>
        <w:rPr>
          <w:rFonts w:ascii="Liberation Serif" w:hAnsi="Liberation Serif" w:eastAsia="Liberation Serif"/>
          <w:b w:val="0"/>
          <w:i w:val="0"/>
          <w:sz w:val="22"/>
        </w:rPr>
        <w:t>Вернуть человека нельзя, лишив его свободы. Можно показать факт, назвать риск, предложить путь, оставаться рядом — но дверь открывает он сам.</w:t>
      </w:r>
    </w:p>
    <w:p>
      <w:pPr>
        <w:pStyle w:val="Heading2"/>
      </w:pPr>
      <w:r>
        <w:rPr>
          <w:rFonts w:ascii="Liberation Sans" w:hAnsi="Liberation Sans" w:eastAsia="Liberation Sans"/>
          <w:b/>
          <w:i w:val="0"/>
          <w:sz w:val="28"/>
        </w:rPr>
        <w:t>Покрыть множество грехов</w:t>
      </w:r>
    </w:p>
    <w:p>
      <w:pPr>
        <w:spacing w:after="120" w:line="269" w:lineRule="auto"/>
      </w:pPr>
      <w:r>
        <w:rPr>
          <w:rFonts w:ascii="Liberation Serif" w:hAnsi="Liberation Serif" w:eastAsia="Liberation Serif"/>
          <w:b w:val="0"/>
          <w:i w:val="0"/>
          <w:sz w:val="22"/>
        </w:rPr>
        <w:t>Покрыть не означает скрыть преступление или заставить жертву молчать. В библейском смысле любовь не распространяет зло дальше и открывает возможность прощения.</w:t>
      </w:r>
    </w:p>
    <w:p>
      <w:pPr>
        <w:spacing w:after="120" w:line="269" w:lineRule="auto"/>
      </w:pPr>
      <w:r>
        <w:rPr>
          <w:rFonts w:ascii="Liberation Serif" w:hAnsi="Liberation Serif" w:eastAsia="Liberation Serif"/>
          <w:b w:val="0"/>
          <w:i w:val="0"/>
          <w:sz w:val="22"/>
        </w:rPr>
        <w:t>Преступление нужно остановить, вред — признать, безопасность — восстановить. Но цель возвращения не состоит в публичном наслаждении чужим падением.</w:t>
      </w:r>
    </w:p>
    <w:p>
      <w:pPr>
        <w:pStyle w:val="Heading2"/>
      </w:pPr>
      <w:r>
        <w:rPr>
          <w:rFonts w:ascii="Liberation Sans" w:hAnsi="Liberation Sans" w:eastAsia="Liberation Sans"/>
          <w:b/>
          <w:i w:val="0"/>
          <w:sz w:val="28"/>
        </w:rPr>
        <w:t>Кто кого возвращает</w:t>
      </w:r>
    </w:p>
    <w:p>
      <w:pPr>
        <w:spacing w:after="120" w:line="269" w:lineRule="auto"/>
      </w:pPr>
      <w:r>
        <w:rPr>
          <w:rFonts w:ascii="Liberation Serif" w:hAnsi="Liberation Serif" w:eastAsia="Liberation Serif"/>
          <w:b w:val="0"/>
          <w:i w:val="0"/>
          <w:sz w:val="22"/>
        </w:rPr>
        <w:t>Иногда «заблудившимся» оказывается учитель, лидер или большинство. Истина не определяется числом людей и должностью. Иаков не создаёт касту безошибочных спасателей.</w:t>
      </w:r>
    </w:p>
    <w:p>
      <w:pPr>
        <w:spacing w:after="120" w:line="269" w:lineRule="auto"/>
      </w:pPr>
      <w:r>
        <w:rPr>
          <w:rFonts w:ascii="Liberation Serif" w:hAnsi="Liberation Serif" w:eastAsia="Liberation Serif"/>
          <w:b w:val="0"/>
          <w:i w:val="0"/>
          <w:sz w:val="22"/>
        </w:rPr>
        <w:t>Любой возвращающий должен помнить, что сам способен уклониться.</w:t>
      </w:r>
    </w:p>
    <w:p>
      <w:pPr>
        <w:pStyle w:val="Heading2"/>
      </w:pPr>
      <w:r>
        <w:rPr>
          <w:rFonts w:ascii="Liberation Sans" w:hAnsi="Liberation Sans" w:eastAsia="Liberation Sans"/>
          <w:b/>
          <w:i w:val="0"/>
          <w:sz w:val="28"/>
        </w:rPr>
        <w:t>Честный вопрос</w:t>
      </w:r>
    </w:p>
    <w:p>
      <w:pPr>
        <w:pStyle w:val="Quote"/>
        <w:spacing w:after="120" w:line="269" w:lineRule="auto"/>
      </w:pPr>
      <w:r>
        <w:rPr>
          <w:rFonts w:ascii="Liberation Serif" w:hAnsi="Liberation Serif" w:eastAsia="Liberation Serif"/>
          <w:b w:val="0"/>
          <w:i w:val="0"/>
          <w:sz w:val="22"/>
        </w:rPr>
        <w:t>Я хочу вернуть человека к жизни — или вернуть его под свою власть?</w:t>
      </w:r>
    </w:p>
    <w:p>
      <w:pPr>
        <w:pStyle w:val="Heading2"/>
      </w:pPr>
      <w:r>
        <w:rPr>
          <w:rFonts w:ascii="Liberation Sans" w:hAnsi="Liberation Sans" w:eastAsia="Liberation Sans"/>
          <w:b/>
          <w:i w:val="0"/>
          <w:sz w:val="28"/>
        </w:rPr>
        <w:t>Следующий живой шаг</w:t>
      </w:r>
    </w:p>
    <w:p>
      <w:pPr>
        <w:spacing w:after="120" w:line="269" w:lineRule="auto"/>
      </w:pPr>
      <w:r>
        <w:rPr>
          <w:rFonts w:ascii="Liberation Serif" w:hAnsi="Liberation Serif" w:eastAsia="Liberation Serif"/>
          <w:b w:val="0"/>
          <w:i w:val="0"/>
          <w:sz w:val="22"/>
        </w:rPr>
        <w:t>Если вы собираетесь говорить с человеком о его пути, сначала сформулируйте: какой конкретный вред вы видите; какие факты знаете; какую помощь готовы предложить; какую свободу обязаны оставить ему.</w:t>
      </w:r>
    </w:p>
    <w:p>
      <w:r>
        <w:br w:type="page"/>
      </w:r>
    </w:p>
    <w:p>
      <w:pPr>
        <w:pStyle w:val="Heading1"/>
        <w:spacing w:after="60"/>
      </w:pPr>
      <w:r>
        <w:rPr>
          <w:rFonts w:ascii="Liberation Sans" w:hAnsi="Liberation Sans" w:eastAsia="Liberation Sans"/>
          <w:b/>
          <w:i w:val="0"/>
          <w:sz w:val="36"/>
        </w:rPr>
        <w:t>ЭПИЛОГ</w:t>
      </w:r>
    </w:p>
    <w:p>
      <w:pPr>
        <w:spacing w:after="280"/>
      </w:pPr>
      <w:r>
        <w:rPr>
          <w:rFonts w:ascii="Liberation Sans" w:hAnsi="Liberation Sans" w:eastAsia="Liberation Sans"/>
          <w:b/>
          <w:i w:val="0"/>
          <w:sz w:val="30"/>
        </w:rPr>
        <w:t>Слово ищет руки</w:t>
      </w:r>
    </w:p>
    <w:p>
      <w:pPr>
        <w:spacing w:after="120" w:line="269" w:lineRule="auto"/>
      </w:pPr>
      <w:r>
        <w:rPr>
          <w:rFonts w:ascii="Liberation Serif" w:hAnsi="Liberation Serif" w:eastAsia="Liberation Serif"/>
          <w:b w:val="0"/>
          <w:i w:val="0"/>
          <w:sz w:val="22"/>
        </w:rPr>
        <w:t>Послание Иакова не оставляет веру в безопасном мире идей.</w:t>
      </w:r>
    </w:p>
    <w:p>
      <w:pPr>
        <w:spacing w:after="120" w:line="269" w:lineRule="auto"/>
      </w:pPr>
      <w:r>
        <w:rPr>
          <w:rFonts w:ascii="Liberation Serif" w:hAnsi="Liberation Serif" w:eastAsia="Liberation Serif"/>
          <w:b w:val="0"/>
          <w:i w:val="0"/>
          <w:sz w:val="22"/>
        </w:rPr>
        <w:t>Оно ведёт её к испытанию и спрашивает, рождается ли стойкость. К мудрости — и спрашивает, готов ли человек принять невыгодный ответ. К бедному — и проверяет, какое место ему дали. К языку — и слушает, благословляет он или поджигает. К деньгам — и ищет зарплату, которую удержали. К молитве — и смотрит, появилась ли рядом рука помощи.</w:t>
      </w:r>
    </w:p>
    <w:p>
      <w:pPr>
        <w:spacing w:after="120" w:line="269" w:lineRule="auto"/>
      </w:pPr>
      <w:r>
        <w:rPr>
          <w:rFonts w:ascii="Liberation Serif" w:hAnsi="Liberation Serif" w:eastAsia="Liberation Serif"/>
          <w:b w:val="0"/>
          <w:i w:val="0"/>
          <w:sz w:val="22"/>
        </w:rPr>
        <w:t>Иаков не требует от человека спасти себя в одиночку. Всё добро приходит от Отца света. Слово посажено внутрь. Благодать больше. Бог приближается к тем, кто приближается к Нему.</w:t>
      </w:r>
    </w:p>
    <w:p>
      <w:pPr>
        <w:spacing w:after="120" w:line="269" w:lineRule="auto"/>
      </w:pPr>
      <w:r>
        <w:rPr>
          <w:rFonts w:ascii="Liberation Serif" w:hAnsi="Liberation Serif" w:eastAsia="Liberation Serif"/>
          <w:b w:val="0"/>
          <w:i w:val="0"/>
          <w:sz w:val="22"/>
        </w:rPr>
        <w:t>Но дар не отменяет ответа.</w:t>
      </w:r>
    </w:p>
    <w:p>
      <w:pPr>
        <w:spacing w:after="120" w:line="269" w:lineRule="auto"/>
      </w:pPr>
      <w:r>
        <w:rPr>
          <w:rFonts w:ascii="Liberation Serif" w:hAnsi="Liberation Serif" w:eastAsia="Liberation Serif"/>
          <w:b w:val="0"/>
          <w:i w:val="0"/>
          <w:sz w:val="22"/>
        </w:rPr>
        <w:t>Солнце не растёт вместо семени. Семя не создаёт солнце. Вода не разрывает оболочку насильно. Но без воды семя засыхает.</w:t>
      </w:r>
    </w:p>
    <w:p>
      <w:pPr>
        <w:spacing w:after="120" w:line="269" w:lineRule="auto"/>
      </w:pPr>
      <w:r>
        <w:rPr>
          <w:rFonts w:ascii="Liberation Serif" w:hAnsi="Liberation Serif" w:eastAsia="Liberation Serif"/>
          <w:b w:val="0"/>
          <w:i w:val="0"/>
          <w:sz w:val="22"/>
        </w:rPr>
        <w:t>Бог даёт жизнь, свет, мудрость и возможность подняться. Человек отвечает выбором, поступком и плодом.</w:t>
      </w:r>
    </w:p>
    <w:p>
      <w:pPr>
        <w:spacing w:after="120" w:line="269" w:lineRule="auto"/>
      </w:pPr>
      <w:r>
        <w:rPr>
          <w:rFonts w:ascii="Liberation Serif" w:hAnsi="Liberation Serif" w:eastAsia="Liberation Serif"/>
          <w:b w:val="0"/>
          <w:i w:val="0"/>
          <w:sz w:val="22"/>
        </w:rPr>
        <w:t>Можно прочитать эту книгу, согласиться и ничего не изменить. Тогда зеркало снова останется на стене, а лицо — прежним.</w:t>
      </w:r>
    </w:p>
    <w:p>
      <w:pPr>
        <w:spacing w:after="120" w:line="269" w:lineRule="auto"/>
      </w:pPr>
      <w:r>
        <w:rPr>
          <w:rFonts w:ascii="Liberation Serif" w:hAnsi="Liberation Serif" w:eastAsia="Liberation Serif"/>
          <w:b w:val="0"/>
          <w:i w:val="0"/>
          <w:sz w:val="22"/>
        </w:rPr>
        <w:t>Поэтому завершение не является последней мыслью. Оно является следующим действием.</w:t>
      </w:r>
    </w:p>
    <w:p>
      <w:pPr>
        <w:pStyle w:val="Quote"/>
        <w:spacing w:after="120" w:line="269" w:lineRule="auto"/>
      </w:pPr>
      <w:r>
        <w:rPr>
          <w:rFonts w:ascii="Liberation Serif" w:hAnsi="Liberation Serif" w:eastAsia="Liberation Serif"/>
          <w:b w:val="0"/>
          <w:i w:val="0"/>
          <w:sz w:val="22"/>
        </w:rPr>
        <w:t>Что из услышанного сегодня должно войти в ваши руки?</w:t>
      </w:r>
    </w:p>
    <w:p>
      <w:pPr>
        <w:spacing w:after="120" w:line="269" w:lineRule="auto"/>
      </w:pPr>
      <w:r>
        <w:rPr>
          <w:rFonts w:ascii="Liberation Serif" w:hAnsi="Liberation Serif" w:eastAsia="Liberation Serif"/>
          <w:b w:val="0"/>
          <w:i w:val="0"/>
          <w:sz w:val="22"/>
        </w:rPr>
        <w:t>Не выбирайте великий подвиг. Возьмите одно живое дело: выполнить обещание, вернуть деньги, остановить злую речь, услышать человека, заплатить работнику, попросить помощи, дать милость без отмены правды.</w:t>
      </w:r>
    </w:p>
    <w:p>
      <w:pPr>
        <w:spacing w:after="120" w:line="269" w:lineRule="auto"/>
      </w:pPr>
      <w:r>
        <w:rPr>
          <w:rFonts w:ascii="Liberation Serif" w:hAnsi="Liberation Serif" w:eastAsia="Liberation Serif"/>
          <w:b w:val="0"/>
          <w:i w:val="0"/>
          <w:sz w:val="22"/>
        </w:rPr>
        <w:t>Вера не становится жизнью однажды и навсегда. Она входит в жизнь каждый раз, когда слово получает тело в поступке.</w:t>
      </w:r>
    </w:p>
    <w:p>
      <w:r>
        <w:br w:type="page"/>
      </w:r>
    </w:p>
    <w:p>
      <w:pPr>
        <w:pStyle w:val="Heading1"/>
        <w:spacing w:after="60"/>
      </w:pPr>
      <w:r>
        <w:rPr>
          <w:rFonts w:ascii="Liberation Sans" w:hAnsi="Liberation Sans" w:eastAsia="Liberation Sans"/>
          <w:b/>
          <w:i w:val="0"/>
          <w:sz w:val="36"/>
        </w:rPr>
        <w:t>ПРИЛОЖЕНИЕ</w:t>
      </w:r>
    </w:p>
    <w:p>
      <w:pPr>
        <w:spacing w:after="280"/>
      </w:pPr>
      <w:r>
        <w:rPr>
          <w:rFonts w:ascii="Liberation Sans" w:hAnsi="Liberation Sans" w:eastAsia="Liberation Sans"/>
          <w:b/>
          <w:i w:val="0"/>
          <w:sz w:val="30"/>
        </w:rPr>
        <w:t>Семь дней с Посланием Иакова</w:t>
      </w:r>
    </w:p>
    <w:p>
      <w:pPr>
        <w:pStyle w:val="Heading2"/>
      </w:pPr>
      <w:r>
        <w:rPr>
          <w:rFonts w:ascii="Liberation Sans" w:hAnsi="Liberation Sans" w:eastAsia="Liberation Sans"/>
          <w:b/>
          <w:i w:val="0"/>
          <w:sz w:val="28"/>
        </w:rPr>
        <w:t>День 1. Испытание</w:t>
      </w:r>
    </w:p>
    <w:p>
      <w:pPr>
        <w:spacing w:after="120" w:line="269" w:lineRule="auto"/>
      </w:pPr>
      <w:r>
        <w:rPr>
          <w:rFonts w:ascii="Liberation Serif" w:hAnsi="Liberation Serif" w:eastAsia="Liberation Serif"/>
          <w:b w:val="0"/>
          <w:i w:val="0"/>
          <w:sz w:val="22"/>
        </w:rPr>
        <w:t>Прочитайте Иак. 1:1–18. Назовите, что нынешняя трудность обнаруживает в вас. Не объясняйте её происхождение от имени Бога. Найдите один участок стойкости.</w:t>
      </w:r>
    </w:p>
    <w:p>
      <w:pPr>
        <w:pStyle w:val="Heading2"/>
      </w:pPr>
      <w:r>
        <w:rPr>
          <w:rFonts w:ascii="Liberation Sans" w:hAnsi="Liberation Sans" w:eastAsia="Liberation Sans"/>
          <w:b/>
          <w:i w:val="0"/>
          <w:sz w:val="28"/>
        </w:rPr>
        <w:t>День 2. Слушание</w:t>
      </w:r>
    </w:p>
    <w:p>
      <w:pPr>
        <w:spacing w:after="120" w:line="269" w:lineRule="auto"/>
      </w:pPr>
      <w:r>
        <w:rPr>
          <w:rFonts w:ascii="Liberation Serif" w:hAnsi="Liberation Serif" w:eastAsia="Liberation Serif"/>
          <w:b w:val="0"/>
          <w:i w:val="0"/>
          <w:sz w:val="22"/>
        </w:rPr>
        <w:t>Прочитайте Иак. 1:19–27. В одном разговоре сначала добейтесь точного понимания другого. Сделайте одно добро, о котором не будете рассказывать.</w:t>
      </w:r>
    </w:p>
    <w:p>
      <w:pPr>
        <w:pStyle w:val="Heading2"/>
      </w:pPr>
      <w:r>
        <w:rPr>
          <w:rFonts w:ascii="Liberation Sans" w:hAnsi="Liberation Sans" w:eastAsia="Liberation Sans"/>
          <w:b/>
          <w:i w:val="0"/>
          <w:sz w:val="28"/>
        </w:rPr>
        <w:t>День 3. Лица</w:t>
      </w:r>
    </w:p>
    <w:p>
      <w:pPr>
        <w:spacing w:after="120" w:line="269" w:lineRule="auto"/>
      </w:pPr>
      <w:r>
        <w:rPr>
          <w:rFonts w:ascii="Liberation Serif" w:hAnsi="Liberation Serif" w:eastAsia="Liberation Serif"/>
          <w:b w:val="0"/>
          <w:i w:val="0"/>
          <w:sz w:val="22"/>
        </w:rPr>
        <w:t>Прочитайте Иак. 2:1–13. Заметьте, как статус меняет ваше внимание. Верните место одному человеку, которого обычно не слушают.</w:t>
      </w:r>
    </w:p>
    <w:p>
      <w:pPr>
        <w:pStyle w:val="Heading2"/>
      </w:pPr>
      <w:r>
        <w:rPr>
          <w:rFonts w:ascii="Liberation Sans" w:hAnsi="Liberation Sans" w:eastAsia="Liberation Sans"/>
          <w:b/>
          <w:i w:val="0"/>
          <w:sz w:val="28"/>
        </w:rPr>
        <w:t>День 4. Дело</w:t>
      </w:r>
    </w:p>
    <w:p>
      <w:pPr>
        <w:spacing w:after="120" w:line="269" w:lineRule="auto"/>
      </w:pPr>
      <w:r>
        <w:rPr>
          <w:rFonts w:ascii="Liberation Serif" w:hAnsi="Liberation Serif" w:eastAsia="Liberation Serif"/>
          <w:b w:val="0"/>
          <w:i w:val="0"/>
          <w:sz w:val="22"/>
        </w:rPr>
        <w:t>Прочитайте Иак. 2:14–26. Возьмите одно верное убеждение и дайте ему материальную форму в течение суток.</w:t>
      </w:r>
    </w:p>
    <w:p>
      <w:pPr>
        <w:pStyle w:val="Heading2"/>
      </w:pPr>
      <w:r>
        <w:rPr>
          <w:rFonts w:ascii="Liberation Sans" w:hAnsi="Liberation Sans" w:eastAsia="Liberation Sans"/>
          <w:b/>
          <w:i w:val="0"/>
          <w:sz w:val="28"/>
        </w:rPr>
        <w:t>День 5. Язык</w:t>
      </w:r>
    </w:p>
    <w:p>
      <w:pPr>
        <w:spacing w:after="120" w:line="269" w:lineRule="auto"/>
      </w:pPr>
      <w:r>
        <w:rPr>
          <w:rFonts w:ascii="Liberation Serif" w:hAnsi="Liberation Serif" w:eastAsia="Liberation Serif"/>
          <w:b w:val="0"/>
          <w:i w:val="0"/>
          <w:sz w:val="22"/>
        </w:rPr>
        <w:t>Прочитайте Иак. 3. Не публикуйте ничего на пике гнева. Скажите одну необходимую правду без лишнего унижения.</w:t>
      </w:r>
    </w:p>
    <w:p>
      <w:pPr>
        <w:pStyle w:val="Heading2"/>
      </w:pPr>
      <w:r>
        <w:rPr>
          <w:rFonts w:ascii="Liberation Sans" w:hAnsi="Liberation Sans" w:eastAsia="Liberation Sans"/>
          <w:b/>
          <w:i w:val="0"/>
          <w:sz w:val="28"/>
        </w:rPr>
        <w:t>День 6. Желания и планы</w:t>
      </w:r>
    </w:p>
    <w:p>
      <w:pPr>
        <w:spacing w:after="120" w:line="269" w:lineRule="auto"/>
      </w:pPr>
      <w:r>
        <w:rPr>
          <w:rFonts w:ascii="Liberation Serif" w:hAnsi="Liberation Serif" w:eastAsia="Liberation Serif"/>
          <w:b w:val="0"/>
          <w:i w:val="0"/>
          <w:sz w:val="22"/>
        </w:rPr>
        <w:t>Прочитайте Иак. 4. Отделите факт от желания победить. Сделайте один добрый шаг, не владея результатом.</w:t>
      </w:r>
    </w:p>
    <w:p>
      <w:pPr>
        <w:pStyle w:val="Heading2"/>
      </w:pPr>
      <w:r>
        <w:rPr>
          <w:rFonts w:ascii="Liberation Sans" w:hAnsi="Liberation Sans" w:eastAsia="Liberation Sans"/>
          <w:b/>
          <w:i w:val="0"/>
          <w:sz w:val="28"/>
        </w:rPr>
        <w:t>День 7. Деньги, терпение и молитва</w:t>
      </w:r>
    </w:p>
    <w:p>
      <w:pPr>
        <w:spacing w:after="120" w:line="269" w:lineRule="auto"/>
      </w:pPr>
      <w:r>
        <w:rPr>
          <w:rFonts w:ascii="Liberation Serif" w:hAnsi="Liberation Serif" w:eastAsia="Liberation Serif"/>
          <w:b w:val="0"/>
          <w:i w:val="0"/>
          <w:sz w:val="22"/>
        </w:rPr>
        <w:t>Прочитайте Иак. 5. Проверьте один финансовый долг. После молитвы совершите доступное человеческое действие.</w:t>
      </w:r>
    </w:p>
    <w:p>
      <w:pPr>
        <w:spacing w:after="120" w:line="269" w:lineRule="auto"/>
      </w:pPr>
      <w:r>
        <w:rPr>
          <w:rFonts w:ascii="Liberation Serif" w:hAnsi="Liberation Serif" w:eastAsia="Liberation Serif"/>
          <w:b w:val="0"/>
          <w:i w:val="0"/>
          <w:sz w:val="22"/>
        </w:rPr>
        <w:t>В конце недели не спрашивайте только: «Что я понял?» Спросите:</w:t>
      </w:r>
    </w:p>
    <w:p>
      <w:pPr>
        <w:pStyle w:val="Quote"/>
        <w:spacing w:after="120" w:line="269" w:lineRule="auto"/>
      </w:pPr>
      <w:r>
        <w:rPr>
          <w:rFonts w:ascii="Liberation Serif" w:hAnsi="Liberation Serif" w:eastAsia="Liberation Serif"/>
          <w:b w:val="0"/>
          <w:i w:val="0"/>
          <w:sz w:val="22"/>
        </w:rPr>
        <w:t>Что стало другим в моём языке, времени, деньгах и отношениях?</w:t>
      </w:r>
    </w:p>
    <w:sectPr w:rsidR="00FC693F" w:rsidRPr="0006063C" w:rsidSect="00034616">
      <w:footerReference w:type="default" r:id="rId9"/>
      <w:headerReference w:type="default" r:id="rId10"/>
      <w:pgSz w:w="12240" w:h="15840"/>
      <w:pgMar w:top="1134" w:right="1134" w:bottom="1020" w:left="1247"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erif" w:hAnsi="Liberation Serif" w:eastAsia="Liberation Serif"/>
        <w:b w:val="0"/>
        <w:i w:val="0"/>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Liberation Sans" w:hAnsi="Liberation Sans" w:eastAsia="Liberation Sans"/>
        <w:b w:val="0"/>
        <w:i w:val="0"/>
        <w:sz w:val="16"/>
      </w:rPr>
      <w:t>БИБЛИЯ: ЖИВОЙ СМЫСЛ — ПОСЛАНИЕ ИАКОВА</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69" w:lineRule="auto" w:after="120"/>
    </w:pPr>
    <w:rPr>
      <w:rFonts w:ascii="Liberation Serif" w:hAnsi="Liberation Serif"/>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Liberation Sans" w:hAnsi="Liberation Sans"/>
      <w:b/>
      <w:bCs/>
      <w:color w:val="365F91" w:themeColor="accent1" w:themeShade="BF"/>
      <w:sz w:val="3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Liberation Sans" w:hAnsi="Liberation Sans"/>
      <w:b/>
      <w:bCs/>
      <w:color w:val="4F81BD" w:themeColor="accent1"/>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Liberation Sans" w:hAnsi="Liberation Sans"/>
      <w:b/>
      <w:color w:val="17365D" w:themeColor="text2" w:themeShade="BF"/>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Liberation Sans" w:hAnsi="Liberation Sans"/>
      <w:i/>
      <w:iCs/>
      <w:color w:val="4F81BD" w:themeColor="accent1"/>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pPr>
      <w:spacing w:before="120" w:after="160"/>
      <w:ind w:left="567" w:right="567"/>
    </w:pPr>
    <w:rPr>
      <w:rFonts w:ascii="Liberation Serif" w:hAnsi="Liberation Serif"/>
      <w:i/>
      <w:iCs/>
      <w:color w:val="000000" w:themeColor="text1"/>
      <w:sz w:val="22"/>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БИБЛИЯ: ЖИВОЙ СМЫСЛ: Послание Иакова. Вера, которая вошла в поступки</dc:title>
  <dc:subject>Современный смысловой пересказ и практический разбор Послания Иакова</dc:subject>
  <dc:creator>python-docx</dc:creator>
  <cp:keywords/>
  <dc:description>Авторский черновик</dc:description>
  <cp:lastModifiedBy/>
  <cp:revision>1</cp:revision>
  <dcterms:created xsi:type="dcterms:W3CDTF">2013-12-23T23:15:00Z</dcterms:created>
  <dcterms:modified xsi:type="dcterms:W3CDTF">2013-12-23T23:15:00Z</dcterms:modified>
  <cp:category/>
</cp:coreProperties>
</file>